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5CAC9" w14:textId="6EF5072D" w:rsidR="00A315B9" w:rsidRPr="00E95CFD" w:rsidRDefault="007337A2" w:rsidP="00786F0D">
      <w:pPr>
        <w:jc w:val="center"/>
        <w:rPr>
          <w:rFonts w:asciiTheme="majorHAnsi" w:hAnsiTheme="majorHAnsi" w:cstheme="majorHAnsi"/>
          <w:sz w:val="36"/>
        </w:rPr>
      </w:pPr>
      <w:r>
        <w:rPr>
          <w:rFonts w:ascii="Calibri Light" w:eastAsiaTheme="majorEastAsia" w:hAnsi="Calibri Light" w:cs="Calibri Light"/>
          <w:b/>
          <w:spacing w:val="5"/>
          <w:kern w:val="28"/>
          <w:sz w:val="72"/>
          <w:szCs w:val="52"/>
        </w:rPr>
        <w:t xml:space="preserve">Formular zur Anmeldung einer </w:t>
      </w:r>
      <w:r w:rsidR="005E1C10" w:rsidRPr="005E1C10">
        <w:rPr>
          <w:rFonts w:ascii="Calibri Light" w:eastAsiaTheme="majorEastAsia" w:hAnsi="Calibri Light" w:cs="Calibri Light"/>
          <w:b/>
          <w:spacing w:val="5"/>
          <w:kern w:val="28"/>
          <w:sz w:val="72"/>
          <w:szCs w:val="52"/>
        </w:rPr>
        <w:t>LEG</w:t>
      </w:r>
      <w:r w:rsidR="006544E0" w:rsidRPr="00E95CFD">
        <w:rPr>
          <w:rFonts w:asciiTheme="majorHAnsi" w:hAnsiTheme="majorHAnsi" w:cstheme="majorHAnsi"/>
          <w:sz w:val="36"/>
        </w:rPr>
        <w:br/>
      </w:r>
      <w:r w:rsidR="006544E0" w:rsidRPr="00E95CFD">
        <w:rPr>
          <w:rFonts w:asciiTheme="majorHAnsi" w:hAnsiTheme="majorHAnsi" w:cstheme="majorHAnsi"/>
          <w:sz w:val="36"/>
        </w:rPr>
        <w:br/>
      </w:r>
    </w:p>
    <w:p w14:paraId="36415850" w14:textId="77777777" w:rsidR="00A315B9" w:rsidRPr="00E95CFD" w:rsidRDefault="00A315B9" w:rsidP="00786F0D">
      <w:pPr>
        <w:jc w:val="center"/>
        <w:rPr>
          <w:rFonts w:asciiTheme="majorHAnsi" w:hAnsiTheme="majorHAnsi" w:cstheme="majorHAnsi"/>
          <w:sz w:val="36"/>
        </w:rPr>
      </w:pPr>
    </w:p>
    <w:p w14:paraId="20033F54" w14:textId="017333CB" w:rsidR="00A315B9" w:rsidRPr="00E95CFD" w:rsidRDefault="005E1C10" w:rsidP="00786F0D">
      <w:pPr>
        <w:jc w:val="center"/>
        <w:rPr>
          <w:rFonts w:asciiTheme="majorHAnsi" w:hAnsiTheme="majorHAnsi" w:cstheme="majorHAnsi"/>
          <w:sz w:val="40"/>
        </w:rPr>
      </w:pPr>
      <w:r>
        <w:rPr>
          <w:rFonts w:asciiTheme="majorHAnsi" w:hAnsiTheme="majorHAnsi" w:cstheme="majorHAnsi"/>
          <w:sz w:val="40"/>
        </w:rPr>
        <w:t xml:space="preserve">Dokument Version: </w:t>
      </w:r>
      <w:r w:rsidR="007337A2">
        <w:rPr>
          <w:rFonts w:asciiTheme="majorHAnsi" w:hAnsiTheme="majorHAnsi" w:cstheme="majorHAnsi"/>
          <w:sz w:val="40"/>
        </w:rPr>
        <w:t>2</w:t>
      </w:r>
      <w:r>
        <w:rPr>
          <w:rFonts w:asciiTheme="majorHAnsi" w:hAnsiTheme="majorHAnsi" w:cstheme="majorHAnsi"/>
          <w:sz w:val="40"/>
        </w:rPr>
        <w:t>.0</w:t>
      </w:r>
    </w:p>
    <w:p w14:paraId="37A13B01" w14:textId="0E0EC133" w:rsidR="00786F0D" w:rsidRPr="00E95CFD" w:rsidRDefault="004F1D64" w:rsidP="0014734B">
      <w:pPr>
        <w:jc w:val="center"/>
        <w:rPr>
          <w:rFonts w:asciiTheme="majorHAnsi" w:hAnsiTheme="majorHAnsi" w:cstheme="majorHAnsi"/>
          <w:sz w:val="40"/>
        </w:rPr>
      </w:pPr>
      <w:r w:rsidRPr="00E95CFD">
        <w:rPr>
          <w:rFonts w:asciiTheme="majorHAnsi" w:hAnsiTheme="majorHAnsi" w:cstheme="majorHAnsi"/>
          <w:sz w:val="40"/>
        </w:rPr>
        <w:t xml:space="preserve">Datum: </w:t>
      </w:r>
      <w:r w:rsidR="00970EA8">
        <w:rPr>
          <w:rFonts w:asciiTheme="majorHAnsi" w:hAnsiTheme="majorHAnsi" w:cstheme="majorHAnsi"/>
          <w:sz w:val="40"/>
        </w:rPr>
        <w:t>0</w:t>
      </w:r>
      <w:r w:rsidR="007337A2">
        <w:rPr>
          <w:rFonts w:asciiTheme="majorHAnsi" w:hAnsiTheme="majorHAnsi" w:cstheme="majorHAnsi"/>
          <w:sz w:val="40"/>
        </w:rPr>
        <w:t>6</w:t>
      </w:r>
      <w:r w:rsidRPr="00E95CFD">
        <w:rPr>
          <w:rFonts w:asciiTheme="majorHAnsi" w:hAnsiTheme="majorHAnsi" w:cstheme="majorHAnsi"/>
          <w:sz w:val="40"/>
        </w:rPr>
        <w:t>.0</w:t>
      </w:r>
      <w:r w:rsidR="007337A2">
        <w:rPr>
          <w:rFonts w:asciiTheme="majorHAnsi" w:hAnsiTheme="majorHAnsi" w:cstheme="majorHAnsi"/>
          <w:sz w:val="40"/>
        </w:rPr>
        <w:t>7</w:t>
      </w:r>
      <w:r w:rsidRPr="00E95CFD">
        <w:rPr>
          <w:rFonts w:asciiTheme="majorHAnsi" w:hAnsiTheme="majorHAnsi" w:cstheme="majorHAnsi"/>
          <w:sz w:val="40"/>
        </w:rPr>
        <w:t>.</w:t>
      </w:r>
      <w:permStart w:id="291195775" w:edGrp="everyone"/>
      <w:permEnd w:id="291195775"/>
      <w:r w:rsidRPr="00E95CFD">
        <w:rPr>
          <w:rFonts w:asciiTheme="majorHAnsi" w:hAnsiTheme="majorHAnsi" w:cstheme="majorHAnsi"/>
          <w:sz w:val="40"/>
        </w:rPr>
        <w:t>2026</w:t>
      </w:r>
    </w:p>
    <w:p w14:paraId="3F6165C3" w14:textId="77777777" w:rsidR="0014734B" w:rsidRPr="00E95CFD" w:rsidRDefault="0014734B" w:rsidP="0014734B">
      <w:pPr>
        <w:jc w:val="center"/>
        <w:rPr>
          <w:rFonts w:asciiTheme="majorHAnsi" w:hAnsiTheme="majorHAnsi" w:cstheme="majorHAnsi"/>
          <w:sz w:val="40"/>
        </w:rPr>
      </w:pPr>
    </w:p>
    <w:p w14:paraId="1689BFDC" w14:textId="6DE1212B" w:rsidR="0014734B" w:rsidRPr="00E95CFD" w:rsidRDefault="0014734B" w:rsidP="0014734B">
      <w:pPr>
        <w:jc w:val="center"/>
        <w:rPr>
          <w:rFonts w:asciiTheme="majorHAnsi" w:hAnsiTheme="majorHAnsi" w:cstheme="majorHAnsi"/>
          <w:sz w:val="40"/>
        </w:rPr>
      </w:pPr>
    </w:p>
    <w:p w14:paraId="01C94154" w14:textId="00107A19" w:rsidR="00B55E86" w:rsidRPr="00706143" w:rsidRDefault="006544E0" w:rsidP="00706143">
      <w:pPr>
        <w:jc w:val="center"/>
        <w:rPr>
          <w:rFonts w:asciiTheme="majorHAnsi" w:hAnsiTheme="majorHAnsi" w:cstheme="majorHAnsi"/>
          <w:sz w:val="36"/>
        </w:rPr>
      </w:pPr>
      <w:r w:rsidRPr="00E95CFD">
        <w:rPr>
          <w:rFonts w:asciiTheme="majorHAnsi" w:hAnsiTheme="majorHAnsi" w:cstheme="majorHAnsi"/>
          <w:sz w:val="36"/>
        </w:rPr>
        <w:br w:type="page"/>
      </w:r>
    </w:p>
    <w:p w14:paraId="334EBEA8" w14:textId="77777777" w:rsidR="007337A2" w:rsidRDefault="007337A2" w:rsidP="007337A2">
      <w:pPr>
        <w:pStyle w:val="Listenabsatz"/>
        <w:ind w:left="0"/>
        <w:rPr>
          <w:b/>
          <w:bCs/>
          <w:sz w:val="32"/>
          <w:szCs w:val="32"/>
          <w:lang w:val="de-DE"/>
        </w:rPr>
      </w:pPr>
      <w:bookmarkStart w:id="0" w:name="_Toc231483522"/>
      <w:r w:rsidRPr="007337A2">
        <w:rPr>
          <w:b/>
          <w:bCs/>
          <w:sz w:val="32"/>
          <w:szCs w:val="32"/>
          <w:lang w:val="de-DE"/>
        </w:rPr>
        <w:lastRenderedPageBreak/>
        <w:t>Formular zur Anmeldung eine</w:t>
      </w:r>
      <w:r>
        <w:rPr>
          <w:b/>
          <w:bCs/>
          <w:sz w:val="32"/>
          <w:szCs w:val="32"/>
          <w:lang w:val="de-DE"/>
        </w:rPr>
        <w:t>r</w:t>
      </w:r>
      <w:r w:rsidRPr="007337A2">
        <w:rPr>
          <w:b/>
          <w:bCs/>
          <w:sz w:val="32"/>
          <w:szCs w:val="32"/>
          <w:lang w:val="de-DE"/>
        </w:rPr>
        <w:t xml:space="preserve"> Lokalen Elektrizitätsgemeinschaft (</w:t>
      </w:r>
      <w:r>
        <w:rPr>
          <w:b/>
          <w:bCs/>
          <w:sz w:val="32"/>
          <w:szCs w:val="32"/>
          <w:lang w:val="de-DE"/>
        </w:rPr>
        <w:t>LEG</w:t>
      </w:r>
      <w:r w:rsidRPr="007337A2">
        <w:rPr>
          <w:b/>
          <w:bCs/>
          <w:sz w:val="32"/>
          <w:szCs w:val="32"/>
          <w:lang w:val="de-DE"/>
        </w:rPr>
        <w:t xml:space="preserve">) </w:t>
      </w:r>
    </w:p>
    <w:p w14:paraId="79DD2FCD" w14:textId="00B177D4" w:rsidR="007337A2" w:rsidRDefault="007337A2" w:rsidP="007337A2">
      <w:pPr>
        <w:pStyle w:val="Listenabsatz"/>
        <w:ind w:left="0"/>
        <w:rPr>
          <w:b/>
          <w:bCs/>
          <w:sz w:val="32"/>
          <w:szCs w:val="32"/>
          <w:lang w:val="de-DE"/>
        </w:rPr>
      </w:pPr>
      <w:r w:rsidRPr="007337A2">
        <w:rPr>
          <w:b/>
          <w:bCs/>
          <w:sz w:val="32"/>
          <w:szCs w:val="32"/>
          <w:lang w:val="de-DE"/>
        </w:rPr>
        <w:t>beim Verteilnetzbetreiber</w:t>
      </w:r>
    </w:p>
    <w:p w14:paraId="5725558A" w14:textId="77777777" w:rsidR="00BA28FC" w:rsidRDefault="00BA28FC" w:rsidP="00BA28FC">
      <w:pPr>
        <w:rPr>
          <w:lang w:val="de-DE"/>
        </w:rPr>
      </w:pPr>
    </w:p>
    <w:p w14:paraId="2A0C3401" w14:textId="3FE3ED56" w:rsidR="00BA28FC" w:rsidRPr="0058501B" w:rsidRDefault="00BA28FC" w:rsidP="0058501B">
      <w:pPr>
        <w:rPr>
          <w:b/>
          <w:bCs/>
          <w:lang w:val="de-DE"/>
        </w:rPr>
      </w:pPr>
      <w:r w:rsidRPr="00BA28FC">
        <w:rPr>
          <w:b/>
          <w:bCs/>
          <w:lang w:val="de-DE"/>
        </w:rPr>
        <w:t>Angaben LEG-Vertreter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941"/>
      </w:tblGrid>
      <w:tr w:rsidR="00BA28FC" w14:paraId="25CF3981" w14:textId="77777777" w:rsidTr="00034AE8"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55EC34E6" w14:textId="7A3D5033" w:rsidR="00BA28FC" w:rsidRPr="00BA28FC" w:rsidRDefault="00BA28FC" w:rsidP="00BA28FC">
            <w:pPr>
              <w:rPr>
                <w:lang w:val="de-DE"/>
              </w:rPr>
            </w:pPr>
            <w:permStart w:id="466430335" w:edGrp="everyone" w:colFirst="1" w:colLast="1"/>
            <w:r w:rsidRPr="00BA28FC">
              <w:rPr>
                <w:lang w:val="de-DE"/>
              </w:rPr>
              <w:t>LEG VertreterIn / Firma</w:t>
            </w:r>
          </w:p>
        </w:tc>
        <w:tc>
          <w:tcPr>
            <w:tcW w:w="5941" w:type="dxa"/>
            <w:tcBorders>
              <w:left w:val="single" w:sz="4" w:space="0" w:color="auto"/>
              <w:bottom w:val="single" w:sz="4" w:space="0" w:color="auto"/>
            </w:tcBorders>
          </w:tcPr>
          <w:p w14:paraId="61B632FF" w14:textId="77777777" w:rsidR="00BA28FC" w:rsidRPr="00BA28FC" w:rsidRDefault="00BA28FC" w:rsidP="00BA28FC">
            <w:pPr>
              <w:rPr>
                <w:lang w:val="de-DE"/>
              </w:rPr>
            </w:pPr>
          </w:p>
        </w:tc>
      </w:tr>
      <w:tr w:rsidR="00BA28FC" w14:paraId="38969D59" w14:textId="77777777" w:rsidTr="00034AE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CDAD" w14:textId="7E1CF7EB" w:rsidR="00BA28FC" w:rsidRPr="00BA28FC" w:rsidRDefault="00BA28FC" w:rsidP="00BA28FC">
            <w:pPr>
              <w:rPr>
                <w:lang w:val="de-DE"/>
              </w:rPr>
            </w:pPr>
            <w:permStart w:id="2077638362" w:edGrp="everyone" w:colFirst="1" w:colLast="1"/>
            <w:permEnd w:id="466430335"/>
            <w:r>
              <w:rPr>
                <w:lang w:val="de-DE"/>
              </w:rPr>
              <w:t>Vorname, Name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82815" w14:textId="77777777" w:rsidR="00BA28FC" w:rsidRPr="00BA28FC" w:rsidRDefault="00BA28FC" w:rsidP="00BA28FC">
            <w:pPr>
              <w:rPr>
                <w:lang w:val="de-DE"/>
              </w:rPr>
            </w:pPr>
          </w:p>
        </w:tc>
      </w:tr>
      <w:tr w:rsidR="00BA28FC" w14:paraId="042D860C" w14:textId="77777777" w:rsidTr="00034AE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3295" w14:textId="442CAA55" w:rsidR="00BA28FC" w:rsidRPr="00BA28FC" w:rsidRDefault="00BA28FC" w:rsidP="00BA28FC">
            <w:pPr>
              <w:rPr>
                <w:lang w:val="de-DE"/>
              </w:rPr>
            </w:pPr>
            <w:permStart w:id="1206198522" w:edGrp="everyone" w:colFirst="1" w:colLast="1"/>
            <w:permEnd w:id="2077638362"/>
            <w:r>
              <w:rPr>
                <w:lang w:val="de-DE"/>
              </w:rPr>
              <w:t>Adresse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42A0A" w14:textId="77777777" w:rsidR="00BA28FC" w:rsidRPr="00BA28FC" w:rsidRDefault="00BA28FC" w:rsidP="00BA28FC">
            <w:pPr>
              <w:rPr>
                <w:lang w:val="de-DE"/>
              </w:rPr>
            </w:pPr>
          </w:p>
        </w:tc>
      </w:tr>
      <w:tr w:rsidR="00BA28FC" w14:paraId="2E0132F9" w14:textId="77777777" w:rsidTr="00034AE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279D" w14:textId="6473B381" w:rsidR="00BA28FC" w:rsidRPr="00BA28FC" w:rsidRDefault="00BA28FC" w:rsidP="00BA28FC">
            <w:pPr>
              <w:rPr>
                <w:lang w:val="de-DE"/>
              </w:rPr>
            </w:pPr>
            <w:permStart w:id="2091086211" w:edGrp="everyone" w:colFirst="1" w:colLast="1"/>
            <w:permEnd w:id="1206198522"/>
            <w:r>
              <w:rPr>
                <w:lang w:val="de-DE"/>
              </w:rPr>
              <w:t>PLZ,Ort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8A725" w14:textId="77777777" w:rsidR="00BA28FC" w:rsidRPr="00BA28FC" w:rsidRDefault="00BA28FC" w:rsidP="00BA28FC">
            <w:pPr>
              <w:rPr>
                <w:lang w:val="de-DE"/>
              </w:rPr>
            </w:pPr>
          </w:p>
        </w:tc>
      </w:tr>
      <w:tr w:rsidR="00BA28FC" w14:paraId="2FD4AED2" w14:textId="77777777" w:rsidTr="00034AE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5019" w14:textId="6E9B2673" w:rsidR="00BA28FC" w:rsidRPr="00BA28FC" w:rsidRDefault="00BA28FC" w:rsidP="00BA28FC">
            <w:pPr>
              <w:rPr>
                <w:lang w:val="de-DE"/>
              </w:rPr>
            </w:pPr>
            <w:permStart w:id="675567669" w:edGrp="everyone" w:colFirst="1" w:colLast="1"/>
            <w:permEnd w:id="2091086211"/>
            <w:r>
              <w:rPr>
                <w:lang w:val="de-DE"/>
              </w:rPr>
              <w:t>Email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6C086" w14:textId="77777777" w:rsidR="00BA28FC" w:rsidRPr="00BA28FC" w:rsidRDefault="00BA28FC" w:rsidP="00BA28FC">
            <w:pPr>
              <w:rPr>
                <w:lang w:val="de-DE"/>
              </w:rPr>
            </w:pPr>
          </w:p>
        </w:tc>
      </w:tr>
      <w:tr w:rsidR="00BA28FC" w14:paraId="0E7CCD03" w14:textId="77777777" w:rsidTr="00034AE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7579" w14:textId="7C86A30D" w:rsidR="00BA28FC" w:rsidRPr="00BA28FC" w:rsidRDefault="00BA28FC" w:rsidP="00BA28FC">
            <w:pPr>
              <w:rPr>
                <w:lang w:val="de-DE"/>
              </w:rPr>
            </w:pPr>
            <w:permStart w:id="1222403907" w:edGrp="everyone" w:colFirst="1" w:colLast="1"/>
            <w:permEnd w:id="675567669"/>
            <w:r>
              <w:rPr>
                <w:lang w:val="de-DE"/>
              </w:rPr>
              <w:t>Telefon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E6BDC" w14:textId="77777777" w:rsidR="00BA28FC" w:rsidRPr="00BA28FC" w:rsidRDefault="00BA28FC" w:rsidP="00BA28FC">
            <w:pPr>
              <w:rPr>
                <w:lang w:val="de-DE"/>
              </w:rPr>
            </w:pPr>
          </w:p>
        </w:tc>
      </w:tr>
      <w:tr w:rsidR="009709D3" w14:paraId="1CC79F23" w14:textId="77777777" w:rsidTr="00034AE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3D0F" w14:textId="4BA6CEA1" w:rsidR="009709D3" w:rsidRDefault="009709D3" w:rsidP="00BA28FC">
            <w:pPr>
              <w:rPr>
                <w:lang w:val="de-DE"/>
              </w:rPr>
            </w:pPr>
            <w:permStart w:id="953380315" w:edGrp="everyone" w:colFirst="1" w:colLast="1"/>
            <w:permEnd w:id="1222403907"/>
            <w:r>
              <w:rPr>
                <w:lang w:val="de-DE"/>
              </w:rPr>
              <w:t>MWSt-Nr.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331BA" w14:textId="77777777" w:rsidR="009709D3" w:rsidRPr="00BA28FC" w:rsidRDefault="009709D3" w:rsidP="00BA28FC">
            <w:pPr>
              <w:rPr>
                <w:lang w:val="de-DE"/>
              </w:rPr>
            </w:pPr>
          </w:p>
        </w:tc>
      </w:tr>
      <w:permEnd w:id="953380315"/>
    </w:tbl>
    <w:p w14:paraId="76186900" w14:textId="77777777" w:rsidR="00BA28FC" w:rsidRDefault="00BA28FC" w:rsidP="00BA28FC">
      <w:pPr>
        <w:rPr>
          <w:b/>
          <w:bCs/>
          <w:lang w:val="de-DE"/>
        </w:rPr>
      </w:pPr>
    </w:p>
    <w:p w14:paraId="7D20B70E" w14:textId="77777777" w:rsidR="009709D3" w:rsidRDefault="009709D3" w:rsidP="00BA28FC">
      <w:pPr>
        <w:rPr>
          <w:b/>
          <w:bCs/>
          <w:lang w:val="de-DE"/>
        </w:rPr>
      </w:pPr>
    </w:p>
    <w:p w14:paraId="68ED392C" w14:textId="0CD7EA3C" w:rsidR="00BA28FC" w:rsidRDefault="00BA28FC" w:rsidP="00BA28FC">
      <w:pPr>
        <w:rPr>
          <w:b/>
          <w:bCs/>
          <w:lang w:val="de-DE"/>
        </w:rPr>
      </w:pPr>
      <w:r w:rsidRPr="00BA28FC">
        <w:rPr>
          <w:b/>
          <w:bCs/>
          <w:lang w:val="de-DE"/>
        </w:rPr>
        <w:t>Angaben LEG-</w:t>
      </w:r>
      <w:r w:rsidR="0058501B">
        <w:rPr>
          <w:b/>
          <w:bCs/>
          <w:lang w:val="de-DE"/>
        </w:rPr>
        <w:t>Teilnehmer mit Produktionsanlage</w:t>
      </w:r>
    </w:p>
    <w:p w14:paraId="6FB74B76" w14:textId="77777777" w:rsidR="00BA28FC" w:rsidRPr="003C38D3" w:rsidRDefault="00BA28FC" w:rsidP="00BA28FC">
      <w:pPr>
        <w:spacing w:after="0"/>
        <w:rPr>
          <w:b/>
          <w:bCs/>
          <w:lang w:val="de-DE"/>
        </w:rPr>
      </w:pPr>
      <w:r w:rsidRPr="003C38D3">
        <w:rPr>
          <w:b/>
          <w:bCs/>
          <w:lang w:val="de-DE"/>
        </w:rPr>
        <w:t>Standort 1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941"/>
      </w:tblGrid>
      <w:tr w:rsidR="00BA28FC" w14:paraId="4BC6E8BF" w14:textId="77777777" w:rsidTr="004F502C"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65D6DF15" w14:textId="52B9387B" w:rsidR="00BA28FC" w:rsidRPr="00BA28FC" w:rsidRDefault="0058501B" w:rsidP="001554E7">
            <w:pPr>
              <w:rPr>
                <w:lang w:val="de-DE"/>
              </w:rPr>
            </w:pPr>
            <w:permStart w:id="425610282" w:edGrp="everyone" w:colFirst="1" w:colLast="1"/>
            <w:r>
              <w:rPr>
                <w:lang w:val="de-DE"/>
              </w:rPr>
              <w:t>Eigentümerschaft oder bevollmächtigte Vertreter</w:t>
            </w:r>
          </w:p>
        </w:tc>
        <w:tc>
          <w:tcPr>
            <w:tcW w:w="5941" w:type="dxa"/>
            <w:tcBorders>
              <w:left w:val="single" w:sz="4" w:space="0" w:color="auto"/>
              <w:bottom w:val="single" w:sz="4" w:space="0" w:color="auto"/>
            </w:tcBorders>
          </w:tcPr>
          <w:p w14:paraId="7F391426" w14:textId="77777777" w:rsidR="00BA28FC" w:rsidRPr="00BA28FC" w:rsidRDefault="00BA28FC" w:rsidP="001554E7">
            <w:pPr>
              <w:rPr>
                <w:lang w:val="de-DE"/>
              </w:rPr>
            </w:pPr>
          </w:p>
        </w:tc>
      </w:tr>
      <w:tr w:rsidR="00BA28FC" w14:paraId="31B0F988" w14:textId="77777777" w:rsidTr="004F502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B371" w14:textId="15FBC233" w:rsidR="00BA28FC" w:rsidRPr="00BA28FC" w:rsidRDefault="0058501B" w:rsidP="001554E7">
            <w:pPr>
              <w:rPr>
                <w:lang w:val="de-DE"/>
              </w:rPr>
            </w:pPr>
            <w:permStart w:id="545812881" w:edGrp="everyone" w:colFirst="1" w:colLast="1"/>
            <w:permEnd w:id="425610282"/>
            <w:r>
              <w:rPr>
                <w:lang w:val="de-DE"/>
              </w:rPr>
              <w:t>Grundstücknummer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FB78B" w14:textId="77777777" w:rsidR="00BA28FC" w:rsidRPr="00BA28FC" w:rsidRDefault="00BA28FC" w:rsidP="001554E7">
            <w:pPr>
              <w:rPr>
                <w:lang w:val="de-DE"/>
              </w:rPr>
            </w:pPr>
          </w:p>
        </w:tc>
      </w:tr>
      <w:tr w:rsidR="00BA28FC" w14:paraId="18A058FE" w14:textId="77777777" w:rsidTr="004F502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AC6C" w14:textId="7E3FC119" w:rsidR="00BA28FC" w:rsidRPr="00BA28FC" w:rsidRDefault="0058501B" w:rsidP="001554E7">
            <w:pPr>
              <w:rPr>
                <w:lang w:val="de-DE"/>
              </w:rPr>
            </w:pPr>
            <w:permStart w:id="1673150764" w:edGrp="everyone" w:colFirst="1" w:colLast="1"/>
            <w:permEnd w:id="545812881"/>
            <w:r>
              <w:rPr>
                <w:lang w:val="de-DE"/>
              </w:rPr>
              <w:t>Messpunkt (CHxxx)*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09927" w14:textId="77777777" w:rsidR="00BA28FC" w:rsidRPr="00BA28FC" w:rsidRDefault="00BA28FC" w:rsidP="001554E7">
            <w:pPr>
              <w:rPr>
                <w:lang w:val="de-DE"/>
              </w:rPr>
            </w:pPr>
          </w:p>
        </w:tc>
      </w:tr>
      <w:tr w:rsidR="00BA28FC" w14:paraId="3EF95F4E" w14:textId="77777777" w:rsidTr="004F502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CA5C" w14:textId="270C28B6" w:rsidR="00BA28FC" w:rsidRPr="00BA28FC" w:rsidRDefault="0058501B" w:rsidP="001554E7">
            <w:pPr>
              <w:rPr>
                <w:lang w:val="de-DE"/>
              </w:rPr>
            </w:pPr>
            <w:permStart w:id="1324159515" w:edGrp="everyone" w:colFirst="1" w:colLast="1"/>
            <w:permEnd w:id="1673150764"/>
            <w:r>
              <w:rPr>
                <w:lang w:val="de-DE"/>
              </w:rPr>
              <w:t>Zählernummer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A0D34" w14:textId="77777777" w:rsidR="00BA28FC" w:rsidRPr="00BA28FC" w:rsidRDefault="00BA28FC" w:rsidP="001554E7">
            <w:pPr>
              <w:rPr>
                <w:lang w:val="de-DE"/>
              </w:rPr>
            </w:pPr>
          </w:p>
        </w:tc>
      </w:tr>
      <w:tr w:rsidR="0058501B" w14:paraId="2CA9BCA9" w14:textId="77777777" w:rsidTr="004F502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FDE3" w14:textId="60235F5F" w:rsidR="0058501B" w:rsidRPr="00BA28FC" w:rsidRDefault="0058501B" w:rsidP="0058501B">
            <w:pPr>
              <w:rPr>
                <w:lang w:val="de-DE"/>
              </w:rPr>
            </w:pPr>
            <w:permStart w:id="261433907" w:edGrp="everyone" w:colFirst="1" w:colLast="1"/>
            <w:permEnd w:id="1324159515"/>
            <w:r>
              <w:rPr>
                <w:lang w:val="de-DE"/>
              </w:rPr>
              <w:t>Adresse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DE368" w14:textId="77777777" w:rsidR="0058501B" w:rsidRPr="00BA28FC" w:rsidRDefault="0058501B" w:rsidP="0058501B">
            <w:pPr>
              <w:rPr>
                <w:lang w:val="de-DE"/>
              </w:rPr>
            </w:pPr>
          </w:p>
        </w:tc>
      </w:tr>
      <w:tr w:rsidR="0058501B" w14:paraId="473AFB74" w14:textId="77777777" w:rsidTr="004F502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7BDD" w14:textId="480EA198" w:rsidR="0058501B" w:rsidRPr="00BA28FC" w:rsidRDefault="0058501B" w:rsidP="0058501B">
            <w:pPr>
              <w:rPr>
                <w:lang w:val="de-DE"/>
              </w:rPr>
            </w:pPr>
            <w:permStart w:id="1297511677" w:edGrp="everyone" w:colFirst="1" w:colLast="1"/>
            <w:permEnd w:id="261433907"/>
            <w:r>
              <w:rPr>
                <w:lang w:val="de-DE"/>
              </w:rPr>
              <w:t>PLZ,Ort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776F2" w14:textId="77777777" w:rsidR="0058501B" w:rsidRPr="00BA28FC" w:rsidRDefault="0058501B" w:rsidP="0058501B">
            <w:pPr>
              <w:rPr>
                <w:lang w:val="de-DE"/>
              </w:rPr>
            </w:pPr>
          </w:p>
        </w:tc>
      </w:tr>
      <w:permEnd w:id="1297511677"/>
    </w:tbl>
    <w:p w14:paraId="1553E9C9" w14:textId="2E7DCAAB" w:rsidR="0058501B" w:rsidRDefault="0058501B" w:rsidP="0058501B">
      <w:pPr>
        <w:rPr>
          <w:b/>
          <w:bCs/>
          <w:lang w:val="de-DE"/>
        </w:rPr>
      </w:pPr>
    </w:p>
    <w:p w14:paraId="408F5BA2" w14:textId="74989C56" w:rsidR="003C38D3" w:rsidRPr="003C38D3" w:rsidRDefault="003C38D3" w:rsidP="003C38D3">
      <w:pPr>
        <w:spacing w:after="0"/>
        <w:rPr>
          <w:b/>
          <w:bCs/>
          <w:lang w:val="de-DE"/>
        </w:rPr>
      </w:pPr>
      <w:r w:rsidRPr="003C38D3">
        <w:rPr>
          <w:b/>
          <w:bCs/>
          <w:lang w:val="de-DE"/>
        </w:rPr>
        <w:t xml:space="preserve">Standort </w:t>
      </w:r>
      <w:r>
        <w:rPr>
          <w:b/>
          <w:bCs/>
          <w:lang w:val="de-DE"/>
        </w:rPr>
        <w:t>2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941"/>
      </w:tblGrid>
      <w:tr w:rsidR="003C38D3" w14:paraId="059A85F3" w14:textId="77777777" w:rsidTr="001554E7"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56BB1E02" w14:textId="77777777" w:rsidR="003C38D3" w:rsidRPr="00BA28FC" w:rsidRDefault="003C38D3" w:rsidP="001554E7">
            <w:pPr>
              <w:rPr>
                <w:lang w:val="de-DE"/>
              </w:rPr>
            </w:pPr>
            <w:permStart w:id="1146582375" w:edGrp="everyone" w:colFirst="1" w:colLast="1"/>
            <w:r>
              <w:rPr>
                <w:lang w:val="de-DE"/>
              </w:rPr>
              <w:t>Eigentümerschaft oder bevollmächtigte Vertreter</w:t>
            </w:r>
          </w:p>
        </w:tc>
        <w:tc>
          <w:tcPr>
            <w:tcW w:w="5941" w:type="dxa"/>
            <w:tcBorders>
              <w:left w:val="single" w:sz="4" w:space="0" w:color="auto"/>
              <w:bottom w:val="single" w:sz="4" w:space="0" w:color="auto"/>
            </w:tcBorders>
          </w:tcPr>
          <w:p w14:paraId="637B207F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2F97B03B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7EA4" w14:textId="77777777" w:rsidR="003C38D3" w:rsidRPr="00BA28FC" w:rsidRDefault="003C38D3" w:rsidP="001554E7">
            <w:pPr>
              <w:rPr>
                <w:lang w:val="de-DE"/>
              </w:rPr>
            </w:pPr>
            <w:permStart w:id="1341945575" w:edGrp="everyone" w:colFirst="1" w:colLast="1"/>
            <w:permEnd w:id="1146582375"/>
            <w:r>
              <w:rPr>
                <w:lang w:val="de-DE"/>
              </w:rPr>
              <w:t>Grundstücknummer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4185D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69F90BBC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986E" w14:textId="77777777" w:rsidR="003C38D3" w:rsidRPr="00BA28FC" w:rsidRDefault="003C38D3" w:rsidP="001554E7">
            <w:pPr>
              <w:rPr>
                <w:lang w:val="de-DE"/>
              </w:rPr>
            </w:pPr>
            <w:permStart w:id="1855929937" w:edGrp="everyone" w:colFirst="1" w:colLast="1"/>
            <w:permEnd w:id="1341945575"/>
            <w:r>
              <w:rPr>
                <w:lang w:val="de-DE"/>
              </w:rPr>
              <w:t>Messpunkt (CHxxx)*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49B5C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17E1D3DA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1A0B" w14:textId="77777777" w:rsidR="003C38D3" w:rsidRPr="00BA28FC" w:rsidRDefault="003C38D3" w:rsidP="001554E7">
            <w:pPr>
              <w:rPr>
                <w:lang w:val="de-DE"/>
              </w:rPr>
            </w:pPr>
            <w:permStart w:id="1232150324" w:edGrp="everyone" w:colFirst="1" w:colLast="1"/>
            <w:permEnd w:id="1855929937"/>
            <w:r>
              <w:rPr>
                <w:lang w:val="de-DE"/>
              </w:rPr>
              <w:t>Zählernummer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7DD4E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0257554F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15DB" w14:textId="77777777" w:rsidR="003C38D3" w:rsidRPr="00BA28FC" w:rsidRDefault="003C38D3" w:rsidP="001554E7">
            <w:pPr>
              <w:rPr>
                <w:lang w:val="de-DE"/>
              </w:rPr>
            </w:pPr>
            <w:permStart w:id="1430203092" w:edGrp="everyone" w:colFirst="1" w:colLast="1"/>
            <w:permEnd w:id="1232150324"/>
            <w:r>
              <w:rPr>
                <w:lang w:val="de-DE"/>
              </w:rPr>
              <w:t>Adresse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84D39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62911008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63C1" w14:textId="77777777" w:rsidR="003C38D3" w:rsidRPr="00BA28FC" w:rsidRDefault="003C38D3" w:rsidP="001554E7">
            <w:pPr>
              <w:rPr>
                <w:lang w:val="de-DE"/>
              </w:rPr>
            </w:pPr>
            <w:permStart w:id="275322367" w:edGrp="everyone" w:colFirst="1" w:colLast="1"/>
            <w:permEnd w:id="1430203092"/>
            <w:r>
              <w:rPr>
                <w:lang w:val="de-DE"/>
              </w:rPr>
              <w:t>PLZ,Ort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FDBD3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permEnd w:id="275322367"/>
    </w:tbl>
    <w:p w14:paraId="4441522F" w14:textId="77777777" w:rsidR="009709D3" w:rsidRDefault="009709D3" w:rsidP="0058501B">
      <w:pPr>
        <w:rPr>
          <w:b/>
          <w:bCs/>
          <w:lang w:val="de-DE"/>
        </w:rPr>
      </w:pPr>
    </w:p>
    <w:p w14:paraId="6A18AD53" w14:textId="01AC262E" w:rsidR="0058501B" w:rsidRPr="00BA28FC" w:rsidRDefault="0058501B" w:rsidP="0058501B">
      <w:pPr>
        <w:rPr>
          <w:b/>
          <w:bCs/>
          <w:lang w:val="de-DE"/>
        </w:rPr>
      </w:pPr>
      <w:r>
        <w:rPr>
          <w:b/>
          <w:bCs/>
          <w:lang w:val="de-DE"/>
        </w:rPr>
        <w:t xml:space="preserve">* </w:t>
      </w:r>
      <w:r w:rsidRPr="0058501B">
        <w:rPr>
          <w:lang w:val="de-DE"/>
        </w:rPr>
        <w:t>Auf der Stromrechnung zu finden</w:t>
      </w:r>
    </w:p>
    <w:p w14:paraId="5713FECB" w14:textId="5951C95C" w:rsidR="0058501B" w:rsidRDefault="0058501B" w:rsidP="0058501B">
      <w:pPr>
        <w:rPr>
          <w:b/>
          <w:bCs/>
          <w:lang w:val="de-DE"/>
        </w:rPr>
      </w:pPr>
      <w:r>
        <w:rPr>
          <w:b/>
          <w:bCs/>
          <w:lang w:val="de-DE"/>
        </w:rPr>
        <w:br w:type="page"/>
      </w:r>
      <w:r w:rsidRPr="00BA28FC">
        <w:rPr>
          <w:b/>
          <w:bCs/>
          <w:lang w:val="de-DE"/>
        </w:rPr>
        <w:lastRenderedPageBreak/>
        <w:t>Angaben LEG-</w:t>
      </w:r>
      <w:r>
        <w:rPr>
          <w:b/>
          <w:bCs/>
          <w:lang w:val="de-DE"/>
        </w:rPr>
        <w:t>Teilnehmer ohne Produktionsanlage</w:t>
      </w:r>
    </w:p>
    <w:p w14:paraId="3522A224" w14:textId="1547739E" w:rsidR="0058501B" w:rsidRPr="003C38D3" w:rsidRDefault="0058501B" w:rsidP="0058501B">
      <w:pPr>
        <w:spacing w:after="0"/>
        <w:rPr>
          <w:b/>
          <w:bCs/>
          <w:lang w:val="de-DE"/>
        </w:rPr>
      </w:pPr>
      <w:r w:rsidRPr="003C38D3">
        <w:rPr>
          <w:b/>
          <w:bCs/>
          <w:lang w:val="de-DE"/>
        </w:rPr>
        <w:t>Standort 3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941"/>
      </w:tblGrid>
      <w:tr w:rsidR="0058501B" w14:paraId="52437290" w14:textId="77777777" w:rsidTr="003C38D3"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0CB3043E" w14:textId="77777777" w:rsidR="0058501B" w:rsidRPr="00BA28FC" w:rsidRDefault="0058501B" w:rsidP="001554E7">
            <w:pPr>
              <w:rPr>
                <w:lang w:val="de-DE"/>
              </w:rPr>
            </w:pPr>
            <w:permStart w:id="1426009206" w:edGrp="everyone" w:colFirst="1" w:colLast="1"/>
            <w:r>
              <w:rPr>
                <w:lang w:val="de-DE"/>
              </w:rPr>
              <w:t>Eigentümerschaft oder bevollmächtigte Vertreter</w:t>
            </w:r>
          </w:p>
        </w:tc>
        <w:tc>
          <w:tcPr>
            <w:tcW w:w="5941" w:type="dxa"/>
            <w:tcBorders>
              <w:left w:val="single" w:sz="4" w:space="0" w:color="auto"/>
              <w:bottom w:val="single" w:sz="4" w:space="0" w:color="auto"/>
            </w:tcBorders>
          </w:tcPr>
          <w:p w14:paraId="4AB664BD" w14:textId="64ABB929" w:rsidR="0058501B" w:rsidRPr="00BA28FC" w:rsidRDefault="0058501B" w:rsidP="001554E7">
            <w:pPr>
              <w:rPr>
                <w:lang w:val="de-DE"/>
              </w:rPr>
            </w:pPr>
          </w:p>
        </w:tc>
      </w:tr>
      <w:tr w:rsidR="0058501B" w14:paraId="31F07863" w14:textId="77777777" w:rsidTr="003C38D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D83B" w14:textId="77777777" w:rsidR="0058501B" w:rsidRPr="00BA28FC" w:rsidRDefault="0058501B" w:rsidP="001554E7">
            <w:pPr>
              <w:rPr>
                <w:lang w:val="de-DE"/>
              </w:rPr>
            </w:pPr>
            <w:permStart w:id="243889817" w:edGrp="everyone" w:colFirst="1" w:colLast="1"/>
            <w:permEnd w:id="1426009206"/>
            <w:r>
              <w:rPr>
                <w:lang w:val="de-DE"/>
              </w:rPr>
              <w:t>Grundstücknummer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A01B7" w14:textId="77777777" w:rsidR="0058501B" w:rsidRPr="00BA28FC" w:rsidRDefault="0058501B" w:rsidP="001554E7">
            <w:pPr>
              <w:rPr>
                <w:lang w:val="de-DE"/>
              </w:rPr>
            </w:pPr>
          </w:p>
        </w:tc>
      </w:tr>
      <w:tr w:rsidR="0058501B" w14:paraId="7E04FE0C" w14:textId="77777777" w:rsidTr="003C38D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4810" w14:textId="77777777" w:rsidR="0058501B" w:rsidRPr="00BA28FC" w:rsidRDefault="0058501B" w:rsidP="001554E7">
            <w:pPr>
              <w:rPr>
                <w:lang w:val="de-DE"/>
              </w:rPr>
            </w:pPr>
            <w:permStart w:id="1723547597" w:edGrp="everyone" w:colFirst="1" w:colLast="1"/>
            <w:permEnd w:id="243889817"/>
            <w:r>
              <w:rPr>
                <w:lang w:val="de-DE"/>
              </w:rPr>
              <w:t>Messpunkt (CHxxx)*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4740D" w14:textId="77777777" w:rsidR="0058501B" w:rsidRPr="00BA28FC" w:rsidRDefault="0058501B" w:rsidP="001554E7">
            <w:pPr>
              <w:rPr>
                <w:lang w:val="de-DE"/>
              </w:rPr>
            </w:pPr>
          </w:p>
        </w:tc>
      </w:tr>
      <w:tr w:rsidR="0058501B" w14:paraId="009492A8" w14:textId="77777777" w:rsidTr="003C38D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FEB5" w14:textId="77777777" w:rsidR="0058501B" w:rsidRPr="00BA28FC" w:rsidRDefault="0058501B" w:rsidP="001554E7">
            <w:pPr>
              <w:rPr>
                <w:lang w:val="de-DE"/>
              </w:rPr>
            </w:pPr>
            <w:permStart w:id="1345678331" w:edGrp="everyone" w:colFirst="1" w:colLast="1"/>
            <w:permEnd w:id="1723547597"/>
            <w:r>
              <w:rPr>
                <w:lang w:val="de-DE"/>
              </w:rPr>
              <w:t>Zählernummer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23268" w14:textId="77777777" w:rsidR="0058501B" w:rsidRPr="00BA28FC" w:rsidRDefault="0058501B" w:rsidP="001554E7">
            <w:pPr>
              <w:rPr>
                <w:lang w:val="de-DE"/>
              </w:rPr>
            </w:pPr>
          </w:p>
        </w:tc>
      </w:tr>
      <w:tr w:rsidR="0058501B" w14:paraId="506C5C50" w14:textId="77777777" w:rsidTr="003C38D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E676" w14:textId="77777777" w:rsidR="0058501B" w:rsidRPr="00BA28FC" w:rsidRDefault="0058501B" w:rsidP="001554E7">
            <w:pPr>
              <w:rPr>
                <w:lang w:val="de-DE"/>
              </w:rPr>
            </w:pPr>
            <w:permStart w:id="2024816169" w:edGrp="everyone" w:colFirst="1" w:colLast="1"/>
            <w:permEnd w:id="1345678331"/>
            <w:r>
              <w:rPr>
                <w:lang w:val="de-DE"/>
              </w:rPr>
              <w:t>Adresse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815E3" w14:textId="77777777" w:rsidR="0058501B" w:rsidRPr="00BA28FC" w:rsidRDefault="0058501B" w:rsidP="001554E7">
            <w:pPr>
              <w:rPr>
                <w:lang w:val="de-DE"/>
              </w:rPr>
            </w:pPr>
          </w:p>
        </w:tc>
      </w:tr>
      <w:tr w:rsidR="0058501B" w14:paraId="3CD4596F" w14:textId="77777777" w:rsidTr="003C38D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4167" w14:textId="77777777" w:rsidR="0058501B" w:rsidRPr="00BA28FC" w:rsidRDefault="0058501B" w:rsidP="001554E7">
            <w:pPr>
              <w:rPr>
                <w:lang w:val="de-DE"/>
              </w:rPr>
            </w:pPr>
            <w:permStart w:id="904740422" w:edGrp="everyone" w:colFirst="1" w:colLast="1"/>
            <w:permEnd w:id="2024816169"/>
            <w:r>
              <w:rPr>
                <w:lang w:val="de-DE"/>
              </w:rPr>
              <w:t>PLZ,Ort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FEC2D" w14:textId="77777777" w:rsidR="0058501B" w:rsidRPr="00BA28FC" w:rsidRDefault="0058501B" w:rsidP="001554E7">
            <w:pPr>
              <w:rPr>
                <w:lang w:val="de-DE"/>
              </w:rPr>
            </w:pPr>
          </w:p>
        </w:tc>
      </w:tr>
      <w:permEnd w:id="904740422"/>
    </w:tbl>
    <w:p w14:paraId="390556A2" w14:textId="3B598ED0" w:rsidR="0058501B" w:rsidRDefault="0058501B" w:rsidP="0058501B">
      <w:pPr>
        <w:rPr>
          <w:b/>
          <w:bCs/>
          <w:lang w:val="de-DE"/>
        </w:rPr>
      </w:pPr>
    </w:p>
    <w:p w14:paraId="1CD9698F" w14:textId="364D03CC" w:rsidR="0058501B" w:rsidRPr="003C38D3" w:rsidRDefault="0058501B" w:rsidP="0058501B">
      <w:pPr>
        <w:spacing w:after="0"/>
        <w:rPr>
          <w:b/>
          <w:bCs/>
          <w:lang w:val="de-DE"/>
        </w:rPr>
      </w:pPr>
      <w:r w:rsidRPr="003C38D3">
        <w:rPr>
          <w:b/>
          <w:bCs/>
          <w:lang w:val="de-DE"/>
        </w:rPr>
        <w:t xml:space="preserve">Standort </w:t>
      </w:r>
      <w:r w:rsidR="009709D3" w:rsidRPr="003C38D3">
        <w:rPr>
          <w:b/>
          <w:bCs/>
          <w:lang w:val="de-DE"/>
        </w:rPr>
        <w:t>4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941"/>
      </w:tblGrid>
      <w:tr w:rsidR="003C38D3" w14:paraId="22A1A06F" w14:textId="77777777" w:rsidTr="001554E7"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426E4364" w14:textId="77777777" w:rsidR="003C38D3" w:rsidRPr="00BA28FC" w:rsidRDefault="003C38D3" w:rsidP="001554E7">
            <w:pPr>
              <w:rPr>
                <w:lang w:val="de-DE"/>
              </w:rPr>
            </w:pPr>
            <w:permStart w:id="1063415196" w:edGrp="everyone" w:colFirst="1" w:colLast="1"/>
            <w:r>
              <w:rPr>
                <w:lang w:val="de-DE"/>
              </w:rPr>
              <w:t>Eigentümerschaft oder bevollmächtigte Vertreter</w:t>
            </w:r>
          </w:p>
        </w:tc>
        <w:tc>
          <w:tcPr>
            <w:tcW w:w="5941" w:type="dxa"/>
            <w:tcBorders>
              <w:left w:val="single" w:sz="4" w:space="0" w:color="auto"/>
              <w:bottom w:val="single" w:sz="4" w:space="0" w:color="auto"/>
            </w:tcBorders>
          </w:tcPr>
          <w:p w14:paraId="1B1C2AC6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07469000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8623" w14:textId="77777777" w:rsidR="003C38D3" w:rsidRPr="00BA28FC" w:rsidRDefault="003C38D3" w:rsidP="001554E7">
            <w:pPr>
              <w:rPr>
                <w:lang w:val="de-DE"/>
              </w:rPr>
            </w:pPr>
            <w:permStart w:id="772820934" w:edGrp="everyone" w:colFirst="1" w:colLast="1"/>
            <w:permEnd w:id="1063415196"/>
            <w:r>
              <w:rPr>
                <w:lang w:val="de-DE"/>
              </w:rPr>
              <w:t>Grundstücknummer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AAEF4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5BBA8964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FCCF" w14:textId="77777777" w:rsidR="003C38D3" w:rsidRPr="00BA28FC" w:rsidRDefault="003C38D3" w:rsidP="001554E7">
            <w:pPr>
              <w:rPr>
                <w:lang w:val="de-DE"/>
              </w:rPr>
            </w:pPr>
            <w:permStart w:id="1092768187" w:edGrp="everyone" w:colFirst="1" w:colLast="1"/>
            <w:permEnd w:id="772820934"/>
            <w:r>
              <w:rPr>
                <w:lang w:val="de-DE"/>
              </w:rPr>
              <w:t>Messpunkt (CHxxx)*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55C81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622E8246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BAF0" w14:textId="77777777" w:rsidR="003C38D3" w:rsidRPr="00BA28FC" w:rsidRDefault="003C38D3" w:rsidP="001554E7">
            <w:pPr>
              <w:rPr>
                <w:lang w:val="de-DE"/>
              </w:rPr>
            </w:pPr>
            <w:permStart w:id="1992583664" w:edGrp="everyone" w:colFirst="1" w:colLast="1"/>
            <w:permEnd w:id="1092768187"/>
            <w:r>
              <w:rPr>
                <w:lang w:val="de-DE"/>
              </w:rPr>
              <w:t>Zählernummer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15B76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7E890024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B16A" w14:textId="77777777" w:rsidR="003C38D3" w:rsidRPr="00BA28FC" w:rsidRDefault="003C38D3" w:rsidP="001554E7">
            <w:pPr>
              <w:rPr>
                <w:lang w:val="de-DE"/>
              </w:rPr>
            </w:pPr>
            <w:permStart w:id="1174146777" w:edGrp="everyone" w:colFirst="1" w:colLast="1"/>
            <w:permEnd w:id="1992583664"/>
            <w:r>
              <w:rPr>
                <w:lang w:val="de-DE"/>
              </w:rPr>
              <w:t>Adresse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AFE42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29801C9E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60EF" w14:textId="77777777" w:rsidR="003C38D3" w:rsidRPr="00BA28FC" w:rsidRDefault="003C38D3" w:rsidP="001554E7">
            <w:pPr>
              <w:rPr>
                <w:lang w:val="de-DE"/>
              </w:rPr>
            </w:pPr>
            <w:permStart w:id="1211369393" w:edGrp="everyone" w:colFirst="1" w:colLast="1"/>
            <w:permEnd w:id="1174146777"/>
            <w:r>
              <w:rPr>
                <w:lang w:val="de-DE"/>
              </w:rPr>
              <w:t>PLZ,Ort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E9468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permEnd w:id="1211369393"/>
    </w:tbl>
    <w:p w14:paraId="3D882E9C" w14:textId="44D13C31" w:rsidR="009709D3" w:rsidRDefault="009709D3" w:rsidP="009709D3">
      <w:pPr>
        <w:rPr>
          <w:b/>
          <w:bCs/>
          <w:lang w:val="de-DE"/>
        </w:rPr>
      </w:pPr>
    </w:p>
    <w:p w14:paraId="2C70FE13" w14:textId="24820D3B" w:rsidR="009709D3" w:rsidRPr="003C38D3" w:rsidRDefault="009709D3" w:rsidP="009709D3">
      <w:pPr>
        <w:spacing w:after="0"/>
        <w:rPr>
          <w:b/>
          <w:bCs/>
          <w:lang w:val="de-DE"/>
        </w:rPr>
      </w:pPr>
      <w:r w:rsidRPr="003C38D3">
        <w:rPr>
          <w:b/>
          <w:bCs/>
          <w:lang w:val="de-DE"/>
        </w:rPr>
        <w:t>Standort 5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941"/>
      </w:tblGrid>
      <w:tr w:rsidR="003C38D3" w14:paraId="598B4775" w14:textId="77777777" w:rsidTr="001554E7"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32D6B423" w14:textId="77777777" w:rsidR="003C38D3" w:rsidRPr="00BA28FC" w:rsidRDefault="003C38D3" w:rsidP="001554E7">
            <w:pPr>
              <w:rPr>
                <w:lang w:val="de-DE"/>
              </w:rPr>
            </w:pPr>
            <w:permStart w:id="417079391" w:edGrp="everyone" w:colFirst="1" w:colLast="1"/>
            <w:r>
              <w:rPr>
                <w:lang w:val="de-DE"/>
              </w:rPr>
              <w:t>Eigentümerschaft oder bevollmächtigte Vertreter</w:t>
            </w:r>
          </w:p>
        </w:tc>
        <w:tc>
          <w:tcPr>
            <w:tcW w:w="5941" w:type="dxa"/>
            <w:tcBorders>
              <w:left w:val="single" w:sz="4" w:space="0" w:color="auto"/>
              <w:bottom w:val="single" w:sz="4" w:space="0" w:color="auto"/>
            </w:tcBorders>
          </w:tcPr>
          <w:p w14:paraId="71C97B47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3D483D3F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264D" w14:textId="77777777" w:rsidR="003C38D3" w:rsidRPr="00BA28FC" w:rsidRDefault="003C38D3" w:rsidP="001554E7">
            <w:pPr>
              <w:rPr>
                <w:lang w:val="de-DE"/>
              </w:rPr>
            </w:pPr>
            <w:permStart w:id="1382510624" w:edGrp="everyone" w:colFirst="1" w:colLast="1"/>
            <w:permEnd w:id="417079391"/>
            <w:r>
              <w:rPr>
                <w:lang w:val="de-DE"/>
              </w:rPr>
              <w:t>Grundstücknummer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726CD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2E42FE45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6B43" w14:textId="77777777" w:rsidR="003C38D3" w:rsidRPr="00BA28FC" w:rsidRDefault="003C38D3" w:rsidP="001554E7">
            <w:pPr>
              <w:rPr>
                <w:lang w:val="de-DE"/>
              </w:rPr>
            </w:pPr>
            <w:permStart w:id="666505777" w:edGrp="everyone" w:colFirst="1" w:colLast="1"/>
            <w:permEnd w:id="1382510624"/>
            <w:r>
              <w:rPr>
                <w:lang w:val="de-DE"/>
              </w:rPr>
              <w:t>Messpunkt (CHxxx)*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9A6DB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3DC627C6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6752" w14:textId="77777777" w:rsidR="003C38D3" w:rsidRPr="00BA28FC" w:rsidRDefault="003C38D3" w:rsidP="001554E7">
            <w:pPr>
              <w:rPr>
                <w:lang w:val="de-DE"/>
              </w:rPr>
            </w:pPr>
            <w:permStart w:id="65550362" w:edGrp="everyone" w:colFirst="1" w:colLast="1"/>
            <w:permEnd w:id="666505777"/>
            <w:r>
              <w:rPr>
                <w:lang w:val="de-DE"/>
              </w:rPr>
              <w:t>Zählernummer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58EDB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35430D52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A3F4" w14:textId="77777777" w:rsidR="003C38D3" w:rsidRPr="00BA28FC" w:rsidRDefault="003C38D3" w:rsidP="001554E7">
            <w:pPr>
              <w:rPr>
                <w:lang w:val="de-DE"/>
              </w:rPr>
            </w:pPr>
            <w:permStart w:id="1594301380" w:edGrp="everyone" w:colFirst="1" w:colLast="1"/>
            <w:permEnd w:id="65550362"/>
            <w:r>
              <w:rPr>
                <w:lang w:val="de-DE"/>
              </w:rPr>
              <w:t>Adresse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EBD5B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20E3E696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E4A5" w14:textId="77777777" w:rsidR="003C38D3" w:rsidRPr="00BA28FC" w:rsidRDefault="003C38D3" w:rsidP="001554E7">
            <w:pPr>
              <w:rPr>
                <w:lang w:val="de-DE"/>
              </w:rPr>
            </w:pPr>
            <w:permStart w:id="146823033" w:edGrp="everyone" w:colFirst="1" w:colLast="1"/>
            <w:permEnd w:id="1594301380"/>
            <w:r>
              <w:rPr>
                <w:lang w:val="de-DE"/>
              </w:rPr>
              <w:t>PLZ,Ort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A7053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permEnd w:id="146823033"/>
    </w:tbl>
    <w:p w14:paraId="2DDE2041" w14:textId="77777777" w:rsidR="009709D3" w:rsidRDefault="009709D3" w:rsidP="0058501B">
      <w:pPr>
        <w:rPr>
          <w:b/>
          <w:bCs/>
          <w:lang w:val="de-DE"/>
        </w:rPr>
      </w:pPr>
    </w:p>
    <w:p w14:paraId="710EAFD4" w14:textId="07113DDA" w:rsidR="009709D3" w:rsidRPr="003C38D3" w:rsidRDefault="009709D3" w:rsidP="009709D3">
      <w:pPr>
        <w:spacing w:after="0"/>
        <w:rPr>
          <w:b/>
          <w:bCs/>
          <w:lang w:val="de-DE"/>
        </w:rPr>
      </w:pPr>
      <w:r w:rsidRPr="003C38D3">
        <w:rPr>
          <w:b/>
          <w:bCs/>
          <w:lang w:val="de-DE"/>
        </w:rPr>
        <w:t>Standort 6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941"/>
      </w:tblGrid>
      <w:tr w:rsidR="003C38D3" w14:paraId="3414690C" w14:textId="77777777" w:rsidTr="001554E7"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6211D870" w14:textId="77777777" w:rsidR="003C38D3" w:rsidRPr="00BA28FC" w:rsidRDefault="003C38D3" w:rsidP="001554E7">
            <w:pPr>
              <w:rPr>
                <w:lang w:val="de-DE"/>
              </w:rPr>
            </w:pPr>
            <w:permStart w:id="151519892" w:edGrp="everyone" w:colFirst="1" w:colLast="1"/>
            <w:r>
              <w:rPr>
                <w:lang w:val="de-DE"/>
              </w:rPr>
              <w:t>Eigentümerschaft oder bevollmächtigte Vertreter</w:t>
            </w:r>
          </w:p>
        </w:tc>
        <w:tc>
          <w:tcPr>
            <w:tcW w:w="5941" w:type="dxa"/>
            <w:tcBorders>
              <w:left w:val="single" w:sz="4" w:space="0" w:color="auto"/>
              <w:bottom w:val="single" w:sz="4" w:space="0" w:color="auto"/>
            </w:tcBorders>
          </w:tcPr>
          <w:p w14:paraId="61A9399F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602C6A0B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B480" w14:textId="77777777" w:rsidR="003C38D3" w:rsidRPr="00BA28FC" w:rsidRDefault="003C38D3" w:rsidP="001554E7">
            <w:pPr>
              <w:rPr>
                <w:lang w:val="de-DE"/>
              </w:rPr>
            </w:pPr>
            <w:permStart w:id="679223068" w:edGrp="everyone" w:colFirst="1" w:colLast="1"/>
            <w:permEnd w:id="151519892"/>
            <w:r>
              <w:rPr>
                <w:lang w:val="de-DE"/>
              </w:rPr>
              <w:t>Grundstücknummer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F3C62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1CE85692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1E29" w14:textId="77777777" w:rsidR="003C38D3" w:rsidRPr="00BA28FC" w:rsidRDefault="003C38D3" w:rsidP="001554E7">
            <w:pPr>
              <w:rPr>
                <w:lang w:val="de-DE"/>
              </w:rPr>
            </w:pPr>
            <w:permStart w:id="1261000291" w:edGrp="everyone" w:colFirst="1" w:colLast="1"/>
            <w:permEnd w:id="679223068"/>
            <w:r>
              <w:rPr>
                <w:lang w:val="de-DE"/>
              </w:rPr>
              <w:t>Messpunkt (CHxxx)*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ACF87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2AD904A6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E181" w14:textId="77777777" w:rsidR="003C38D3" w:rsidRPr="00BA28FC" w:rsidRDefault="003C38D3" w:rsidP="001554E7">
            <w:pPr>
              <w:rPr>
                <w:lang w:val="de-DE"/>
              </w:rPr>
            </w:pPr>
            <w:permStart w:id="1664104977" w:edGrp="everyone" w:colFirst="1" w:colLast="1"/>
            <w:permEnd w:id="1261000291"/>
            <w:r>
              <w:rPr>
                <w:lang w:val="de-DE"/>
              </w:rPr>
              <w:t>Zählernummer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9C2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1BE37864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20CE" w14:textId="77777777" w:rsidR="003C38D3" w:rsidRPr="00BA28FC" w:rsidRDefault="003C38D3" w:rsidP="001554E7">
            <w:pPr>
              <w:rPr>
                <w:lang w:val="de-DE"/>
              </w:rPr>
            </w:pPr>
            <w:permStart w:id="1987211267" w:edGrp="everyone" w:colFirst="1" w:colLast="1"/>
            <w:permEnd w:id="1664104977"/>
            <w:r>
              <w:rPr>
                <w:lang w:val="de-DE"/>
              </w:rPr>
              <w:t>Adresse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B6A22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tr w:rsidR="003C38D3" w14:paraId="5D7953E9" w14:textId="77777777" w:rsidTr="001554E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463C" w14:textId="77777777" w:rsidR="003C38D3" w:rsidRPr="00BA28FC" w:rsidRDefault="003C38D3" w:rsidP="001554E7">
            <w:pPr>
              <w:rPr>
                <w:lang w:val="de-DE"/>
              </w:rPr>
            </w:pPr>
            <w:permStart w:id="1268203702" w:edGrp="everyone" w:colFirst="1" w:colLast="1"/>
            <w:permEnd w:id="1987211267"/>
            <w:r>
              <w:rPr>
                <w:lang w:val="de-DE"/>
              </w:rPr>
              <w:t>PLZ,Ort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91E39" w14:textId="77777777" w:rsidR="003C38D3" w:rsidRPr="00BA28FC" w:rsidRDefault="003C38D3" w:rsidP="001554E7">
            <w:pPr>
              <w:rPr>
                <w:lang w:val="de-DE"/>
              </w:rPr>
            </w:pPr>
          </w:p>
        </w:tc>
      </w:tr>
      <w:permEnd w:id="1268203702"/>
    </w:tbl>
    <w:p w14:paraId="5CC1DCE4" w14:textId="77777777" w:rsidR="009709D3" w:rsidRDefault="009709D3" w:rsidP="009709D3">
      <w:pPr>
        <w:rPr>
          <w:b/>
          <w:bCs/>
          <w:lang w:val="de-DE"/>
        </w:rPr>
      </w:pPr>
    </w:p>
    <w:p w14:paraId="4CD0F500" w14:textId="3EFF21D6" w:rsidR="009709D3" w:rsidRPr="00BA28FC" w:rsidRDefault="009709D3" w:rsidP="009709D3">
      <w:pPr>
        <w:rPr>
          <w:b/>
          <w:bCs/>
          <w:lang w:val="de-DE"/>
        </w:rPr>
      </w:pPr>
      <w:r>
        <w:rPr>
          <w:b/>
          <w:bCs/>
          <w:lang w:val="de-DE"/>
        </w:rPr>
        <w:t xml:space="preserve">* </w:t>
      </w:r>
      <w:r w:rsidRPr="0058501B">
        <w:rPr>
          <w:lang w:val="de-DE"/>
        </w:rPr>
        <w:t>Auf der Stromrechnung zu finden</w:t>
      </w:r>
    </w:p>
    <w:p w14:paraId="2F65D7A5" w14:textId="77777777" w:rsidR="009709D3" w:rsidRPr="00BA28FC" w:rsidRDefault="009709D3" w:rsidP="0058501B">
      <w:pPr>
        <w:rPr>
          <w:b/>
          <w:bCs/>
          <w:lang w:val="de-DE"/>
        </w:rPr>
      </w:pPr>
    </w:p>
    <w:p w14:paraId="055CE042" w14:textId="0AD88182" w:rsidR="0058501B" w:rsidRPr="009709D3" w:rsidRDefault="009709D3" w:rsidP="00BA28FC">
      <w:pPr>
        <w:rPr>
          <w:b/>
          <w:bCs/>
          <w:lang w:val="de-DE"/>
        </w:rPr>
      </w:pPr>
      <w:r w:rsidRPr="009709D3">
        <w:rPr>
          <w:b/>
          <w:bCs/>
          <w:lang w:val="de-DE"/>
        </w:rPr>
        <w:lastRenderedPageBreak/>
        <w:t>Bankverbindung für die Auszahlung der Rücklieferung des EWW an die LEG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941"/>
      </w:tblGrid>
      <w:tr w:rsidR="009709D3" w14:paraId="76B07E12" w14:textId="77777777" w:rsidTr="003C38D3"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37FDE2E4" w14:textId="3711A41F" w:rsidR="009709D3" w:rsidRPr="00BA28FC" w:rsidRDefault="009709D3" w:rsidP="009709D3">
            <w:pPr>
              <w:rPr>
                <w:lang w:val="de-DE"/>
              </w:rPr>
            </w:pPr>
            <w:permStart w:id="987184830" w:edGrp="everyone" w:colFirst="1" w:colLast="1"/>
            <w:r w:rsidRPr="00494B21">
              <w:t>IBAN/Konto Nr.</w:t>
            </w:r>
          </w:p>
        </w:tc>
        <w:tc>
          <w:tcPr>
            <w:tcW w:w="5941" w:type="dxa"/>
            <w:tcBorders>
              <w:left w:val="single" w:sz="4" w:space="0" w:color="auto"/>
              <w:bottom w:val="single" w:sz="4" w:space="0" w:color="auto"/>
            </w:tcBorders>
          </w:tcPr>
          <w:p w14:paraId="21F6087E" w14:textId="77777777" w:rsidR="009709D3" w:rsidRPr="00BA28FC" w:rsidRDefault="009709D3" w:rsidP="009709D3">
            <w:pPr>
              <w:rPr>
                <w:lang w:val="de-DE"/>
              </w:rPr>
            </w:pPr>
          </w:p>
        </w:tc>
      </w:tr>
      <w:tr w:rsidR="009709D3" w14:paraId="69840006" w14:textId="77777777" w:rsidTr="003C38D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707F" w14:textId="6E72695D" w:rsidR="009709D3" w:rsidRPr="00BA28FC" w:rsidRDefault="00034AE8" w:rsidP="009709D3">
            <w:pPr>
              <w:rPr>
                <w:lang w:val="de-DE"/>
              </w:rPr>
            </w:pPr>
            <w:permStart w:id="1409569986" w:edGrp="everyone" w:colFirst="1" w:colLast="1"/>
            <w:permEnd w:id="987184830"/>
            <w:r w:rsidRPr="00494B21">
              <w:t>Finanzinstitut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5B0FF" w14:textId="77777777" w:rsidR="009709D3" w:rsidRPr="00BA28FC" w:rsidRDefault="009709D3" w:rsidP="009709D3">
            <w:pPr>
              <w:rPr>
                <w:lang w:val="de-DE"/>
              </w:rPr>
            </w:pPr>
          </w:p>
        </w:tc>
      </w:tr>
      <w:tr w:rsidR="009709D3" w14:paraId="47723565" w14:textId="77777777" w:rsidTr="003C38D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CFE0" w14:textId="449C8EC9" w:rsidR="009709D3" w:rsidRPr="00BA28FC" w:rsidRDefault="00034AE8" w:rsidP="009709D3">
            <w:pPr>
              <w:rPr>
                <w:lang w:val="de-DE"/>
              </w:rPr>
            </w:pPr>
            <w:permStart w:id="295532305" w:edGrp="everyone" w:colFirst="1" w:colLast="1"/>
            <w:permEnd w:id="1409569986"/>
            <w:r>
              <w:t xml:space="preserve">Konto Inhaber </w:t>
            </w:r>
            <w:r>
              <w:br/>
              <w:t>(</w:t>
            </w:r>
            <w:r w:rsidR="009709D3" w:rsidRPr="00494B21">
              <w:t>Name und Adresse</w:t>
            </w:r>
            <w:r>
              <w:t>)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29E5E" w14:textId="77777777" w:rsidR="009709D3" w:rsidRPr="00BA28FC" w:rsidRDefault="009709D3" w:rsidP="009709D3">
            <w:pPr>
              <w:rPr>
                <w:lang w:val="de-DE"/>
              </w:rPr>
            </w:pPr>
          </w:p>
        </w:tc>
      </w:tr>
      <w:tr w:rsidR="009709D3" w14:paraId="2F714957" w14:textId="77777777" w:rsidTr="003C38D3">
        <w:tc>
          <w:tcPr>
            <w:tcW w:w="2689" w:type="dxa"/>
            <w:tcBorders>
              <w:top w:val="single" w:sz="4" w:space="0" w:color="auto"/>
            </w:tcBorders>
          </w:tcPr>
          <w:p w14:paraId="037734D8" w14:textId="2689E8E3" w:rsidR="009709D3" w:rsidRPr="00BA28FC" w:rsidRDefault="009709D3" w:rsidP="009709D3">
            <w:pPr>
              <w:rPr>
                <w:lang w:val="de-DE"/>
              </w:rPr>
            </w:pPr>
            <w:permStart w:id="1192259159" w:edGrp="everyone" w:colFirst="1" w:colLast="1"/>
            <w:permEnd w:id="295532305"/>
          </w:p>
        </w:tc>
        <w:tc>
          <w:tcPr>
            <w:tcW w:w="5941" w:type="dxa"/>
            <w:tcBorders>
              <w:top w:val="single" w:sz="4" w:space="0" w:color="auto"/>
            </w:tcBorders>
          </w:tcPr>
          <w:p w14:paraId="0F32EB15" w14:textId="77777777" w:rsidR="009709D3" w:rsidRPr="00BA28FC" w:rsidRDefault="009709D3" w:rsidP="009709D3">
            <w:pPr>
              <w:rPr>
                <w:lang w:val="de-DE"/>
              </w:rPr>
            </w:pPr>
          </w:p>
        </w:tc>
      </w:tr>
      <w:permEnd w:id="1192259159"/>
    </w:tbl>
    <w:p w14:paraId="4347E3E0" w14:textId="77777777" w:rsidR="009709D3" w:rsidRDefault="009709D3" w:rsidP="00BA28FC">
      <w:pPr>
        <w:rPr>
          <w:b/>
          <w:bCs/>
          <w:lang w:val="de-DE"/>
        </w:rPr>
      </w:pPr>
    </w:p>
    <w:p w14:paraId="276BAE1E" w14:textId="77777777" w:rsidR="003C38D3" w:rsidRPr="003C38D3" w:rsidRDefault="003C38D3" w:rsidP="003C38D3">
      <w:pPr>
        <w:rPr>
          <w:b/>
          <w:bCs/>
          <w:lang w:val="de-DE"/>
        </w:rPr>
      </w:pPr>
      <w:r w:rsidRPr="003C38D3">
        <w:rPr>
          <w:b/>
          <w:bCs/>
          <w:lang w:val="de-DE"/>
        </w:rPr>
        <w:t>Zusätzliche Bestandteile</w:t>
      </w:r>
    </w:p>
    <w:p w14:paraId="69C6FE8F" w14:textId="1CAA2602" w:rsidR="003C38D3" w:rsidRDefault="003C38D3" w:rsidP="003C38D3">
      <w:pPr>
        <w:rPr>
          <w:lang w:val="de-DE"/>
        </w:rPr>
      </w:pPr>
      <w:r w:rsidRPr="003C38D3">
        <w:rPr>
          <w:lang w:val="de-DE"/>
        </w:rPr>
        <w:t>Die Anmeldung richtet sich nach der aktuell gültigen Gesetzgebung und den</w:t>
      </w:r>
      <w:r>
        <w:rPr>
          <w:lang w:val="de-DE"/>
        </w:rPr>
        <w:t xml:space="preserve"> </w:t>
      </w:r>
      <w:r w:rsidRPr="003C38D3">
        <w:rPr>
          <w:lang w:val="de-DE"/>
        </w:rPr>
        <w:t>allgemein anerkannten Branchenvorgaben.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1"/>
        <w:gridCol w:w="6079"/>
      </w:tblGrid>
      <w:tr w:rsidR="00F46744" w14:paraId="2950CFF5" w14:textId="77777777" w:rsidTr="0097376E">
        <w:tc>
          <w:tcPr>
            <w:tcW w:w="2561" w:type="dxa"/>
          </w:tcPr>
          <w:p w14:paraId="1A98978C" w14:textId="7BF2C6F0" w:rsidR="00F46744" w:rsidRDefault="00F46744" w:rsidP="00F46744">
            <w:r>
              <w:t>Abrechnung LEG</w:t>
            </w:r>
          </w:p>
        </w:tc>
        <w:tc>
          <w:tcPr>
            <w:tcW w:w="6079" w:type="dxa"/>
          </w:tcPr>
          <w:p w14:paraId="68C0606C" w14:textId="2BF7254F" w:rsidR="00F46744" w:rsidRPr="00BA28FC" w:rsidRDefault="00F46744" w:rsidP="00F46744">
            <w:pPr>
              <w:rPr>
                <w:lang w:val="de-DE"/>
              </w:rPr>
            </w:pPr>
            <w:r w:rsidRPr="00324879">
              <w:t>Der VNB sendet allen LEG-Teilnehmenden direkt die Stromrechnungen für den</w:t>
            </w:r>
            <w:r>
              <w:t xml:space="preserve"> </w:t>
            </w:r>
            <w:r w:rsidRPr="00324879">
              <w:t>Netzstrombezug und die weiteren Kosten wie z.B. Messtarif und Netzgebühren. Die LEG-Betreibenden senden separat allen LEG-Teilnehmenden eine Stromrechnung für den Solarstrombezug.</w:t>
            </w:r>
          </w:p>
          <w:p w14:paraId="6AFA8F1A" w14:textId="77777777" w:rsidR="00F46744" w:rsidRDefault="00F46744" w:rsidP="00F46744"/>
        </w:tc>
      </w:tr>
      <w:tr w:rsidR="00F46744" w14:paraId="4A5AD02B" w14:textId="77777777" w:rsidTr="0097376E">
        <w:tc>
          <w:tcPr>
            <w:tcW w:w="2561" w:type="dxa"/>
          </w:tcPr>
          <w:p w14:paraId="6A9CA72C" w14:textId="63F4E3A2" w:rsidR="00F46744" w:rsidRDefault="00087309" w:rsidP="00F46744">
            <w:r>
              <w:t>Datenversand</w:t>
            </w:r>
          </w:p>
        </w:tc>
        <w:tc>
          <w:tcPr>
            <w:tcW w:w="6079" w:type="dxa"/>
          </w:tcPr>
          <w:p w14:paraId="201E5D82" w14:textId="77777777" w:rsidR="00087309" w:rsidRPr="005E1C10" w:rsidRDefault="00087309" w:rsidP="00087309">
            <w:pPr>
              <w:rPr>
                <w:lang w:val="de-DE"/>
              </w:rPr>
            </w:pPr>
            <w:r w:rsidRPr="005E1C10">
              <w:rPr>
                <w:lang w:val="de-DE"/>
              </w:rPr>
              <w:t>Die unterzeichnenden Personen bestätigen mit Ihrer Unterschrift, dem EW Wartau die Übertragung des Rechtes, die erforderliche Daten im Rahmen</w:t>
            </w:r>
            <w:r>
              <w:rPr>
                <w:lang w:val="de-DE"/>
              </w:rPr>
              <w:t xml:space="preserve"> </w:t>
            </w:r>
            <w:r w:rsidRPr="005E1C10">
              <w:rPr>
                <w:lang w:val="de-DE"/>
              </w:rPr>
              <w:t>einer Lokalen</w:t>
            </w:r>
            <w:r>
              <w:rPr>
                <w:lang w:val="de-DE"/>
              </w:rPr>
              <w:t xml:space="preserve"> </w:t>
            </w:r>
            <w:r w:rsidRPr="005E1C10">
              <w:rPr>
                <w:lang w:val="de-DE"/>
              </w:rPr>
              <w:t>Elektrizitätsgemeinschaft (nachfolgenden LEG genannt) dem Vertreter der LEG für Zwecke der vertraglichen Vereinbarungen zwischen</w:t>
            </w:r>
            <w:r>
              <w:rPr>
                <w:lang w:val="de-DE"/>
              </w:rPr>
              <w:t xml:space="preserve"> </w:t>
            </w:r>
            <w:r w:rsidRPr="005E1C10">
              <w:rPr>
                <w:lang w:val="de-DE"/>
              </w:rPr>
              <w:t>LEG und Teilnehmern sowie Produktions- und Verbrauchszeitreihen weiterzugeben.</w:t>
            </w:r>
          </w:p>
          <w:p w14:paraId="16C623DF" w14:textId="77777777" w:rsidR="00F46744" w:rsidRPr="00324879" w:rsidRDefault="00F46744" w:rsidP="00F46744"/>
        </w:tc>
      </w:tr>
      <w:tr w:rsidR="00087309" w14:paraId="1990422C" w14:textId="77777777" w:rsidTr="0097376E">
        <w:tc>
          <w:tcPr>
            <w:tcW w:w="2561" w:type="dxa"/>
          </w:tcPr>
          <w:p w14:paraId="37210475" w14:textId="3799ACBD" w:rsidR="00087309" w:rsidRDefault="00087309" w:rsidP="00F46744">
            <w:r>
              <w:t>Einverständniserklärung Teilnehmer</w:t>
            </w:r>
          </w:p>
        </w:tc>
        <w:tc>
          <w:tcPr>
            <w:tcW w:w="6079" w:type="dxa"/>
          </w:tcPr>
          <w:p w14:paraId="1430CFF1" w14:textId="77777777" w:rsidR="005D22DA" w:rsidRDefault="00087309" w:rsidP="00087309">
            <w:pPr>
              <w:rPr>
                <w:lang w:val="de-DE"/>
              </w:rPr>
            </w:pPr>
            <w:r w:rsidRPr="005E1C10">
              <w:rPr>
                <w:lang w:val="de-DE"/>
              </w:rPr>
              <w:t xml:space="preserve">Die aufgeführten </w:t>
            </w:r>
            <w:r w:rsidR="00160FC9">
              <w:rPr>
                <w:lang w:val="de-DE"/>
              </w:rPr>
              <w:t>LEG-</w:t>
            </w:r>
            <w:r w:rsidRPr="005E1C10">
              <w:rPr>
                <w:lang w:val="de-DE"/>
              </w:rPr>
              <w:t>Teilnehmer erklären sich mit ihrer Unterschrift bereit, den Eigenverbrauch im Rahmen der LEG zu nutzen, stimmen den</w:t>
            </w:r>
            <w:r>
              <w:rPr>
                <w:lang w:val="de-DE"/>
              </w:rPr>
              <w:t xml:space="preserve"> </w:t>
            </w:r>
            <w:r w:rsidRPr="005E1C10">
              <w:rPr>
                <w:lang w:val="de-DE"/>
              </w:rPr>
              <w:t>allgemeinen</w:t>
            </w:r>
            <w:r w:rsidR="00160FC9">
              <w:rPr>
                <w:lang w:val="de-DE"/>
              </w:rPr>
              <w:t xml:space="preserve"> </w:t>
            </w:r>
            <w:r w:rsidRPr="005E1C10">
              <w:rPr>
                <w:lang w:val="de-DE"/>
              </w:rPr>
              <w:t>Datenschutz</w:t>
            </w:r>
            <w:r w:rsidR="00160FC9">
              <w:rPr>
                <w:lang w:val="de-DE"/>
              </w:rPr>
              <w:t>-</w:t>
            </w:r>
            <w:r w:rsidRPr="005E1C10">
              <w:rPr>
                <w:lang w:val="de-DE"/>
              </w:rPr>
              <w:t xml:space="preserve">bestimmungen zu, und benennen die </w:t>
            </w:r>
            <w:r w:rsidR="00160FC9">
              <w:rPr>
                <w:lang w:val="de-DE"/>
              </w:rPr>
              <w:t>als LEG-Vertreter</w:t>
            </w:r>
            <w:r w:rsidRPr="005E1C10">
              <w:rPr>
                <w:lang w:val="de-DE"/>
              </w:rPr>
              <w:t xml:space="preserve"> aufgeführte Person als Ansprechpartner der LEG. </w:t>
            </w:r>
          </w:p>
          <w:p w14:paraId="0626FDD4" w14:textId="12DDA536" w:rsidR="00087309" w:rsidRDefault="00087309" w:rsidP="00087309">
            <w:pPr>
              <w:rPr>
                <w:lang w:val="de-DE"/>
              </w:rPr>
            </w:pPr>
            <w:r w:rsidRPr="005E1C10">
              <w:rPr>
                <w:lang w:val="de-DE"/>
              </w:rPr>
              <w:t>Mit der Unterschrift stimmt</w:t>
            </w:r>
            <w:r>
              <w:rPr>
                <w:lang w:val="de-DE"/>
              </w:rPr>
              <w:t xml:space="preserve"> </w:t>
            </w:r>
            <w:r w:rsidRPr="005E1C10">
              <w:rPr>
                <w:lang w:val="de-DE"/>
              </w:rPr>
              <w:t xml:space="preserve">der Unterzeichnende zu, dass der </w:t>
            </w:r>
            <w:r w:rsidR="005D22DA">
              <w:rPr>
                <w:lang w:val="de-DE"/>
              </w:rPr>
              <w:t>als LEG-Vertreter</w:t>
            </w:r>
            <w:r w:rsidR="005D22DA" w:rsidRPr="005E1C10">
              <w:rPr>
                <w:lang w:val="de-DE"/>
              </w:rPr>
              <w:t xml:space="preserve"> </w:t>
            </w:r>
            <w:r w:rsidRPr="005E1C10">
              <w:rPr>
                <w:lang w:val="de-DE"/>
              </w:rPr>
              <w:t>genannte Ansprechpartner berechtigt ist, alle Geschäfte, welche in direktem Zusammenhang mit dem</w:t>
            </w:r>
            <w:r>
              <w:rPr>
                <w:lang w:val="de-DE"/>
              </w:rPr>
              <w:t xml:space="preserve"> </w:t>
            </w:r>
            <w:r w:rsidRPr="005E1C10">
              <w:rPr>
                <w:lang w:val="de-DE"/>
              </w:rPr>
              <w:t>LEG stehen, stellvertretend für die LEG, zu begründen.</w:t>
            </w:r>
          </w:p>
          <w:p w14:paraId="08B4C257" w14:textId="77777777" w:rsidR="00087309" w:rsidRPr="005E1C10" w:rsidRDefault="00087309" w:rsidP="00087309">
            <w:pPr>
              <w:rPr>
                <w:lang w:val="de-DE"/>
              </w:rPr>
            </w:pPr>
          </w:p>
        </w:tc>
      </w:tr>
      <w:tr w:rsidR="0097376E" w14:paraId="561F205F" w14:textId="77777777" w:rsidTr="0097376E">
        <w:tc>
          <w:tcPr>
            <w:tcW w:w="2561" w:type="dxa"/>
          </w:tcPr>
          <w:p w14:paraId="1AF2B11C" w14:textId="67FB957D" w:rsidR="0097376E" w:rsidRDefault="0097376E" w:rsidP="00F46744">
            <w:r>
              <w:t>Prüfung der Anmeldung</w:t>
            </w:r>
          </w:p>
        </w:tc>
        <w:tc>
          <w:tcPr>
            <w:tcW w:w="6079" w:type="dxa"/>
          </w:tcPr>
          <w:p w14:paraId="6B813019" w14:textId="316AC5E2" w:rsidR="0097376E" w:rsidRPr="005E1C10" w:rsidRDefault="0097376E" w:rsidP="00087309">
            <w:pPr>
              <w:rPr>
                <w:lang w:val="de-DE"/>
              </w:rPr>
            </w:pPr>
            <w:r w:rsidRPr="0097376E">
              <w:t>Die Anmeldung muss mindestens drei Monate vor</w:t>
            </w:r>
            <w:r>
              <w:t xml:space="preserve"> </w:t>
            </w:r>
            <w:r w:rsidRPr="0097376E">
              <w:t xml:space="preserve">Inbetriebnahme des </w:t>
            </w:r>
            <w:r>
              <w:t>LEG</w:t>
            </w:r>
            <w:r w:rsidRPr="0097376E">
              <w:t xml:space="preserve"> erfolgen. Sind nicht sämtliche Anforderungen erfüllt, wird der VNB dies dem Vertreter mitteilen. D</w:t>
            </w:r>
            <w:r>
              <w:t>ie LEG</w:t>
            </w:r>
            <w:r w:rsidRPr="0097376E">
              <w:t xml:space="preserve"> ist erst rechtswirksam angemeldet, wenn der Nachweis erbracht und vom VNB bestätigt ist, dass sämtliche Voraussetzungen erfüllt sind.</w:t>
            </w:r>
          </w:p>
        </w:tc>
      </w:tr>
      <w:bookmarkEnd w:id="0"/>
    </w:tbl>
    <w:p w14:paraId="7C704408" w14:textId="4A141340" w:rsidR="005D22DA" w:rsidRDefault="005D22DA" w:rsidP="005E1C10">
      <w:pPr>
        <w:rPr>
          <w:lang w:val="de-DE"/>
        </w:rPr>
      </w:pPr>
    </w:p>
    <w:p w14:paraId="5984789D" w14:textId="6E31EE43" w:rsidR="005D22DA" w:rsidRDefault="005D22DA" w:rsidP="005E1C10">
      <w:pPr>
        <w:rPr>
          <w:lang w:val="de-DE"/>
        </w:rPr>
      </w:pPr>
      <w:r>
        <w:rPr>
          <w:lang w:val="de-DE"/>
        </w:rPr>
        <w:br w:type="page"/>
      </w:r>
    </w:p>
    <w:p w14:paraId="4CEF9F68" w14:textId="1F5FBCB4" w:rsidR="005D22DA" w:rsidRDefault="005E1C10" w:rsidP="005E1C10">
      <w:pPr>
        <w:rPr>
          <w:lang w:val="de-DE"/>
        </w:rPr>
      </w:pPr>
      <w:r>
        <w:rPr>
          <w:lang w:val="de-DE"/>
        </w:rPr>
        <w:lastRenderedPageBreak/>
        <w:t xml:space="preserve">Die Teilnehmer der LEG sind: 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2547"/>
        <w:gridCol w:w="4252"/>
        <w:gridCol w:w="2552"/>
      </w:tblGrid>
      <w:tr w:rsidR="005D22DA" w14:paraId="5CF77AF0" w14:textId="77777777" w:rsidTr="00BF63F5">
        <w:tc>
          <w:tcPr>
            <w:tcW w:w="2547" w:type="dxa"/>
          </w:tcPr>
          <w:p w14:paraId="75C4DE19" w14:textId="2DE67FB2" w:rsidR="005D22DA" w:rsidRDefault="005D22DA" w:rsidP="005E1C10">
            <w:pPr>
              <w:rPr>
                <w:lang w:val="de-DE"/>
              </w:rPr>
            </w:pPr>
            <w:r>
              <w:rPr>
                <w:lang w:val="de-DE"/>
              </w:rPr>
              <w:t>Name, Vorname</w:t>
            </w:r>
          </w:p>
        </w:tc>
        <w:tc>
          <w:tcPr>
            <w:tcW w:w="4252" w:type="dxa"/>
          </w:tcPr>
          <w:p w14:paraId="1C896E47" w14:textId="7443B4A5" w:rsidR="005D22DA" w:rsidRDefault="005D22DA" w:rsidP="005E1C10">
            <w:pPr>
              <w:rPr>
                <w:lang w:val="de-DE"/>
              </w:rPr>
            </w:pPr>
            <w:r>
              <w:rPr>
                <w:lang w:val="de-DE"/>
              </w:rPr>
              <w:t>Strasse, PLZ, Ort</w:t>
            </w:r>
          </w:p>
        </w:tc>
        <w:tc>
          <w:tcPr>
            <w:tcW w:w="2552" w:type="dxa"/>
          </w:tcPr>
          <w:p w14:paraId="5F5863BF" w14:textId="35E5BEAC" w:rsidR="005D22DA" w:rsidRDefault="005D22DA" w:rsidP="005E1C10">
            <w:pPr>
              <w:rPr>
                <w:lang w:val="de-DE"/>
              </w:rPr>
            </w:pPr>
            <w:r>
              <w:rPr>
                <w:lang w:val="de-DE"/>
              </w:rPr>
              <w:t>Unterschrift</w:t>
            </w:r>
          </w:p>
        </w:tc>
      </w:tr>
      <w:tr w:rsidR="005D22DA" w14:paraId="5C9691E4" w14:textId="77777777" w:rsidTr="00BF63F5">
        <w:tc>
          <w:tcPr>
            <w:tcW w:w="2547" w:type="dxa"/>
          </w:tcPr>
          <w:p w14:paraId="1D344040" w14:textId="63A44A65" w:rsidR="005D22DA" w:rsidRDefault="005D22DA" w:rsidP="005E1C10">
            <w:pPr>
              <w:rPr>
                <w:lang w:val="de-DE"/>
              </w:rPr>
            </w:pPr>
            <w:permStart w:id="845570011" w:edGrp="everyone" w:colFirst="0" w:colLast="0"/>
            <w:permStart w:id="938489737" w:edGrp="everyone" w:colFirst="1" w:colLast="1"/>
            <w:r>
              <w:rPr>
                <w:lang w:val="de-DE"/>
              </w:rPr>
              <w:br/>
            </w:r>
          </w:p>
        </w:tc>
        <w:tc>
          <w:tcPr>
            <w:tcW w:w="4252" w:type="dxa"/>
          </w:tcPr>
          <w:p w14:paraId="7891A2C6" w14:textId="77777777" w:rsidR="005D22DA" w:rsidRDefault="005D22DA" w:rsidP="005E1C10">
            <w:pPr>
              <w:rPr>
                <w:lang w:val="de-DE"/>
              </w:rPr>
            </w:pPr>
          </w:p>
        </w:tc>
        <w:tc>
          <w:tcPr>
            <w:tcW w:w="2552" w:type="dxa"/>
          </w:tcPr>
          <w:p w14:paraId="061E89BB" w14:textId="77777777" w:rsidR="005D22DA" w:rsidRDefault="005D22DA" w:rsidP="005E1C10">
            <w:pPr>
              <w:rPr>
                <w:lang w:val="de-DE"/>
              </w:rPr>
            </w:pPr>
          </w:p>
        </w:tc>
      </w:tr>
      <w:tr w:rsidR="005D22DA" w14:paraId="59087D5C" w14:textId="77777777" w:rsidTr="00BF63F5">
        <w:tc>
          <w:tcPr>
            <w:tcW w:w="2547" w:type="dxa"/>
          </w:tcPr>
          <w:p w14:paraId="1767B232" w14:textId="30C6FE27" w:rsidR="005D22DA" w:rsidRDefault="005D22DA" w:rsidP="005E1C10">
            <w:pPr>
              <w:rPr>
                <w:lang w:val="de-DE"/>
              </w:rPr>
            </w:pPr>
            <w:permStart w:id="1267218840" w:edGrp="everyone" w:colFirst="0" w:colLast="0"/>
            <w:permStart w:id="1612734532" w:edGrp="everyone" w:colFirst="1" w:colLast="1"/>
            <w:permEnd w:id="845570011"/>
            <w:permEnd w:id="938489737"/>
            <w:r>
              <w:rPr>
                <w:lang w:val="de-DE"/>
              </w:rPr>
              <w:br/>
            </w:r>
          </w:p>
        </w:tc>
        <w:tc>
          <w:tcPr>
            <w:tcW w:w="4252" w:type="dxa"/>
          </w:tcPr>
          <w:p w14:paraId="002BDDE4" w14:textId="77777777" w:rsidR="005D22DA" w:rsidRDefault="005D22DA" w:rsidP="005E1C10">
            <w:pPr>
              <w:rPr>
                <w:lang w:val="de-DE"/>
              </w:rPr>
            </w:pPr>
          </w:p>
        </w:tc>
        <w:tc>
          <w:tcPr>
            <w:tcW w:w="2552" w:type="dxa"/>
          </w:tcPr>
          <w:p w14:paraId="2DEC305F" w14:textId="77777777" w:rsidR="005D22DA" w:rsidRDefault="005D22DA" w:rsidP="005E1C10">
            <w:pPr>
              <w:rPr>
                <w:lang w:val="de-DE"/>
              </w:rPr>
            </w:pPr>
          </w:p>
        </w:tc>
      </w:tr>
      <w:tr w:rsidR="005D22DA" w14:paraId="046F66D4" w14:textId="77777777" w:rsidTr="00BF63F5">
        <w:tc>
          <w:tcPr>
            <w:tcW w:w="2547" w:type="dxa"/>
          </w:tcPr>
          <w:p w14:paraId="35BE1A46" w14:textId="5D10E280" w:rsidR="005D22DA" w:rsidRDefault="005D22DA" w:rsidP="005E1C10">
            <w:pPr>
              <w:rPr>
                <w:lang w:val="de-DE"/>
              </w:rPr>
            </w:pPr>
            <w:permStart w:id="1345550746" w:edGrp="everyone" w:colFirst="0" w:colLast="0"/>
            <w:permStart w:id="1748265563" w:edGrp="everyone" w:colFirst="1" w:colLast="1"/>
            <w:permEnd w:id="1267218840"/>
            <w:permEnd w:id="1612734532"/>
            <w:r>
              <w:rPr>
                <w:lang w:val="de-DE"/>
              </w:rPr>
              <w:br/>
            </w:r>
          </w:p>
        </w:tc>
        <w:tc>
          <w:tcPr>
            <w:tcW w:w="4252" w:type="dxa"/>
          </w:tcPr>
          <w:p w14:paraId="5902BFD4" w14:textId="77777777" w:rsidR="005D22DA" w:rsidRDefault="005D22DA" w:rsidP="005E1C10">
            <w:pPr>
              <w:rPr>
                <w:lang w:val="de-DE"/>
              </w:rPr>
            </w:pPr>
          </w:p>
        </w:tc>
        <w:tc>
          <w:tcPr>
            <w:tcW w:w="2552" w:type="dxa"/>
          </w:tcPr>
          <w:p w14:paraId="5985FE08" w14:textId="77777777" w:rsidR="005D22DA" w:rsidRDefault="005D22DA" w:rsidP="005E1C10">
            <w:pPr>
              <w:rPr>
                <w:lang w:val="de-DE"/>
              </w:rPr>
            </w:pPr>
          </w:p>
        </w:tc>
      </w:tr>
      <w:tr w:rsidR="005D22DA" w14:paraId="19432C86" w14:textId="77777777" w:rsidTr="00BF63F5">
        <w:tc>
          <w:tcPr>
            <w:tcW w:w="2547" w:type="dxa"/>
          </w:tcPr>
          <w:p w14:paraId="40C89866" w14:textId="6BCE3B83" w:rsidR="005D22DA" w:rsidRDefault="005D22DA" w:rsidP="005E1C10">
            <w:pPr>
              <w:rPr>
                <w:lang w:val="de-DE"/>
              </w:rPr>
            </w:pPr>
            <w:permStart w:id="1506831292" w:edGrp="everyone" w:colFirst="0" w:colLast="0"/>
            <w:permStart w:id="1947681542" w:edGrp="everyone" w:colFirst="1" w:colLast="1"/>
            <w:permEnd w:id="1345550746"/>
            <w:permEnd w:id="1748265563"/>
            <w:r>
              <w:rPr>
                <w:lang w:val="de-DE"/>
              </w:rPr>
              <w:br/>
            </w:r>
          </w:p>
        </w:tc>
        <w:tc>
          <w:tcPr>
            <w:tcW w:w="4252" w:type="dxa"/>
          </w:tcPr>
          <w:p w14:paraId="6A8B6289" w14:textId="77777777" w:rsidR="005D22DA" w:rsidRDefault="005D22DA" w:rsidP="005E1C10">
            <w:pPr>
              <w:rPr>
                <w:lang w:val="de-DE"/>
              </w:rPr>
            </w:pPr>
          </w:p>
        </w:tc>
        <w:tc>
          <w:tcPr>
            <w:tcW w:w="2552" w:type="dxa"/>
          </w:tcPr>
          <w:p w14:paraId="005007AD" w14:textId="77777777" w:rsidR="005D22DA" w:rsidRDefault="005D22DA" w:rsidP="005E1C10">
            <w:pPr>
              <w:rPr>
                <w:lang w:val="de-DE"/>
              </w:rPr>
            </w:pPr>
          </w:p>
        </w:tc>
      </w:tr>
      <w:tr w:rsidR="005D22DA" w14:paraId="25C510DE" w14:textId="77777777" w:rsidTr="00BF63F5">
        <w:tc>
          <w:tcPr>
            <w:tcW w:w="2547" w:type="dxa"/>
          </w:tcPr>
          <w:p w14:paraId="410FDEC2" w14:textId="61CE09D2" w:rsidR="005D22DA" w:rsidRDefault="005D22DA" w:rsidP="005E1C10">
            <w:pPr>
              <w:rPr>
                <w:lang w:val="de-DE"/>
              </w:rPr>
            </w:pPr>
            <w:permStart w:id="2012050986" w:edGrp="everyone" w:colFirst="0" w:colLast="0"/>
            <w:permStart w:id="1904739133" w:edGrp="everyone" w:colFirst="1" w:colLast="1"/>
            <w:permEnd w:id="1506831292"/>
            <w:permEnd w:id="1947681542"/>
            <w:r>
              <w:rPr>
                <w:lang w:val="de-DE"/>
              </w:rPr>
              <w:br/>
            </w:r>
          </w:p>
        </w:tc>
        <w:tc>
          <w:tcPr>
            <w:tcW w:w="4252" w:type="dxa"/>
          </w:tcPr>
          <w:p w14:paraId="18E184AA" w14:textId="77777777" w:rsidR="005D22DA" w:rsidRDefault="005D22DA" w:rsidP="005E1C10">
            <w:pPr>
              <w:rPr>
                <w:lang w:val="de-DE"/>
              </w:rPr>
            </w:pPr>
          </w:p>
        </w:tc>
        <w:tc>
          <w:tcPr>
            <w:tcW w:w="2552" w:type="dxa"/>
          </w:tcPr>
          <w:p w14:paraId="1EAB1EB0" w14:textId="77777777" w:rsidR="005D22DA" w:rsidRDefault="005D22DA" w:rsidP="005E1C10">
            <w:pPr>
              <w:rPr>
                <w:lang w:val="de-DE"/>
              </w:rPr>
            </w:pPr>
          </w:p>
        </w:tc>
      </w:tr>
      <w:permEnd w:id="2012050986"/>
      <w:permEnd w:id="1904739133"/>
    </w:tbl>
    <w:p w14:paraId="1C774696" w14:textId="77777777" w:rsidR="005D22DA" w:rsidRDefault="005D22DA" w:rsidP="005E1C10">
      <w:pPr>
        <w:rPr>
          <w:lang w:val="de-DE"/>
        </w:rPr>
      </w:pPr>
    </w:p>
    <w:p w14:paraId="5A54B6A6" w14:textId="77777777" w:rsidR="005E1C10" w:rsidRDefault="005E1C10" w:rsidP="005E1C10">
      <w:pPr>
        <w:rPr>
          <w:lang w:val="de-DE"/>
        </w:rPr>
      </w:pPr>
    </w:p>
    <w:p w14:paraId="1BF4C1B4" w14:textId="4680CE5A" w:rsidR="0082562C" w:rsidRDefault="0082562C" w:rsidP="0082562C">
      <w:pPr>
        <w:rPr>
          <w:lang w:val="de-DE"/>
        </w:rPr>
      </w:pPr>
    </w:p>
    <w:p w14:paraId="47C6D5AE" w14:textId="77777777" w:rsidR="00706143" w:rsidRPr="0082562C" w:rsidRDefault="00706143" w:rsidP="0082562C">
      <w:pPr>
        <w:rPr>
          <w:lang w:val="de-DE"/>
        </w:rPr>
      </w:pPr>
    </w:p>
    <w:sectPr w:rsidR="00706143" w:rsidRPr="0082562C" w:rsidSect="00BC3B8E">
      <w:headerReference w:type="default" r:id="rId8"/>
      <w:footerReference w:type="default" r:id="rId9"/>
      <w:headerReference w:type="first" r:id="rId10"/>
      <w:pgSz w:w="12240" w:h="15840"/>
      <w:pgMar w:top="1563" w:right="1800" w:bottom="1985" w:left="1800" w:header="454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694D" w14:textId="77777777" w:rsidR="00243C95" w:rsidRPr="00E95CFD" w:rsidRDefault="00243C95" w:rsidP="00D60DFC">
      <w:pPr>
        <w:spacing w:after="0" w:line="240" w:lineRule="auto"/>
      </w:pPr>
      <w:r w:rsidRPr="00E95CFD">
        <w:separator/>
      </w:r>
    </w:p>
  </w:endnote>
  <w:endnote w:type="continuationSeparator" w:id="0">
    <w:p w14:paraId="7E5201BD" w14:textId="77777777" w:rsidR="00243C95" w:rsidRPr="00E95CFD" w:rsidRDefault="00243C95" w:rsidP="00D60DFC">
      <w:pPr>
        <w:spacing w:after="0" w:line="240" w:lineRule="auto"/>
      </w:pPr>
      <w:r w:rsidRPr="00E95C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823A" w14:textId="4BEA9DFB" w:rsidR="00CF1BC5" w:rsidRPr="00E95CFD" w:rsidRDefault="00CF1BC5" w:rsidP="00CF1BC5">
    <w:pPr>
      <w:pStyle w:val="Kopfzeile"/>
      <w:ind w:left="3480" w:hanging="3480"/>
      <w:rPr>
        <w:sz w:val="20"/>
        <w:szCs w:val="20"/>
      </w:rPr>
    </w:pPr>
    <w:r w:rsidRPr="00E95CFD">
      <w:rPr>
        <w:sz w:val="20"/>
        <w:szCs w:val="20"/>
      </w:rPr>
      <w:t>Elektro – und Wasserkorporation Wartau / Poststrasse 45 / 9478 Azmoos</w:t>
    </w:r>
  </w:p>
  <w:p w14:paraId="6D2E433B" w14:textId="1069714C" w:rsidR="00CF1BC5" w:rsidRPr="00E95CFD" w:rsidRDefault="00CF1BC5" w:rsidP="00CF1BC5">
    <w:pPr>
      <w:pStyle w:val="Kopfzeile"/>
      <w:ind w:left="3480" w:hanging="3480"/>
      <w:rPr>
        <w:sz w:val="20"/>
        <w:szCs w:val="20"/>
      </w:rPr>
    </w:pPr>
    <w:r w:rsidRPr="00E95CFD">
      <w:rPr>
        <w:sz w:val="20"/>
        <w:szCs w:val="20"/>
      </w:rPr>
      <w:t xml:space="preserve">+41 81 750 21 21 / </w:t>
    </w:r>
    <w:hyperlink r:id="rId1" w:history="1">
      <w:r w:rsidRPr="00E95CFD">
        <w:rPr>
          <w:rStyle w:val="Hyperlink"/>
          <w:sz w:val="20"/>
          <w:szCs w:val="20"/>
        </w:rPr>
        <w:t>info@ewwartau.ch</w:t>
      </w:r>
    </w:hyperlink>
    <w:r w:rsidRPr="00E95CFD">
      <w:rPr>
        <w:sz w:val="20"/>
        <w:szCs w:val="20"/>
      </w:rPr>
      <w:t xml:space="preserve"> / ewwartau.ch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03118" w14:textId="77777777" w:rsidR="00243C95" w:rsidRPr="00E95CFD" w:rsidRDefault="00243C95" w:rsidP="00D60DFC">
      <w:pPr>
        <w:spacing w:after="0" w:line="240" w:lineRule="auto"/>
      </w:pPr>
      <w:r w:rsidRPr="00E95CFD">
        <w:separator/>
      </w:r>
    </w:p>
  </w:footnote>
  <w:footnote w:type="continuationSeparator" w:id="0">
    <w:p w14:paraId="62CB3D93" w14:textId="77777777" w:rsidR="00243C95" w:rsidRPr="00E95CFD" w:rsidRDefault="00243C95" w:rsidP="00D60DFC">
      <w:pPr>
        <w:spacing w:after="0" w:line="240" w:lineRule="auto"/>
      </w:pPr>
      <w:r w:rsidRPr="00E95C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55DD0" w14:textId="43FEFFB5" w:rsidR="00BC3B8E" w:rsidRPr="00E95CFD" w:rsidRDefault="00BC3B8E" w:rsidP="00CF1BC5">
    <w:pPr>
      <w:pStyle w:val="Kopfzeile"/>
      <w:ind w:left="3480" w:hanging="3480"/>
      <w:rPr>
        <w:sz w:val="18"/>
        <w:szCs w:val="18"/>
      </w:rPr>
    </w:pPr>
    <w:r w:rsidRPr="00E95CFD">
      <w:rPr>
        <w:noProof/>
      </w:rPr>
      <w:drawing>
        <wp:inline distT="0" distB="0" distL="0" distR="0" wp14:anchorId="71B5C371" wp14:editId="6517AE33">
          <wp:extent cx="2200582" cy="266737"/>
          <wp:effectExtent l="0" t="0" r="9525" b="0"/>
          <wp:docPr id="136705247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05247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582" cy="266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9C95" w14:textId="0407A858" w:rsidR="00BC3B8E" w:rsidRPr="00E95CFD" w:rsidRDefault="00BC3B8E">
    <w:pPr>
      <w:pStyle w:val="Kopfzeile"/>
    </w:pPr>
  </w:p>
  <w:p w14:paraId="314233D1" w14:textId="77777777" w:rsidR="00BC3B8E" w:rsidRPr="00E95CFD" w:rsidRDefault="00BC3B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E34249"/>
    <w:multiLevelType w:val="hybridMultilevel"/>
    <w:tmpl w:val="95CC372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1A6095"/>
    <w:multiLevelType w:val="hybridMultilevel"/>
    <w:tmpl w:val="E1BCA23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25DD9"/>
    <w:multiLevelType w:val="hybridMultilevel"/>
    <w:tmpl w:val="2D8803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D6071"/>
    <w:multiLevelType w:val="multilevel"/>
    <w:tmpl w:val="11BE0980"/>
    <w:lvl w:ilvl="0">
      <w:start w:val="1"/>
      <w:numFmt w:val="decimal"/>
      <w:lvlText w:val="%1"/>
      <w:lvlJc w:val="left"/>
      <w:pPr>
        <w:ind w:left="390" w:hanging="390"/>
      </w:pPr>
      <w:rPr>
        <w:rFonts w:eastAsiaTheme="majorEastAsia" w:cstheme="majorBidi" w:hint="default"/>
        <w:b/>
        <w:sz w:val="26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eastAsiaTheme="majorEastAsia" w:cstheme="majorBidi" w:hint="default"/>
        <w:b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ajorEastAsia" w:cstheme="majorBidi" w:hint="default"/>
        <w:b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ajorEastAsia" w:cstheme="majorBidi" w:hint="default"/>
        <w:b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ajorEastAsia" w:cstheme="majorBidi" w:hint="default"/>
        <w:b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ajorEastAsia" w:cstheme="majorBidi" w:hint="default"/>
        <w:b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ajorEastAsia" w:cstheme="majorBidi" w:hint="default"/>
        <w:b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ajorEastAsia" w:cstheme="majorBidi" w:hint="default"/>
        <w:b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ajorEastAsia" w:cstheme="majorBidi" w:hint="default"/>
        <w:b/>
        <w:sz w:val="26"/>
      </w:rPr>
    </w:lvl>
  </w:abstractNum>
  <w:abstractNum w:abstractNumId="13" w15:restartNumberingAfterBreak="0">
    <w:nsid w:val="35C05180"/>
    <w:multiLevelType w:val="hybridMultilevel"/>
    <w:tmpl w:val="79D09A1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A7E59"/>
    <w:multiLevelType w:val="hybridMultilevel"/>
    <w:tmpl w:val="22BAA15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90305"/>
    <w:multiLevelType w:val="hybridMultilevel"/>
    <w:tmpl w:val="0452FB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33E81"/>
    <w:multiLevelType w:val="hybridMultilevel"/>
    <w:tmpl w:val="525E70F8"/>
    <w:lvl w:ilvl="0" w:tplc="006EDF2C">
      <w:start w:val="3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70" w:hanging="360"/>
      </w:pPr>
    </w:lvl>
    <w:lvl w:ilvl="2" w:tplc="0807001B" w:tentative="1">
      <w:start w:val="1"/>
      <w:numFmt w:val="lowerRoman"/>
      <w:lvlText w:val="%3."/>
      <w:lvlJc w:val="right"/>
      <w:pPr>
        <w:ind w:left="2190" w:hanging="180"/>
      </w:pPr>
    </w:lvl>
    <w:lvl w:ilvl="3" w:tplc="0807000F" w:tentative="1">
      <w:start w:val="1"/>
      <w:numFmt w:val="decimal"/>
      <w:lvlText w:val="%4."/>
      <w:lvlJc w:val="left"/>
      <w:pPr>
        <w:ind w:left="2910" w:hanging="360"/>
      </w:pPr>
    </w:lvl>
    <w:lvl w:ilvl="4" w:tplc="08070019" w:tentative="1">
      <w:start w:val="1"/>
      <w:numFmt w:val="lowerLetter"/>
      <w:lvlText w:val="%5."/>
      <w:lvlJc w:val="left"/>
      <w:pPr>
        <w:ind w:left="3630" w:hanging="360"/>
      </w:pPr>
    </w:lvl>
    <w:lvl w:ilvl="5" w:tplc="0807001B" w:tentative="1">
      <w:start w:val="1"/>
      <w:numFmt w:val="lowerRoman"/>
      <w:lvlText w:val="%6."/>
      <w:lvlJc w:val="right"/>
      <w:pPr>
        <w:ind w:left="4350" w:hanging="180"/>
      </w:pPr>
    </w:lvl>
    <w:lvl w:ilvl="6" w:tplc="0807000F" w:tentative="1">
      <w:start w:val="1"/>
      <w:numFmt w:val="decimal"/>
      <w:lvlText w:val="%7."/>
      <w:lvlJc w:val="left"/>
      <w:pPr>
        <w:ind w:left="5070" w:hanging="360"/>
      </w:pPr>
    </w:lvl>
    <w:lvl w:ilvl="7" w:tplc="08070019" w:tentative="1">
      <w:start w:val="1"/>
      <w:numFmt w:val="lowerLetter"/>
      <w:lvlText w:val="%8."/>
      <w:lvlJc w:val="left"/>
      <w:pPr>
        <w:ind w:left="5790" w:hanging="360"/>
      </w:pPr>
    </w:lvl>
    <w:lvl w:ilvl="8" w:tplc="0807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 w15:restartNumberingAfterBreak="0">
    <w:nsid w:val="5EF2289B"/>
    <w:multiLevelType w:val="hybridMultilevel"/>
    <w:tmpl w:val="FE06DC2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F48A3"/>
    <w:multiLevelType w:val="hybridMultilevel"/>
    <w:tmpl w:val="79D09A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C50925"/>
    <w:multiLevelType w:val="hybridMultilevel"/>
    <w:tmpl w:val="86F041F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C5B54"/>
    <w:multiLevelType w:val="multilevel"/>
    <w:tmpl w:val="BC3A6EC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85243374">
    <w:abstractNumId w:val="8"/>
  </w:num>
  <w:num w:numId="2" w16cid:durableId="1500847447">
    <w:abstractNumId w:val="6"/>
  </w:num>
  <w:num w:numId="3" w16cid:durableId="908736384">
    <w:abstractNumId w:val="5"/>
  </w:num>
  <w:num w:numId="4" w16cid:durableId="105004732">
    <w:abstractNumId w:val="4"/>
  </w:num>
  <w:num w:numId="5" w16cid:durableId="1740862108">
    <w:abstractNumId w:val="7"/>
  </w:num>
  <w:num w:numId="6" w16cid:durableId="908073483">
    <w:abstractNumId w:val="3"/>
  </w:num>
  <w:num w:numId="7" w16cid:durableId="579944658">
    <w:abstractNumId w:val="2"/>
  </w:num>
  <w:num w:numId="8" w16cid:durableId="6299573">
    <w:abstractNumId w:val="1"/>
  </w:num>
  <w:num w:numId="9" w16cid:durableId="798062818">
    <w:abstractNumId w:val="0"/>
  </w:num>
  <w:num w:numId="10" w16cid:durableId="1777938515">
    <w:abstractNumId w:val="12"/>
  </w:num>
  <w:num w:numId="11" w16cid:durableId="579019624">
    <w:abstractNumId w:val="16"/>
  </w:num>
  <w:num w:numId="12" w16cid:durableId="552038922">
    <w:abstractNumId w:val="9"/>
  </w:num>
  <w:num w:numId="13" w16cid:durableId="1566262115">
    <w:abstractNumId w:val="19"/>
  </w:num>
  <w:num w:numId="14" w16cid:durableId="1407991898">
    <w:abstractNumId w:val="14"/>
  </w:num>
  <w:num w:numId="15" w16cid:durableId="473254215">
    <w:abstractNumId w:val="20"/>
  </w:num>
  <w:num w:numId="16" w16cid:durableId="2105880430">
    <w:abstractNumId w:val="13"/>
  </w:num>
  <w:num w:numId="17" w16cid:durableId="701444312">
    <w:abstractNumId w:val="17"/>
  </w:num>
  <w:num w:numId="18" w16cid:durableId="1440760136">
    <w:abstractNumId w:val="18"/>
  </w:num>
  <w:num w:numId="19" w16cid:durableId="1818375345">
    <w:abstractNumId w:val="11"/>
  </w:num>
  <w:num w:numId="20" w16cid:durableId="1564411719">
    <w:abstractNumId w:val="10"/>
  </w:num>
  <w:num w:numId="21" w16cid:durableId="5066767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wHiOc9rzqVSCDye68BVX3gT2U3P96ffbOwRvp5ZW4iV0YGKgRewrFmnRu6ocMamT8tXxzgmK+rJftushFYhiA==" w:salt="z1mlzWGhhEFzN1jlJqqZ8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ABC"/>
    <w:rsid w:val="0001713B"/>
    <w:rsid w:val="00034616"/>
    <w:rsid w:val="00034AE8"/>
    <w:rsid w:val="0005392C"/>
    <w:rsid w:val="0006063C"/>
    <w:rsid w:val="0007235F"/>
    <w:rsid w:val="00082569"/>
    <w:rsid w:val="00087309"/>
    <w:rsid w:val="000950A1"/>
    <w:rsid w:val="00096477"/>
    <w:rsid w:val="000A5E62"/>
    <w:rsid w:val="000B3942"/>
    <w:rsid w:val="000D39D3"/>
    <w:rsid w:val="000D6516"/>
    <w:rsid w:val="000E459E"/>
    <w:rsid w:val="000F16EF"/>
    <w:rsid w:val="00101FF9"/>
    <w:rsid w:val="001035C3"/>
    <w:rsid w:val="00121DD1"/>
    <w:rsid w:val="00136761"/>
    <w:rsid w:val="0014734B"/>
    <w:rsid w:val="0015074B"/>
    <w:rsid w:val="00160B68"/>
    <w:rsid w:val="00160FC9"/>
    <w:rsid w:val="00181712"/>
    <w:rsid w:val="00191415"/>
    <w:rsid w:val="001A6A42"/>
    <w:rsid w:val="00221A73"/>
    <w:rsid w:val="00243C95"/>
    <w:rsid w:val="002662E0"/>
    <w:rsid w:val="00282445"/>
    <w:rsid w:val="002938C1"/>
    <w:rsid w:val="0029639D"/>
    <w:rsid w:val="00297864"/>
    <w:rsid w:val="00297F19"/>
    <w:rsid w:val="002C327A"/>
    <w:rsid w:val="002D2FDB"/>
    <w:rsid w:val="002D5437"/>
    <w:rsid w:val="0031098C"/>
    <w:rsid w:val="00324879"/>
    <w:rsid w:val="00326F90"/>
    <w:rsid w:val="003502D2"/>
    <w:rsid w:val="00351BE2"/>
    <w:rsid w:val="003571F4"/>
    <w:rsid w:val="00363D43"/>
    <w:rsid w:val="00375E73"/>
    <w:rsid w:val="003A1EBF"/>
    <w:rsid w:val="003A38CC"/>
    <w:rsid w:val="003C38D3"/>
    <w:rsid w:val="003F2D34"/>
    <w:rsid w:val="003F731F"/>
    <w:rsid w:val="00410691"/>
    <w:rsid w:val="00422ACA"/>
    <w:rsid w:val="00435EEC"/>
    <w:rsid w:val="00444B8F"/>
    <w:rsid w:val="00450182"/>
    <w:rsid w:val="004515E2"/>
    <w:rsid w:val="00454733"/>
    <w:rsid w:val="0047370B"/>
    <w:rsid w:val="00484727"/>
    <w:rsid w:val="00491763"/>
    <w:rsid w:val="004B1B57"/>
    <w:rsid w:val="004F1D64"/>
    <w:rsid w:val="004F502C"/>
    <w:rsid w:val="00532297"/>
    <w:rsid w:val="00535B63"/>
    <w:rsid w:val="0055138C"/>
    <w:rsid w:val="00562A64"/>
    <w:rsid w:val="00564475"/>
    <w:rsid w:val="00581D93"/>
    <w:rsid w:val="0058501B"/>
    <w:rsid w:val="00593E3F"/>
    <w:rsid w:val="005C050E"/>
    <w:rsid w:val="005D22DA"/>
    <w:rsid w:val="005E1C10"/>
    <w:rsid w:val="005E20D6"/>
    <w:rsid w:val="00605265"/>
    <w:rsid w:val="0061034D"/>
    <w:rsid w:val="00635CC2"/>
    <w:rsid w:val="0064114B"/>
    <w:rsid w:val="00647BB6"/>
    <w:rsid w:val="006514C2"/>
    <w:rsid w:val="006544E0"/>
    <w:rsid w:val="00656FDC"/>
    <w:rsid w:val="00670484"/>
    <w:rsid w:val="00671563"/>
    <w:rsid w:val="0067491E"/>
    <w:rsid w:val="0067581C"/>
    <w:rsid w:val="00683AA7"/>
    <w:rsid w:val="00687CA9"/>
    <w:rsid w:val="006B4B14"/>
    <w:rsid w:val="006C0E24"/>
    <w:rsid w:val="006C6B7B"/>
    <w:rsid w:val="006D00B4"/>
    <w:rsid w:val="006D6563"/>
    <w:rsid w:val="00706143"/>
    <w:rsid w:val="00714B39"/>
    <w:rsid w:val="007337A2"/>
    <w:rsid w:val="00736BB9"/>
    <w:rsid w:val="007750F5"/>
    <w:rsid w:val="00786F0D"/>
    <w:rsid w:val="007C4F61"/>
    <w:rsid w:val="007D7EB3"/>
    <w:rsid w:val="007E4739"/>
    <w:rsid w:val="0082562C"/>
    <w:rsid w:val="0088395C"/>
    <w:rsid w:val="00883F0B"/>
    <w:rsid w:val="008854B2"/>
    <w:rsid w:val="008A1217"/>
    <w:rsid w:val="008A79E3"/>
    <w:rsid w:val="008B12FC"/>
    <w:rsid w:val="008D1F2C"/>
    <w:rsid w:val="008F2F3E"/>
    <w:rsid w:val="008F4F81"/>
    <w:rsid w:val="00901EF9"/>
    <w:rsid w:val="009709D3"/>
    <w:rsid w:val="00970EA8"/>
    <w:rsid w:val="0097376E"/>
    <w:rsid w:val="00980A1E"/>
    <w:rsid w:val="009924FB"/>
    <w:rsid w:val="009A34E8"/>
    <w:rsid w:val="009B3DBF"/>
    <w:rsid w:val="009D4708"/>
    <w:rsid w:val="00A139AC"/>
    <w:rsid w:val="00A315B9"/>
    <w:rsid w:val="00A36EB8"/>
    <w:rsid w:val="00A45B40"/>
    <w:rsid w:val="00A849E2"/>
    <w:rsid w:val="00AA1D8D"/>
    <w:rsid w:val="00AB4628"/>
    <w:rsid w:val="00AC5718"/>
    <w:rsid w:val="00B0152E"/>
    <w:rsid w:val="00B06094"/>
    <w:rsid w:val="00B25228"/>
    <w:rsid w:val="00B433DA"/>
    <w:rsid w:val="00B44060"/>
    <w:rsid w:val="00B47730"/>
    <w:rsid w:val="00B55E86"/>
    <w:rsid w:val="00B70AF7"/>
    <w:rsid w:val="00B72E4A"/>
    <w:rsid w:val="00BA28FC"/>
    <w:rsid w:val="00BB266B"/>
    <w:rsid w:val="00BB37FF"/>
    <w:rsid w:val="00BC10A0"/>
    <w:rsid w:val="00BC1476"/>
    <w:rsid w:val="00BC38B7"/>
    <w:rsid w:val="00BC3B8E"/>
    <w:rsid w:val="00BE670C"/>
    <w:rsid w:val="00BF63F5"/>
    <w:rsid w:val="00BF7BA0"/>
    <w:rsid w:val="00C07B84"/>
    <w:rsid w:val="00C46902"/>
    <w:rsid w:val="00C54A02"/>
    <w:rsid w:val="00C71E40"/>
    <w:rsid w:val="00C7781E"/>
    <w:rsid w:val="00C82353"/>
    <w:rsid w:val="00CA2B2C"/>
    <w:rsid w:val="00CB0664"/>
    <w:rsid w:val="00CB2C99"/>
    <w:rsid w:val="00CD325B"/>
    <w:rsid w:val="00CD55AB"/>
    <w:rsid w:val="00CD70D6"/>
    <w:rsid w:val="00CE2C86"/>
    <w:rsid w:val="00CE4DE1"/>
    <w:rsid w:val="00CF1BC5"/>
    <w:rsid w:val="00CF535A"/>
    <w:rsid w:val="00D10593"/>
    <w:rsid w:val="00D60DFC"/>
    <w:rsid w:val="00DA0E29"/>
    <w:rsid w:val="00DA354E"/>
    <w:rsid w:val="00E0361B"/>
    <w:rsid w:val="00E13644"/>
    <w:rsid w:val="00E4232F"/>
    <w:rsid w:val="00E43D35"/>
    <w:rsid w:val="00E95CFD"/>
    <w:rsid w:val="00ED486B"/>
    <w:rsid w:val="00EE366C"/>
    <w:rsid w:val="00EE3CB2"/>
    <w:rsid w:val="00EF3191"/>
    <w:rsid w:val="00F242B5"/>
    <w:rsid w:val="00F46744"/>
    <w:rsid w:val="00F559BA"/>
    <w:rsid w:val="00F71919"/>
    <w:rsid w:val="00F8026D"/>
    <w:rsid w:val="00F95A31"/>
    <w:rsid w:val="00F976BA"/>
    <w:rsid w:val="00FB0715"/>
    <w:rsid w:val="00FC693F"/>
    <w:rsid w:val="00FD4DDE"/>
    <w:rsid w:val="00FF18D8"/>
    <w:rsid w:val="00FF4A51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1C13A88"/>
  <w14:defaultImageDpi w14:val="330"/>
  <w15:docId w15:val="{D13B1440-ED35-4B1B-A6F7-8928C369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0E24"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F1B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1B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F1BC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1BC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1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CF1BC5"/>
    <w:pPr>
      <w:spacing w:line="240" w:lineRule="auto"/>
    </w:pPr>
    <w:rPr>
      <w:b/>
      <w:bCs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1BC5"/>
    <w:pPr>
      <w:outlineLvl w:val="9"/>
    </w:pPr>
  </w:style>
  <w:style w:type="table" w:styleId="Tabellenraster">
    <w:name w:val="Table Grid"/>
    <w:basedOn w:val="NormaleTabelle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14734B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14734B"/>
    <w:rPr>
      <w:color w:val="0000FF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14734B"/>
    <w:pPr>
      <w:spacing w:after="100"/>
      <w:ind w:left="220"/>
    </w:pPr>
  </w:style>
  <w:style w:type="table" w:styleId="Gitternetztabelle4Akzent2">
    <w:name w:val="Grid Table 4 Accent 2"/>
    <w:basedOn w:val="NormaleTabelle"/>
    <w:uiPriority w:val="49"/>
    <w:rsid w:val="00D1059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itternetztabelle2Akzent1">
    <w:name w:val="Grid Table 2 Accent 1"/>
    <w:basedOn w:val="NormaleTabelle"/>
    <w:uiPriority w:val="47"/>
    <w:rsid w:val="00D10593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6farbig">
    <w:name w:val="Grid Table 6 Colorful"/>
    <w:basedOn w:val="NormaleTabelle"/>
    <w:uiPriority w:val="51"/>
    <w:rsid w:val="00D105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3">
    <w:name w:val="Grid Table 3"/>
    <w:basedOn w:val="NormaleTabelle"/>
    <w:uiPriority w:val="99"/>
    <w:rsid w:val="00D105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entabelle4">
    <w:name w:val="List Table 4"/>
    <w:basedOn w:val="NormaleTabelle"/>
    <w:uiPriority w:val="49"/>
    <w:rsid w:val="00D105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">
    <w:name w:val="List Table 6 Colorful"/>
    <w:basedOn w:val="NormaleTabelle"/>
    <w:uiPriority w:val="51"/>
    <w:rsid w:val="00D105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infacheTabelle3">
    <w:name w:val="Plain Table 3"/>
    <w:basedOn w:val="NormaleTabelle"/>
    <w:uiPriority w:val="99"/>
    <w:rsid w:val="00D105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99"/>
    <w:rsid w:val="00D105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1">
    <w:name w:val="Grid Table 1 Light Accent 1"/>
    <w:basedOn w:val="NormaleTabelle"/>
    <w:uiPriority w:val="46"/>
    <w:rsid w:val="00BB266B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BB266B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">
    <w:name w:val="Grid Table 4"/>
    <w:basedOn w:val="NormaleTabelle"/>
    <w:uiPriority w:val="49"/>
    <w:rsid w:val="00BB26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3Akzent2">
    <w:name w:val="Grid Table 3 Accent 2"/>
    <w:basedOn w:val="NormaleTabelle"/>
    <w:uiPriority w:val="48"/>
    <w:rsid w:val="00BB266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BB266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BB266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Abbildungsverzeichnis">
    <w:name w:val="table of figures"/>
    <w:basedOn w:val="Standard"/>
    <w:next w:val="Standard"/>
    <w:uiPriority w:val="99"/>
    <w:unhideWhenUsed/>
    <w:rsid w:val="00C7781E"/>
    <w:pPr>
      <w:spacing w:after="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F1BC5"/>
    <w:rPr>
      <w:color w:val="605E5C"/>
      <w:shd w:val="clear" w:color="auto" w:fill="E1DFDD"/>
    </w:rPr>
  </w:style>
  <w:style w:type="paragraph" w:styleId="Verzeichnis3">
    <w:name w:val="toc 3"/>
    <w:basedOn w:val="Standard"/>
    <w:next w:val="Standard"/>
    <w:autoRedefine/>
    <w:uiPriority w:val="39"/>
    <w:unhideWhenUsed/>
    <w:rsid w:val="00CE2C86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9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wwartau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F946F0-6979-4563-BF57-C508E21A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435</Words>
  <Characters>2743</Characters>
  <Application>Microsoft Office Word</Application>
  <DocSecurity>8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Thomas Nadig</cp:lastModifiedBy>
  <cp:revision>3</cp:revision>
  <cp:lastPrinted>2026-07-06T07:59:00Z</cp:lastPrinted>
  <dcterms:created xsi:type="dcterms:W3CDTF">2026-07-09T12:07:00Z</dcterms:created>
  <dcterms:modified xsi:type="dcterms:W3CDTF">2026-07-09T12:08:00Z</dcterms:modified>
  <cp:category/>
</cp:coreProperties>
</file>