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5CAC9" w14:textId="2FFADAFE" w:rsidR="00A315B9" w:rsidRPr="00E95CFD" w:rsidRDefault="007337A2" w:rsidP="00786F0D">
      <w:pPr>
        <w:jc w:val="center"/>
        <w:rPr>
          <w:rFonts w:asciiTheme="majorHAnsi" w:hAnsiTheme="majorHAnsi" w:cstheme="majorHAnsi"/>
          <w:sz w:val="36"/>
        </w:rPr>
      </w:pPr>
      <w:permStart w:id="1878869219" w:edGrp="everyone"/>
      <w:permEnd w:id="1878869219"/>
      <w:r>
        <w:rPr>
          <w:rFonts w:ascii="Calibri Light" w:eastAsiaTheme="majorEastAsia" w:hAnsi="Calibri Light" w:cs="Calibri Light"/>
          <w:b/>
          <w:spacing w:val="5"/>
          <w:kern w:val="28"/>
          <w:sz w:val="72"/>
          <w:szCs w:val="52"/>
        </w:rPr>
        <w:t>Formular zur Anmeldung eine</w:t>
      </w:r>
      <w:r w:rsidR="005A2F8F">
        <w:rPr>
          <w:rFonts w:ascii="Calibri Light" w:eastAsiaTheme="majorEastAsia" w:hAnsi="Calibri Light" w:cs="Calibri Light"/>
          <w:b/>
          <w:spacing w:val="5"/>
          <w:kern w:val="28"/>
          <w:sz w:val="72"/>
          <w:szCs w:val="52"/>
        </w:rPr>
        <w:t>s ZEV</w:t>
      </w:r>
      <w:r w:rsidR="006544E0" w:rsidRPr="00E95CFD">
        <w:rPr>
          <w:rFonts w:asciiTheme="majorHAnsi" w:hAnsiTheme="majorHAnsi" w:cstheme="majorHAnsi"/>
          <w:sz w:val="36"/>
        </w:rPr>
        <w:br/>
      </w:r>
      <w:r w:rsidR="006544E0" w:rsidRPr="00E95CFD">
        <w:rPr>
          <w:rFonts w:asciiTheme="majorHAnsi" w:hAnsiTheme="majorHAnsi" w:cstheme="majorHAnsi"/>
          <w:sz w:val="36"/>
        </w:rPr>
        <w:br/>
      </w:r>
    </w:p>
    <w:p w14:paraId="36415850" w14:textId="77777777" w:rsidR="00A315B9" w:rsidRPr="00E95CFD" w:rsidRDefault="00A315B9" w:rsidP="00786F0D">
      <w:pPr>
        <w:jc w:val="center"/>
        <w:rPr>
          <w:rFonts w:asciiTheme="majorHAnsi" w:hAnsiTheme="majorHAnsi" w:cstheme="majorHAnsi"/>
          <w:sz w:val="36"/>
        </w:rPr>
      </w:pPr>
    </w:p>
    <w:p w14:paraId="20033F54" w14:textId="3EABB8A2" w:rsidR="00A315B9" w:rsidRPr="00E95CFD" w:rsidRDefault="005E1C10" w:rsidP="00786F0D">
      <w:pPr>
        <w:jc w:val="center"/>
        <w:rPr>
          <w:rFonts w:asciiTheme="majorHAnsi" w:hAnsiTheme="majorHAnsi" w:cstheme="majorHAnsi"/>
          <w:sz w:val="40"/>
        </w:rPr>
      </w:pPr>
      <w:r>
        <w:rPr>
          <w:rFonts w:asciiTheme="majorHAnsi" w:hAnsiTheme="majorHAnsi" w:cstheme="majorHAnsi"/>
          <w:sz w:val="40"/>
        </w:rPr>
        <w:t xml:space="preserve">Dokument Version: </w:t>
      </w:r>
      <w:r w:rsidR="005A2F8F">
        <w:rPr>
          <w:rFonts w:asciiTheme="majorHAnsi" w:hAnsiTheme="majorHAnsi" w:cstheme="majorHAnsi"/>
          <w:sz w:val="40"/>
        </w:rPr>
        <w:t>1</w:t>
      </w:r>
      <w:r>
        <w:rPr>
          <w:rFonts w:asciiTheme="majorHAnsi" w:hAnsiTheme="majorHAnsi" w:cstheme="majorHAnsi"/>
          <w:sz w:val="40"/>
        </w:rPr>
        <w:t>.0</w:t>
      </w:r>
    </w:p>
    <w:p w14:paraId="37A13B01" w14:textId="3F5FC0D8" w:rsidR="00786F0D" w:rsidRPr="00E95CFD" w:rsidRDefault="004F1D64" w:rsidP="0014734B">
      <w:pPr>
        <w:jc w:val="center"/>
        <w:rPr>
          <w:rFonts w:asciiTheme="majorHAnsi" w:hAnsiTheme="majorHAnsi" w:cstheme="majorHAnsi"/>
          <w:sz w:val="40"/>
        </w:rPr>
      </w:pPr>
      <w:r w:rsidRPr="00E95CFD">
        <w:rPr>
          <w:rFonts w:asciiTheme="majorHAnsi" w:hAnsiTheme="majorHAnsi" w:cstheme="majorHAnsi"/>
          <w:sz w:val="40"/>
        </w:rPr>
        <w:t xml:space="preserve">Datum: </w:t>
      </w:r>
      <w:r w:rsidR="00970EA8">
        <w:rPr>
          <w:rFonts w:asciiTheme="majorHAnsi" w:hAnsiTheme="majorHAnsi" w:cstheme="majorHAnsi"/>
          <w:sz w:val="40"/>
        </w:rPr>
        <w:t>0</w:t>
      </w:r>
      <w:r w:rsidR="005A2F8F">
        <w:rPr>
          <w:rFonts w:asciiTheme="majorHAnsi" w:hAnsiTheme="majorHAnsi" w:cstheme="majorHAnsi"/>
          <w:sz w:val="40"/>
        </w:rPr>
        <w:t>8</w:t>
      </w:r>
      <w:r w:rsidRPr="00E95CFD">
        <w:rPr>
          <w:rFonts w:asciiTheme="majorHAnsi" w:hAnsiTheme="majorHAnsi" w:cstheme="majorHAnsi"/>
          <w:sz w:val="40"/>
        </w:rPr>
        <w:t>.0</w:t>
      </w:r>
      <w:r w:rsidR="007337A2">
        <w:rPr>
          <w:rFonts w:asciiTheme="majorHAnsi" w:hAnsiTheme="majorHAnsi" w:cstheme="majorHAnsi"/>
          <w:sz w:val="40"/>
        </w:rPr>
        <w:t>7</w:t>
      </w:r>
      <w:r w:rsidRPr="00E95CFD">
        <w:rPr>
          <w:rFonts w:asciiTheme="majorHAnsi" w:hAnsiTheme="majorHAnsi" w:cstheme="majorHAnsi"/>
          <w:sz w:val="40"/>
        </w:rPr>
        <w:t>.2026</w:t>
      </w:r>
    </w:p>
    <w:p w14:paraId="3F6165C3" w14:textId="77777777" w:rsidR="0014734B" w:rsidRPr="00E95CFD" w:rsidRDefault="0014734B" w:rsidP="0014734B">
      <w:pPr>
        <w:jc w:val="center"/>
        <w:rPr>
          <w:rFonts w:asciiTheme="majorHAnsi" w:hAnsiTheme="majorHAnsi" w:cstheme="majorHAnsi"/>
          <w:sz w:val="40"/>
        </w:rPr>
      </w:pPr>
    </w:p>
    <w:p w14:paraId="1689BFDC" w14:textId="6DE1212B" w:rsidR="0014734B" w:rsidRPr="00E95CFD" w:rsidRDefault="0014734B" w:rsidP="0014734B">
      <w:pPr>
        <w:jc w:val="center"/>
        <w:rPr>
          <w:rFonts w:asciiTheme="majorHAnsi" w:hAnsiTheme="majorHAnsi" w:cstheme="majorHAnsi"/>
          <w:sz w:val="40"/>
        </w:rPr>
      </w:pPr>
    </w:p>
    <w:p w14:paraId="01C94154" w14:textId="00107A19" w:rsidR="00B55E86" w:rsidRPr="00706143" w:rsidRDefault="006544E0" w:rsidP="00706143">
      <w:pPr>
        <w:jc w:val="center"/>
        <w:rPr>
          <w:rFonts w:asciiTheme="majorHAnsi" w:hAnsiTheme="majorHAnsi" w:cstheme="majorHAnsi"/>
          <w:sz w:val="36"/>
        </w:rPr>
      </w:pPr>
      <w:r w:rsidRPr="00E95CFD">
        <w:rPr>
          <w:rFonts w:asciiTheme="majorHAnsi" w:hAnsiTheme="majorHAnsi" w:cstheme="majorHAnsi"/>
          <w:sz w:val="36"/>
        </w:rPr>
        <w:br w:type="page"/>
      </w:r>
    </w:p>
    <w:p w14:paraId="5725558A" w14:textId="6D748C05" w:rsidR="00BA28FC" w:rsidRDefault="005A2F8F" w:rsidP="00BA28FC">
      <w:pPr>
        <w:rPr>
          <w:b/>
          <w:bCs/>
          <w:sz w:val="32"/>
          <w:szCs w:val="32"/>
        </w:rPr>
      </w:pPr>
      <w:bookmarkStart w:id="0" w:name="_Toc231483522"/>
      <w:r w:rsidRPr="005A2F8F">
        <w:rPr>
          <w:b/>
          <w:bCs/>
          <w:sz w:val="32"/>
          <w:szCs w:val="32"/>
        </w:rPr>
        <w:lastRenderedPageBreak/>
        <w:t>Formular zur Anmeldung eines Zusammenschlusses zum Eigenverbrauch (ZEV) beim Verteilnetzbetreiber</w:t>
      </w:r>
    </w:p>
    <w:p w14:paraId="2A0AA67F" w14:textId="77777777" w:rsidR="005A2F8F" w:rsidRDefault="005A2F8F" w:rsidP="00BA28FC">
      <w:pPr>
        <w:rPr>
          <w:lang w:val="de-DE"/>
        </w:rPr>
      </w:pPr>
    </w:p>
    <w:p w14:paraId="2A0C3401" w14:textId="7F2B8535" w:rsidR="00BA28FC" w:rsidRPr="0058501B" w:rsidRDefault="00BA28FC" w:rsidP="0058501B">
      <w:pPr>
        <w:rPr>
          <w:b/>
          <w:bCs/>
          <w:lang w:val="de-DE"/>
        </w:rPr>
      </w:pPr>
      <w:r w:rsidRPr="00BA28FC">
        <w:rPr>
          <w:b/>
          <w:bCs/>
          <w:lang w:val="de-DE"/>
        </w:rPr>
        <w:t xml:space="preserve">Angaben </w:t>
      </w:r>
      <w:r w:rsidR="005A2F8F">
        <w:rPr>
          <w:b/>
          <w:bCs/>
          <w:lang w:val="de-DE"/>
        </w:rPr>
        <w:t>ZEV</w:t>
      </w:r>
      <w:r w:rsidRPr="00BA28FC">
        <w:rPr>
          <w:b/>
          <w:bCs/>
          <w:lang w:val="de-DE"/>
        </w:rPr>
        <w:t>-</w:t>
      </w:r>
      <w:r w:rsidR="00C970AA">
        <w:rPr>
          <w:b/>
          <w:bCs/>
          <w:lang w:val="de-DE"/>
        </w:rPr>
        <w:t>Dienstleister</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5941"/>
      </w:tblGrid>
      <w:tr w:rsidR="00BA28FC" w14:paraId="25CF3981" w14:textId="77777777" w:rsidTr="00034AE8">
        <w:tc>
          <w:tcPr>
            <w:tcW w:w="2689" w:type="dxa"/>
            <w:tcBorders>
              <w:bottom w:val="single" w:sz="4" w:space="0" w:color="auto"/>
              <w:right w:val="single" w:sz="4" w:space="0" w:color="auto"/>
            </w:tcBorders>
          </w:tcPr>
          <w:p w14:paraId="55EC34E6" w14:textId="64C9F2D8" w:rsidR="00BA28FC" w:rsidRPr="00BA28FC" w:rsidRDefault="005A2F8F" w:rsidP="00BA28FC">
            <w:pPr>
              <w:rPr>
                <w:lang w:val="de-DE"/>
              </w:rPr>
            </w:pPr>
            <w:permStart w:id="1302143570" w:edGrp="everyone" w:colFirst="1" w:colLast="1"/>
            <w:r>
              <w:rPr>
                <w:lang w:val="de-DE"/>
              </w:rPr>
              <w:t>ZEV</w:t>
            </w:r>
            <w:r w:rsidR="00BA28FC" w:rsidRPr="00BA28FC">
              <w:rPr>
                <w:lang w:val="de-DE"/>
              </w:rPr>
              <w:t xml:space="preserve"> VertreterIn / Firma</w:t>
            </w:r>
          </w:p>
        </w:tc>
        <w:tc>
          <w:tcPr>
            <w:tcW w:w="5941" w:type="dxa"/>
            <w:tcBorders>
              <w:left w:val="single" w:sz="4" w:space="0" w:color="auto"/>
              <w:bottom w:val="single" w:sz="4" w:space="0" w:color="auto"/>
            </w:tcBorders>
          </w:tcPr>
          <w:p w14:paraId="61B632FF" w14:textId="71BD5D07" w:rsidR="00BA28FC" w:rsidRPr="00BA28FC" w:rsidRDefault="00BA28FC" w:rsidP="00BA28FC">
            <w:pPr>
              <w:rPr>
                <w:lang w:val="de-DE"/>
              </w:rPr>
            </w:pPr>
          </w:p>
        </w:tc>
      </w:tr>
      <w:tr w:rsidR="00BA28FC" w14:paraId="38969D59" w14:textId="77777777" w:rsidTr="00034AE8">
        <w:tc>
          <w:tcPr>
            <w:tcW w:w="2689" w:type="dxa"/>
            <w:tcBorders>
              <w:top w:val="single" w:sz="4" w:space="0" w:color="auto"/>
              <w:bottom w:val="single" w:sz="4" w:space="0" w:color="auto"/>
              <w:right w:val="single" w:sz="4" w:space="0" w:color="auto"/>
            </w:tcBorders>
          </w:tcPr>
          <w:p w14:paraId="19DDCDAD" w14:textId="7E1CF7EB" w:rsidR="00BA28FC" w:rsidRPr="00BA28FC" w:rsidRDefault="00BA28FC" w:rsidP="00BA28FC">
            <w:pPr>
              <w:rPr>
                <w:lang w:val="de-DE"/>
              </w:rPr>
            </w:pPr>
            <w:permStart w:id="478690104" w:edGrp="everyone" w:colFirst="1" w:colLast="1"/>
            <w:permEnd w:id="1302143570"/>
            <w:r>
              <w:rPr>
                <w:lang w:val="de-DE"/>
              </w:rPr>
              <w:t>Vorname, Name</w:t>
            </w:r>
          </w:p>
        </w:tc>
        <w:tc>
          <w:tcPr>
            <w:tcW w:w="5941" w:type="dxa"/>
            <w:tcBorders>
              <w:top w:val="single" w:sz="4" w:space="0" w:color="auto"/>
              <w:left w:val="single" w:sz="4" w:space="0" w:color="auto"/>
              <w:bottom w:val="single" w:sz="4" w:space="0" w:color="auto"/>
            </w:tcBorders>
          </w:tcPr>
          <w:p w14:paraId="6D282815" w14:textId="62714F44" w:rsidR="00BA28FC" w:rsidRPr="00BA28FC" w:rsidRDefault="00BA28FC" w:rsidP="00BA28FC">
            <w:pPr>
              <w:rPr>
                <w:lang w:val="de-DE"/>
              </w:rPr>
            </w:pPr>
          </w:p>
        </w:tc>
      </w:tr>
      <w:tr w:rsidR="00BA28FC" w14:paraId="042D860C" w14:textId="77777777" w:rsidTr="00034AE8">
        <w:tc>
          <w:tcPr>
            <w:tcW w:w="2689" w:type="dxa"/>
            <w:tcBorders>
              <w:top w:val="single" w:sz="4" w:space="0" w:color="auto"/>
              <w:bottom w:val="single" w:sz="4" w:space="0" w:color="auto"/>
              <w:right w:val="single" w:sz="4" w:space="0" w:color="auto"/>
            </w:tcBorders>
          </w:tcPr>
          <w:p w14:paraId="051F3295" w14:textId="442CAA55" w:rsidR="00BA28FC" w:rsidRPr="00BA28FC" w:rsidRDefault="00BA28FC" w:rsidP="00BA28FC">
            <w:pPr>
              <w:rPr>
                <w:lang w:val="de-DE"/>
              </w:rPr>
            </w:pPr>
            <w:permStart w:id="1155811841" w:edGrp="everyone" w:colFirst="1" w:colLast="1"/>
            <w:permEnd w:id="478690104"/>
            <w:r>
              <w:rPr>
                <w:lang w:val="de-DE"/>
              </w:rPr>
              <w:t>Adresse</w:t>
            </w:r>
          </w:p>
        </w:tc>
        <w:tc>
          <w:tcPr>
            <w:tcW w:w="5941" w:type="dxa"/>
            <w:tcBorders>
              <w:top w:val="single" w:sz="4" w:space="0" w:color="auto"/>
              <w:left w:val="single" w:sz="4" w:space="0" w:color="auto"/>
              <w:bottom w:val="single" w:sz="4" w:space="0" w:color="auto"/>
            </w:tcBorders>
          </w:tcPr>
          <w:p w14:paraId="18E42A0A" w14:textId="77777777" w:rsidR="00BA28FC" w:rsidRPr="00BA28FC" w:rsidRDefault="00BA28FC" w:rsidP="00BA28FC">
            <w:pPr>
              <w:rPr>
                <w:lang w:val="de-DE"/>
              </w:rPr>
            </w:pPr>
          </w:p>
        </w:tc>
      </w:tr>
      <w:tr w:rsidR="00BA28FC" w14:paraId="2E0132F9" w14:textId="77777777" w:rsidTr="00034AE8">
        <w:tc>
          <w:tcPr>
            <w:tcW w:w="2689" w:type="dxa"/>
            <w:tcBorders>
              <w:top w:val="single" w:sz="4" w:space="0" w:color="auto"/>
              <w:bottom w:val="single" w:sz="4" w:space="0" w:color="auto"/>
              <w:right w:val="single" w:sz="4" w:space="0" w:color="auto"/>
            </w:tcBorders>
          </w:tcPr>
          <w:p w14:paraId="617C279D" w14:textId="6473B381" w:rsidR="00BA28FC" w:rsidRPr="00BA28FC" w:rsidRDefault="00BA28FC" w:rsidP="00BA28FC">
            <w:pPr>
              <w:rPr>
                <w:lang w:val="de-DE"/>
              </w:rPr>
            </w:pPr>
            <w:permStart w:id="1225862902" w:edGrp="everyone" w:colFirst="1" w:colLast="1"/>
            <w:permEnd w:id="1155811841"/>
            <w:r>
              <w:rPr>
                <w:lang w:val="de-DE"/>
              </w:rPr>
              <w:t>PLZ,Ort</w:t>
            </w:r>
          </w:p>
        </w:tc>
        <w:tc>
          <w:tcPr>
            <w:tcW w:w="5941" w:type="dxa"/>
            <w:tcBorders>
              <w:top w:val="single" w:sz="4" w:space="0" w:color="auto"/>
              <w:left w:val="single" w:sz="4" w:space="0" w:color="auto"/>
              <w:bottom w:val="single" w:sz="4" w:space="0" w:color="auto"/>
            </w:tcBorders>
          </w:tcPr>
          <w:p w14:paraId="7308A725" w14:textId="77777777" w:rsidR="00BA28FC" w:rsidRPr="00BA28FC" w:rsidRDefault="00BA28FC" w:rsidP="00BA28FC">
            <w:pPr>
              <w:rPr>
                <w:lang w:val="de-DE"/>
              </w:rPr>
            </w:pPr>
          </w:p>
        </w:tc>
      </w:tr>
      <w:tr w:rsidR="00BA28FC" w14:paraId="2FD4AED2" w14:textId="77777777" w:rsidTr="00034AE8">
        <w:tc>
          <w:tcPr>
            <w:tcW w:w="2689" w:type="dxa"/>
            <w:tcBorders>
              <w:top w:val="single" w:sz="4" w:space="0" w:color="auto"/>
              <w:bottom w:val="single" w:sz="4" w:space="0" w:color="auto"/>
              <w:right w:val="single" w:sz="4" w:space="0" w:color="auto"/>
            </w:tcBorders>
          </w:tcPr>
          <w:p w14:paraId="7F0D5019" w14:textId="6E9B2673" w:rsidR="00BA28FC" w:rsidRPr="00BA28FC" w:rsidRDefault="00BA28FC" w:rsidP="00BA28FC">
            <w:pPr>
              <w:rPr>
                <w:lang w:val="de-DE"/>
              </w:rPr>
            </w:pPr>
            <w:permStart w:id="563497102" w:edGrp="everyone" w:colFirst="1" w:colLast="1"/>
            <w:permEnd w:id="1225862902"/>
            <w:r>
              <w:rPr>
                <w:lang w:val="de-DE"/>
              </w:rPr>
              <w:t>Email</w:t>
            </w:r>
          </w:p>
        </w:tc>
        <w:tc>
          <w:tcPr>
            <w:tcW w:w="5941" w:type="dxa"/>
            <w:tcBorders>
              <w:top w:val="single" w:sz="4" w:space="0" w:color="auto"/>
              <w:left w:val="single" w:sz="4" w:space="0" w:color="auto"/>
              <w:bottom w:val="single" w:sz="4" w:space="0" w:color="auto"/>
            </w:tcBorders>
          </w:tcPr>
          <w:p w14:paraId="3CC6C086" w14:textId="77777777" w:rsidR="00BA28FC" w:rsidRPr="00BA28FC" w:rsidRDefault="00BA28FC" w:rsidP="00BA28FC">
            <w:pPr>
              <w:rPr>
                <w:lang w:val="de-DE"/>
              </w:rPr>
            </w:pPr>
          </w:p>
        </w:tc>
      </w:tr>
      <w:tr w:rsidR="00BA28FC" w14:paraId="0E7CCD03" w14:textId="77777777" w:rsidTr="00034AE8">
        <w:tc>
          <w:tcPr>
            <w:tcW w:w="2689" w:type="dxa"/>
            <w:tcBorders>
              <w:top w:val="single" w:sz="4" w:space="0" w:color="auto"/>
              <w:bottom w:val="single" w:sz="4" w:space="0" w:color="auto"/>
              <w:right w:val="single" w:sz="4" w:space="0" w:color="auto"/>
            </w:tcBorders>
          </w:tcPr>
          <w:p w14:paraId="0D437579" w14:textId="7C86A30D" w:rsidR="00BA28FC" w:rsidRPr="00BA28FC" w:rsidRDefault="00BA28FC" w:rsidP="00BA28FC">
            <w:pPr>
              <w:rPr>
                <w:lang w:val="de-DE"/>
              </w:rPr>
            </w:pPr>
            <w:permStart w:id="1360403856" w:edGrp="everyone" w:colFirst="1" w:colLast="1"/>
            <w:permEnd w:id="563497102"/>
            <w:r>
              <w:rPr>
                <w:lang w:val="de-DE"/>
              </w:rPr>
              <w:t>Telefon</w:t>
            </w:r>
          </w:p>
        </w:tc>
        <w:tc>
          <w:tcPr>
            <w:tcW w:w="5941" w:type="dxa"/>
            <w:tcBorders>
              <w:top w:val="single" w:sz="4" w:space="0" w:color="auto"/>
              <w:left w:val="single" w:sz="4" w:space="0" w:color="auto"/>
              <w:bottom w:val="single" w:sz="4" w:space="0" w:color="auto"/>
            </w:tcBorders>
          </w:tcPr>
          <w:p w14:paraId="6FFE6BDC" w14:textId="77777777" w:rsidR="00BA28FC" w:rsidRPr="00BA28FC" w:rsidRDefault="00BA28FC" w:rsidP="00BA28FC">
            <w:pPr>
              <w:rPr>
                <w:lang w:val="de-DE"/>
              </w:rPr>
            </w:pPr>
          </w:p>
        </w:tc>
      </w:tr>
      <w:permEnd w:id="1360403856"/>
    </w:tbl>
    <w:p w14:paraId="76186900" w14:textId="77777777" w:rsidR="00BA28FC" w:rsidRDefault="00BA28FC" w:rsidP="00BA28FC">
      <w:pPr>
        <w:rPr>
          <w:b/>
          <w:bCs/>
          <w:lang w:val="de-DE"/>
        </w:rPr>
      </w:pPr>
    </w:p>
    <w:p w14:paraId="7D20B70E" w14:textId="77777777" w:rsidR="009709D3" w:rsidRDefault="009709D3" w:rsidP="00BA28FC">
      <w:pPr>
        <w:rPr>
          <w:b/>
          <w:bCs/>
          <w:lang w:val="de-DE"/>
        </w:rPr>
      </w:pPr>
    </w:p>
    <w:p w14:paraId="68ED392C" w14:textId="327632B8" w:rsidR="00BA28FC" w:rsidRDefault="00BA28FC" w:rsidP="00BA28FC">
      <w:pPr>
        <w:rPr>
          <w:b/>
          <w:bCs/>
          <w:lang w:val="de-DE"/>
        </w:rPr>
      </w:pPr>
      <w:r w:rsidRPr="00BA28FC">
        <w:rPr>
          <w:b/>
          <w:bCs/>
          <w:lang w:val="de-DE"/>
        </w:rPr>
        <w:t xml:space="preserve">Angaben </w:t>
      </w:r>
      <w:r w:rsidR="005A2F8F">
        <w:rPr>
          <w:b/>
          <w:bCs/>
          <w:lang w:val="de-DE"/>
        </w:rPr>
        <w:t>ZEV</w:t>
      </w:r>
      <w:r w:rsidRPr="00BA28FC">
        <w:rPr>
          <w:b/>
          <w:bCs/>
          <w:lang w:val="de-DE"/>
        </w:rPr>
        <w:t>-</w:t>
      </w:r>
      <w:r w:rsidR="0058501B">
        <w:rPr>
          <w:b/>
          <w:bCs/>
          <w:lang w:val="de-DE"/>
        </w:rPr>
        <w:t>Teilnehme</w:t>
      </w:r>
      <w:r w:rsidR="005A2F8F">
        <w:rPr>
          <w:b/>
          <w:bCs/>
          <w:lang w:val="de-DE"/>
        </w:rPr>
        <w:t>nde</w:t>
      </w:r>
    </w:p>
    <w:p w14:paraId="6FB74B76" w14:textId="77777777" w:rsidR="00BA28FC" w:rsidRPr="003C38D3" w:rsidRDefault="00BA28FC" w:rsidP="00BA28FC">
      <w:pPr>
        <w:spacing w:after="0"/>
        <w:rPr>
          <w:b/>
          <w:bCs/>
          <w:lang w:val="de-DE"/>
        </w:rPr>
      </w:pPr>
      <w:r w:rsidRPr="003C38D3">
        <w:rPr>
          <w:b/>
          <w:bCs/>
          <w:lang w:val="de-DE"/>
        </w:rPr>
        <w:t>Standort 1</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5941"/>
      </w:tblGrid>
      <w:tr w:rsidR="00BA28FC" w14:paraId="4BC6E8BF" w14:textId="77777777" w:rsidTr="004F502C">
        <w:tc>
          <w:tcPr>
            <w:tcW w:w="2689" w:type="dxa"/>
            <w:tcBorders>
              <w:bottom w:val="single" w:sz="4" w:space="0" w:color="auto"/>
              <w:right w:val="single" w:sz="4" w:space="0" w:color="auto"/>
            </w:tcBorders>
          </w:tcPr>
          <w:p w14:paraId="65D6DF15" w14:textId="52B9387B" w:rsidR="00BA28FC" w:rsidRPr="00BA28FC" w:rsidRDefault="0058501B" w:rsidP="001554E7">
            <w:pPr>
              <w:rPr>
                <w:lang w:val="de-DE"/>
              </w:rPr>
            </w:pPr>
            <w:permStart w:id="2014587916" w:edGrp="everyone" w:colFirst="1" w:colLast="1"/>
            <w:r>
              <w:rPr>
                <w:lang w:val="de-DE"/>
              </w:rPr>
              <w:t>Eigentümerschaft oder bevollmächtigte Vertreter</w:t>
            </w:r>
          </w:p>
        </w:tc>
        <w:tc>
          <w:tcPr>
            <w:tcW w:w="5941" w:type="dxa"/>
            <w:tcBorders>
              <w:left w:val="single" w:sz="4" w:space="0" w:color="auto"/>
              <w:bottom w:val="single" w:sz="4" w:space="0" w:color="auto"/>
            </w:tcBorders>
          </w:tcPr>
          <w:p w14:paraId="7F391426" w14:textId="77777777" w:rsidR="00BA28FC" w:rsidRPr="00BA28FC" w:rsidRDefault="00BA28FC" w:rsidP="001554E7">
            <w:pPr>
              <w:rPr>
                <w:lang w:val="de-DE"/>
              </w:rPr>
            </w:pPr>
          </w:p>
        </w:tc>
      </w:tr>
      <w:tr w:rsidR="00BA28FC" w14:paraId="31B0F988" w14:textId="77777777" w:rsidTr="004F502C">
        <w:tc>
          <w:tcPr>
            <w:tcW w:w="2689" w:type="dxa"/>
            <w:tcBorders>
              <w:top w:val="single" w:sz="4" w:space="0" w:color="auto"/>
              <w:bottom w:val="single" w:sz="4" w:space="0" w:color="auto"/>
              <w:right w:val="single" w:sz="4" w:space="0" w:color="auto"/>
            </w:tcBorders>
          </w:tcPr>
          <w:p w14:paraId="28DBB371" w14:textId="15FBC233" w:rsidR="00BA28FC" w:rsidRPr="00BA28FC" w:rsidRDefault="0058501B" w:rsidP="001554E7">
            <w:pPr>
              <w:rPr>
                <w:lang w:val="de-DE"/>
              </w:rPr>
            </w:pPr>
            <w:permStart w:id="288381677" w:edGrp="everyone" w:colFirst="1" w:colLast="1"/>
            <w:permEnd w:id="2014587916"/>
            <w:r>
              <w:rPr>
                <w:lang w:val="de-DE"/>
              </w:rPr>
              <w:t>Grundstücknummer</w:t>
            </w:r>
          </w:p>
        </w:tc>
        <w:tc>
          <w:tcPr>
            <w:tcW w:w="5941" w:type="dxa"/>
            <w:tcBorders>
              <w:top w:val="single" w:sz="4" w:space="0" w:color="auto"/>
              <w:left w:val="single" w:sz="4" w:space="0" w:color="auto"/>
              <w:bottom w:val="single" w:sz="4" w:space="0" w:color="auto"/>
            </w:tcBorders>
          </w:tcPr>
          <w:p w14:paraId="0F7FB78B" w14:textId="77777777" w:rsidR="00BA28FC" w:rsidRPr="00BA28FC" w:rsidRDefault="00BA28FC" w:rsidP="001554E7">
            <w:pPr>
              <w:rPr>
                <w:lang w:val="de-DE"/>
              </w:rPr>
            </w:pPr>
          </w:p>
        </w:tc>
      </w:tr>
      <w:tr w:rsidR="00BA28FC" w14:paraId="18A058FE" w14:textId="77777777" w:rsidTr="004F502C">
        <w:tc>
          <w:tcPr>
            <w:tcW w:w="2689" w:type="dxa"/>
            <w:tcBorders>
              <w:top w:val="single" w:sz="4" w:space="0" w:color="auto"/>
              <w:bottom w:val="single" w:sz="4" w:space="0" w:color="auto"/>
              <w:right w:val="single" w:sz="4" w:space="0" w:color="auto"/>
            </w:tcBorders>
          </w:tcPr>
          <w:p w14:paraId="6D61AC6C" w14:textId="7E3FC119" w:rsidR="00BA28FC" w:rsidRPr="00BA28FC" w:rsidRDefault="0058501B" w:rsidP="001554E7">
            <w:pPr>
              <w:rPr>
                <w:lang w:val="de-DE"/>
              </w:rPr>
            </w:pPr>
            <w:permStart w:id="483659263" w:edGrp="everyone" w:colFirst="1" w:colLast="1"/>
            <w:permEnd w:id="288381677"/>
            <w:r>
              <w:rPr>
                <w:lang w:val="de-DE"/>
              </w:rPr>
              <w:t>Messpunkt (CHxxx)*</w:t>
            </w:r>
          </w:p>
        </w:tc>
        <w:tc>
          <w:tcPr>
            <w:tcW w:w="5941" w:type="dxa"/>
            <w:tcBorders>
              <w:top w:val="single" w:sz="4" w:space="0" w:color="auto"/>
              <w:left w:val="single" w:sz="4" w:space="0" w:color="auto"/>
              <w:bottom w:val="single" w:sz="4" w:space="0" w:color="auto"/>
            </w:tcBorders>
          </w:tcPr>
          <w:p w14:paraId="57209927" w14:textId="77777777" w:rsidR="00BA28FC" w:rsidRPr="00BA28FC" w:rsidRDefault="00BA28FC" w:rsidP="001554E7">
            <w:pPr>
              <w:rPr>
                <w:lang w:val="de-DE"/>
              </w:rPr>
            </w:pPr>
          </w:p>
        </w:tc>
      </w:tr>
      <w:tr w:rsidR="00BA28FC" w14:paraId="3EF95F4E" w14:textId="77777777" w:rsidTr="004F502C">
        <w:tc>
          <w:tcPr>
            <w:tcW w:w="2689" w:type="dxa"/>
            <w:tcBorders>
              <w:top w:val="single" w:sz="4" w:space="0" w:color="auto"/>
              <w:bottom w:val="single" w:sz="4" w:space="0" w:color="auto"/>
              <w:right w:val="single" w:sz="4" w:space="0" w:color="auto"/>
            </w:tcBorders>
          </w:tcPr>
          <w:p w14:paraId="5A82CA5C" w14:textId="7F5E2E17" w:rsidR="00BA28FC" w:rsidRPr="00BA28FC" w:rsidRDefault="0058501B" w:rsidP="001554E7">
            <w:pPr>
              <w:rPr>
                <w:lang w:val="de-DE"/>
              </w:rPr>
            </w:pPr>
            <w:permStart w:id="602351302" w:edGrp="everyone" w:colFirst="1" w:colLast="1"/>
            <w:permEnd w:id="483659263"/>
            <w:r>
              <w:rPr>
                <w:lang w:val="de-DE"/>
              </w:rPr>
              <w:t>Zählernummer</w:t>
            </w:r>
            <w:r w:rsidR="005A2F8F">
              <w:rPr>
                <w:lang w:val="de-DE"/>
              </w:rPr>
              <w:t xml:space="preserve"> (optional)</w:t>
            </w:r>
          </w:p>
        </w:tc>
        <w:tc>
          <w:tcPr>
            <w:tcW w:w="5941" w:type="dxa"/>
            <w:tcBorders>
              <w:top w:val="single" w:sz="4" w:space="0" w:color="auto"/>
              <w:left w:val="single" w:sz="4" w:space="0" w:color="auto"/>
              <w:bottom w:val="single" w:sz="4" w:space="0" w:color="auto"/>
            </w:tcBorders>
          </w:tcPr>
          <w:p w14:paraId="669A0D34" w14:textId="77777777" w:rsidR="00BA28FC" w:rsidRPr="00BA28FC" w:rsidRDefault="00BA28FC" w:rsidP="001554E7">
            <w:pPr>
              <w:rPr>
                <w:lang w:val="de-DE"/>
              </w:rPr>
            </w:pPr>
          </w:p>
        </w:tc>
      </w:tr>
      <w:tr w:rsidR="0058501B" w14:paraId="2CA9BCA9" w14:textId="77777777" w:rsidTr="004F502C">
        <w:tc>
          <w:tcPr>
            <w:tcW w:w="2689" w:type="dxa"/>
            <w:tcBorders>
              <w:top w:val="single" w:sz="4" w:space="0" w:color="auto"/>
              <w:bottom w:val="single" w:sz="4" w:space="0" w:color="auto"/>
              <w:right w:val="single" w:sz="4" w:space="0" w:color="auto"/>
            </w:tcBorders>
          </w:tcPr>
          <w:p w14:paraId="7FC9FDE3" w14:textId="60235F5F" w:rsidR="0058501B" w:rsidRPr="00BA28FC" w:rsidRDefault="0058501B" w:rsidP="0058501B">
            <w:pPr>
              <w:rPr>
                <w:lang w:val="de-DE"/>
              </w:rPr>
            </w:pPr>
            <w:permStart w:id="2359478" w:edGrp="everyone" w:colFirst="1" w:colLast="1"/>
            <w:permEnd w:id="602351302"/>
            <w:r>
              <w:rPr>
                <w:lang w:val="de-DE"/>
              </w:rPr>
              <w:t>Adresse</w:t>
            </w:r>
          </w:p>
        </w:tc>
        <w:tc>
          <w:tcPr>
            <w:tcW w:w="5941" w:type="dxa"/>
            <w:tcBorders>
              <w:top w:val="single" w:sz="4" w:space="0" w:color="auto"/>
              <w:left w:val="single" w:sz="4" w:space="0" w:color="auto"/>
              <w:bottom w:val="single" w:sz="4" w:space="0" w:color="auto"/>
            </w:tcBorders>
          </w:tcPr>
          <w:p w14:paraId="031DE368" w14:textId="77777777" w:rsidR="0058501B" w:rsidRPr="00BA28FC" w:rsidRDefault="0058501B" w:rsidP="0058501B">
            <w:pPr>
              <w:rPr>
                <w:lang w:val="de-DE"/>
              </w:rPr>
            </w:pPr>
          </w:p>
        </w:tc>
      </w:tr>
      <w:tr w:rsidR="0058501B" w14:paraId="473AFB74" w14:textId="77777777" w:rsidTr="004F502C">
        <w:tc>
          <w:tcPr>
            <w:tcW w:w="2689" w:type="dxa"/>
            <w:tcBorders>
              <w:top w:val="single" w:sz="4" w:space="0" w:color="auto"/>
              <w:bottom w:val="single" w:sz="4" w:space="0" w:color="auto"/>
              <w:right w:val="single" w:sz="4" w:space="0" w:color="auto"/>
            </w:tcBorders>
          </w:tcPr>
          <w:p w14:paraId="06B77BDD" w14:textId="480EA198" w:rsidR="0058501B" w:rsidRPr="00BA28FC" w:rsidRDefault="0058501B" w:rsidP="0058501B">
            <w:pPr>
              <w:rPr>
                <w:lang w:val="de-DE"/>
              </w:rPr>
            </w:pPr>
            <w:permStart w:id="569381499" w:edGrp="everyone" w:colFirst="1" w:colLast="1"/>
            <w:permEnd w:id="2359478"/>
            <w:r>
              <w:rPr>
                <w:lang w:val="de-DE"/>
              </w:rPr>
              <w:t>PLZ,Ort</w:t>
            </w:r>
          </w:p>
        </w:tc>
        <w:tc>
          <w:tcPr>
            <w:tcW w:w="5941" w:type="dxa"/>
            <w:tcBorders>
              <w:top w:val="single" w:sz="4" w:space="0" w:color="auto"/>
              <w:left w:val="single" w:sz="4" w:space="0" w:color="auto"/>
              <w:bottom w:val="single" w:sz="4" w:space="0" w:color="auto"/>
            </w:tcBorders>
          </w:tcPr>
          <w:p w14:paraId="481776F2" w14:textId="77777777" w:rsidR="0058501B" w:rsidRPr="00BA28FC" w:rsidRDefault="0058501B" w:rsidP="0058501B">
            <w:pPr>
              <w:rPr>
                <w:lang w:val="de-DE"/>
              </w:rPr>
            </w:pPr>
          </w:p>
        </w:tc>
      </w:tr>
      <w:permEnd w:id="569381499"/>
    </w:tbl>
    <w:p w14:paraId="1553E9C9" w14:textId="2E7DCAAB" w:rsidR="0058501B" w:rsidRDefault="0058501B" w:rsidP="0058501B">
      <w:pPr>
        <w:rPr>
          <w:b/>
          <w:bCs/>
          <w:lang w:val="de-DE"/>
        </w:rPr>
      </w:pPr>
    </w:p>
    <w:p w14:paraId="408F5BA2" w14:textId="74989C56" w:rsidR="003C38D3" w:rsidRPr="003C38D3" w:rsidRDefault="003C38D3" w:rsidP="003C38D3">
      <w:pPr>
        <w:spacing w:after="0"/>
        <w:rPr>
          <w:b/>
          <w:bCs/>
          <w:lang w:val="de-DE"/>
        </w:rPr>
      </w:pPr>
      <w:r w:rsidRPr="003C38D3">
        <w:rPr>
          <w:b/>
          <w:bCs/>
          <w:lang w:val="de-DE"/>
        </w:rPr>
        <w:t xml:space="preserve">Standort </w:t>
      </w:r>
      <w:r>
        <w:rPr>
          <w:b/>
          <w:bCs/>
          <w:lang w:val="de-DE"/>
        </w:rPr>
        <w:t>2</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5941"/>
      </w:tblGrid>
      <w:tr w:rsidR="003C38D3" w14:paraId="059A85F3" w14:textId="77777777" w:rsidTr="001554E7">
        <w:tc>
          <w:tcPr>
            <w:tcW w:w="2689" w:type="dxa"/>
            <w:tcBorders>
              <w:bottom w:val="single" w:sz="4" w:space="0" w:color="auto"/>
              <w:right w:val="single" w:sz="4" w:space="0" w:color="auto"/>
            </w:tcBorders>
          </w:tcPr>
          <w:p w14:paraId="56BB1E02" w14:textId="77777777" w:rsidR="003C38D3" w:rsidRPr="00BA28FC" w:rsidRDefault="003C38D3" w:rsidP="001554E7">
            <w:pPr>
              <w:rPr>
                <w:lang w:val="de-DE"/>
              </w:rPr>
            </w:pPr>
            <w:permStart w:id="1966175325" w:edGrp="everyone" w:colFirst="1" w:colLast="1"/>
            <w:r>
              <w:rPr>
                <w:lang w:val="de-DE"/>
              </w:rPr>
              <w:t>Eigentümerschaft oder bevollmächtigte Vertreter</w:t>
            </w:r>
          </w:p>
        </w:tc>
        <w:tc>
          <w:tcPr>
            <w:tcW w:w="5941" w:type="dxa"/>
            <w:tcBorders>
              <w:left w:val="single" w:sz="4" w:space="0" w:color="auto"/>
              <w:bottom w:val="single" w:sz="4" w:space="0" w:color="auto"/>
            </w:tcBorders>
          </w:tcPr>
          <w:p w14:paraId="637B207F" w14:textId="77777777" w:rsidR="003C38D3" w:rsidRPr="00BA28FC" w:rsidRDefault="003C38D3" w:rsidP="001554E7">
            <w:pPr>
              <w:rPr>
                <w:lang w:val="de-DE"/>
              </w:rPr>
            </w:pPr>
            <w:permStart w:id="2025203610" w:edGrp="everyone"/>
            <w:permEnd w:id="2025203610"/>
          </w:p>
        </w:tc>
      </w:tr>
      <w:tr w:rsidR="003C38D3" w14:paraId="2F97B03B" w14:textId="77777777" w:rsidTr="001554E7">
        <w:tc>
          <w:tcPr>
            <w:tcW w:w="2689" w:type="dxa"/>
            <w:tcBorders>
              <w:top w:val="single" w:sz="4" w:space="0" w:color="auto"/>
              <w:bottom w:val="single" w:sz="4" w:space="0" w:color="auto"/>
              <w:right w:val="single" w:sz="4" w:space="0" w:color="auto"/>
            </w:tcBorders>
          </w:tcPr>
          <w:p w14:paraId="14117EA4" w14:textId="77777777" w:rsidR="003C38D3" w:rsidRPr="00BA28FC" w:rsidRDefault="003C38D3" w:rsidP="001554E7">
            <w:pPr>
              <w:rPr>
                <w:lang w:val="de-DE"/>
              </w:rPr>
            </w:pPr>
            <w:permStart w:id="1644115089" w:edGrp="everyone" w:colFirst="1" w:colLast="1"/>
            <w:permEnd w:id="1966175325"/>
            <w:r>
              <w:rPr>
                <w:lang w:val="de-DE"/>
              </w:rPr>
              <w:t>Grundstücknummer</w:t>
            </w:r>
          </w:p>
        </w:tc>
        <w:tc>
          <w:tcPr>
            <w:tcW w:w="5941" w:type="dxa"/>
            <w:tcBorders>
              <w:top w:val="single" w:sz="4" w:space="0" w:color="auto"/>
              <w:left w:val="single" w:sz="4" w:space="0" w:color="auto"/>
              <w:bottom w:val="single" w:sz="4" w:space="0" w:color="auto"/>
            </w:tcBorders>
          </w:tcPr>
          <w:p w14:paraId="7E34185D" w14:textId="77777777" w:rsidR="003C38D3" w:rsidRPr="00BA28FC" w:rsidRDefault="003C38D3" w:rsidP="001554E7">
            <w:pPr>
              <w:rPr>
                <w:lang w:val="de-DE"/>
              </w:rPr>
            </w:pPr>
          </w:p>
        </w:tc>
      </w:tr>
      <w:tr w:rsidR="003C38D3" w14:paraId="69F90BBC" w14:textId="77777777" w:rsidTr="001554E7">
        <w:tc>
          <w:tcPr>
            <w:tcW w:w="2689" w:type="dxa"/>
            <w:tcBorders>
              <w:top w:val="single" w:sz="4" w:space="0" w:color="auto"/>
              <w:bottom w:val="single" w:sz="4" w:space="0" w:color="auto"/>
              <w:right w:val="single" w:sz="4" w:space="0" w:color="auto"/>
            </w:tcBorders>
          </w:tcPr>
          <w:p w14:paraId="6950986E" w14:textId="77777777" w:rsidR="003C38D3" w:rsidRPr="00BA28FC" w:rsidRDefault="003C38D3" w:rsidP="001554E7">
            <w:pPr>
              <w:rPr>
                <w:lang w:val="de-DE"/>
              </w:rPr>
            </w:pPr>
            <w:permStart w:id="1964061835" w:edGrp="everyone" w:colFirst="1" w:colLast="1"/>
            <w:permEnd w:id="1644115089"/>
            <w:r>
              <w:rPr>
                <w:lang w:val="de-DE"/>
              </w:rPr>
              <w:t>Messpunkt (CHxxx)*</w:t>
            </w:r>
          </w:p>
        </w:tc>
        <w:tc>
          <w:tcPr>
            <w:tcW w:w="5941" w:type="dxa"/>
            <w:tcBorders>
              <w:top w:val="single" w:sz="4" w:space="0" w:color="auto"/>
              <w:left w:val="single" w:sz="4" w:space="0" w:color="auto"/>
              <w:bottom w:val="single" w:sz="4" w:space="0" w:color="auto"/>
            </w:tcBorders>
          </w:tcPr>
          <w:p w14:paraId="53F49B5C" w14:textId="77777777" w:rsidR="003C38D3" w:rsidRPr="00BA28FC" w:rsidRDefault="003C38D3" w:rsidP="001554E7">
            <w:pPr>
              <w:rPr>
                <w:lang w:val="de-DE"/>
              </w:rPr>
            </w:pPr>
          </w:p>
        </w:tc>
      </w:tr>
      <w:tr w:rsidR="003C38D3" w14:paraId="17E1D3DA" w14:textId="77777777" w:rsidTr="001554E7">
        <w:tc>
          <w:tcPr>
            <w:tcW w:w="2689" w:type="dxa"/>
            <w:tcBorders>
              <w:top w:val="single" w:sz="4" w:space="0" w:color="auto"/>
              <w:bottom w:val="single" w:sz="4" w:space="0" w:color="auto"/>
              <w:right w:val="single" w:sz="4" w:space="0" w:color="auto"/>
            </w:tcBorders>
          </w:tcPr>
          <w:p w14:paraId="12441A0B" w14:textId="2432CE8C" w:rsidR="003C38D3" w:rsidRPr="00BA28FC" w:rsidRDefault="003C38D3" w:rsidP="001554E7">
            <w:pPr>
              <w:rPr>
                <w:lang w:val="de-DE"/>
              </w:rPr>
            </w:pPr>
            <w:permStart w:id="1672830043" w:edGrp="everyone" w:colFirst="1" w:colLast="1"/>
            <w:permEnd w:id="1964061835"/>
            <w:r>
              <w:rPr>
                <w:lang w:val="de-DE"/>
              </w:rPr>
              <w:t>Zählernummer</w:t>
            </w:r>
            <w:r w:rsidR="005A2F8F">
              <w:rPr>
                <w:lang w:val="de-DE"/>
              </w:rPr>
              <w:t xml:space="preserve"> (optional)</w:t>
            </w:r>
          </w:p>
        </w:tc>
        <w:tc>
          <w:tcPr>
            <w:tcW w:w="5941" w:type="dxa"/>
            <w:tcBorders>
              <w:top w:val="single" w:sz="4" w:space="0" w:color="auto"/>
              <w:left w:val="single" w:sz="4" w:space="0" w:color="auto"/>
              <w:bottom w:val="single" w:sz="4" w:space="0" w:color="auto"/>
            </w:tcBorders>
          </w:tcPr>
          <w:p w14:paraId="59A7DD4E" w14:textId="77777777" w:rsidR="003C38D3" w:rsidRPr="00BA28FC" w:rsidRDefault="003C38D3" w:rsidP="001554E7">
            <w:pPr>
              <w:rPr>
                <w:lang w:val="de-DE"/>
              </w:rPr>
            </w:pPr>
          </w:p>
        </w:tc>
      </w:tr>
      <w:tr w:rsidR="003C38D3" w14:paraId="0257554F" w14:textId="77777777" w:rsidTr="001554E7">
        <w:tc>
          <w:tcPr>
            <w:tcW w:w="2689" w:type="dxa"/>
            <w:tcBorders>
              <w:top w:val="single" w:sz="4" w:space="0" w:color="auto"/>
              <w:bottom w:val="single" w:sz="4" w:space="0" w:color="auto"/>
              <w:right w:val="single" w:sz="4" w:space="0" w:color="auto"/>
            </w:tcBorders>
          </w:tcPr>
          <w:p w14:paraId="4D8915DB" w14:textId="77777777" w:rsidR="003C38D3" w:rsidRPr="00BA28FC" w:rsidRDefault="003C38D3" w:rsidP="001554E7">
            <w:pPr>
              <w:rPr>
                <w:lang w:val="de-DE"/>
              </w:rPr>
            </w:pPr>
            <w:permStart w:id="1532911961" w:edGrp="everyone" w:colFirst="1" w:colLast="1"/>
            <w:permEnd w:id="1672830043"/>
            <w:r>
              <w:rPr>
                <w:lang w:val="de-DE"/>
              </w:rPr>
              <w:t>Adresse</w:t>
            </w:r>
          </w:p>
        </w:tc>
        <w:tc>
          <w:tcPr>
            <w:tcW w:w="5941" w:type="dxa"/>
            <w:tcBorders>
              <w:top w:val="single" w:sz="4" w:space="0" w:color="auto"/>
              <w:left w:val="single" w:sz="4" w:space="0" w:color="auto"/>
              <w:bottom w:val="single" w:sz="4" w:space="0" w:color="auto"/>
            </w:tcBorders>
          </w:tcPr>
          <w:p w14:paraId="1F184D39" w14:textId="77777777" w:rsidR="003C38D3" w:rsidRPr="00BA28FC" w:rsidRDefault="003C38D3" w:rsidP="001554E7">
            <w:pPr>
              <w:rPr>
                <w:lang w:val="de-DE"/>
              </w:rPr>
            </w:pPr>
          </w:p>
        </w:tc>
      </w:tr>
      <w:tr w:rsidR="003C38D3" w14:paraId="62911008" w14:textId="77777777" w:rsidTr="001554E7">
        <w:tc>
          <w:tcPr>
            <w:tcW w:w="2689" w:type="dxa"/>
            <w:tcBorders>
              <w:top w:val="single" w:sz="4" w:space="0" w:color="auto"/>
              <w:bottom w:val="single" w:sz="4" w:space="0" w:color="auto"/>
              <w:right w:val="single" w:sz="4" w:space="0" w:color="auto"/>
            </w:tcBorders>
          </w:tcPr>
          <w:p w14:paraId="6B7063C1" w14:textId="77777777" w:rsidR="003C38D3" w:rsidRPr="00BA28FC" w:rsidRDefault="003C38D3" w:rsidP="001554E7">
            <w:pPr>
              <w:rPr>
                <w:lang w:val="de-DE"/>
              </w:rPr>
            </w:pPr>
            <w:permStart w:id="790920838" w:edGrp="everyone" w:colFirst="1" w:colLast="1"/>
            <w:permEnd w:id="1532911961"/>
            <w:r>
              <w:rPr>
                <w:lang w:val="de-DE"/>
              </w:rPr>
              <w:t>PLZ,Ort</w:t>
            </w:r>
          </w:p>
        </w:tc>
        <w:tc>
          <w:tcPr>
            <w:tcW w:w="5941" w:type="dxa"/>
            <w:tcBorders>
              <w:top w:val="single" w:sz="4" w:space="0" w:color="auto"/>
              <w:left w:val="single" w:sz="4" w:space="0" w:color="auto"/>
              <w:bottom w:val="single" w:sz="4" w:space="0" w:color="auto"/>
            </w:tcBorders>
          </w:tcPr>
          <w:p w14:paraId="51AFDBD3" w14:textId="77777777" w:rsidR="003C38D3" w:rsidRPr="00BA28FC" w:rsidRDefault="003C38D3" w:rsidP="001554E7">
            <w:pPr>
              <w:rPr>
                <w:lang w:val="de-DE"/>
              </w:rPr>
            </w:pPr>
          </w:p>
        </w:tc>
      </w:tr>
      <w:permEnd w:id="790920838"/>
    </w:tbl>
    <w:p w14:paraId="4441522F" w14:textId="77777777" w:rsidR="009709D3" w:rsidRDefault="009709D3" w:rsidP="0058501B">
      <w:pPr>
        <w:rPr>
          <w:b/>
          <w:bCs/>
          <w:lang w:val="de-DE"/>
        </w:rPr>
      </w:pPr>
    </w:p>
    <w:p w14:paraId="6A18AD53" w14:textId="01AC262E" w:rsidR="0058501B" w:rsidRPr="00BA28FC" w:rsidRDefault="0058501B" w:rsidP="0058501B">
      <w:pPr>
        <w:rPr>
          <w:b/>
          <w:bCs/>
          <w:lang w:val="de-DE"/>
        </w:rPr>
      </w:pPr>
      <w:r>
        <w:rPr>
          <w:b/>
          <w:bCs/>
          <w:lang w:val="de-DE"/>
        </w:rPr>
        <w:t xml:space="preserve">* </w:t>
      </w:r>
      <w:r w:rsidRPr="0058501B">
        <w:rPr>
          <w:lang w:val="de-DE"/>
        </w:rPr>
        <w:t>Auf der Stromrechnung zu finden</w:t>
      </w:r>
    </w:p>
    <w:p w14:paraId="5713FECB" w14:textId="5D733D1C" w:rsidR="0058501B" w:rsidRDefault="0058501B" w:rsidP="0058501B">
      <w:pPr>
        <w:rPr>
          <w:b/>
          <w:bCs/>
          <w:lang w:val="de-DE"/>
        </w:rPr>
      </w:pPr>
      <w:r>
        <w:rPr>
          <w:b/>
          <w:bCs/>
          <w:lang w:val="de-DE"/>
        </w:rPr>
        <w:br w:type="page"/>
      </w:r>
    </w:p>
    <w:p w14:paraId="3522A224" w14:textId="1547739E" w:rsidR="0058501B" w:rsidRPr="003C38D3" w:rsidRDefault="0058501B" w:rsidP="0058501B">
      <w:pPr>
        <w:spacing w:after="0"/>
        <w:rPr>
          <w:b/>
          <w:bCs/>
          <w:lang w:val="de-DE"/>
        </w:rPr>
      </w:pPr>
      <w:r w:rsidRPr="003C38D3">
        <w:rPr>
          <w:b/>
          <w:bCs/>
          <w:lang w:val="de-DE"/>
        </w:rPr>
        <w:lastRenderedPageBreak/>
        <w:t>Standort 3</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5941"/>
      </w:tblGrid>
      <w:tr w:rsidR="0058501B" w14:paraId="52437290" w14:textId="77777777" w:rsidTr="003C38D3">
        <w:tc>
          <w:tcPr>
            <w:tcW w:w="2689" w:type="dxa"/>
            <w:tcBorders>
              <w:bottom w:val="single" w:sz="4" w:space="0" w:color="auto"/>
              <w:right w:val="single" w:sz="4" w:space="0" w:color="auto"/>
            </w:tcBorders>
          </w:tcPr>
          <w:p w14:paraId="0CB3043E" w14:textId="77777777" w:rsidR="0058501B" w:rsidRPr="00BA28FC" w:rsidRDefault="0058501B" w:rsidP="001554E7">
            <w:pPr>
              <w:rPr>
                <w:lang w:val="de-DE"/>
              </w:rPr>
            </w:pPr>
            <w:permStart w:id="1063268976" w:edGrp="everyone" w:colFirst="1" w:colLast="1"/>
            <w:r>
              <w:rPr>
                <w:lang w:val="de-DE"/>
              </w:rPr>
              <w:t>Eigentümerschaft oder bevollmächtigte Vertreter</w:t>
            </w:r>
          </w:p>
        </w:tc>
        <w:tc>
          <w:tcPr>
            <w:tcW w:w="5941" w:type="dxa"/>
            <w:tcBorders>
              <w:left w:val="single" w:sz="4" w:space="0" w:color="auto"/>
              <w:bottom w:val="single" w:sz="4" w:space="0" w:color="auto"/>
            </w:tcBorders>
          </w:tcPr>
          <w:p w14:paraId="4AB664BD" w14:textId="77777777" w:rsidR="0058501B" w:rsidRPr="00BA28FC" w:rsidRDefault="0058501B" w:rsidP="001554E7">
            <w:pPr>
              <w:rPr>
                <w:lang w:val="de-DE"/>
              </w:rPr>
            </w:pPr>
          </w:p>
        </w:tc>
      </w:tr>
      <w:tr w:rsidR="0058501B" w14:paraId="31F07863" w14:textId="77777777" w:rsidTr="003C38D3">
        <w:tc>
          <w:tcPr>
            <w:tcW w:w="2689" w:type="dxa"/>
            <w:tcBorders>
              <w:top w:val="single" w:sz="4" w:space="0" w:color="auto"/>
              <w:bottom w:val="single" w:sz="4" w:space="0" w:color="auto"/>
              <w:right w:val="single" w:sz="4" w:space="0" w:color="auto"/>
            </w:tcBorders>
          </w:tcPr>
          <w:p w14:paraId="008ED83B" w14:textId="480296E3" w:rsidR="0058501B" w:rsidRPr="00BA28FC" w:rsidRDefault="0058501B" w:rsidP="001554E7">
            <w:pPr>
              <w:rPr>
                <w:lang w:val="de-DE"/>
              </w:rPr>
            </w:pPr>
            <w:permStart w:id="702547154" w:edGrp="everyone" w:colFirst="1" w:colLast="1"/>
            <w:permEnd w:id="1063268976"/>
            <w:r>
              <w:rPr>
                <w:lang w:val="de-DE"/>
              </w:rPr>
              <w:t>Grundstücknumm</w:t>
            </w:r>
            <w:r w:rsidR="00BC2760">
              <w:rPr>
                <w:lang w:val="de-DE"/>
              </w:rPr>
              <w:t>e</w:t>
            </w:r>
            <w:r>
              <w:rPr>
                <w:lang w:val="de-DE"/>
              </w:rPr>
              <w:t>r</w:t>
            </w:r>
          </w:p>
        </w:tc>
        <w:tc>
          <w:tcPr>
            <w:tcW w:w="5941" w:type="dxa"/>
            <w:tcBorders>
              <w:top w:val="single" w:sz="4" w:space="0" w:color="auto"/>
              <w:left w:val="single" w:sz="4" w:space="0" w:color="auto"/>
              <w:bottom w:val="single" w:sz="4" w:space="0" w:color="auto"/>
            </w:tcBorders>
          </w:tcPr>
          <w:p w14:paraId="030A01B7" w14:textId="77777777" w:rsidR="0058501B" w:rsidRPr="00BA28FC" w:rsidRDefault="0058501B" w:rsidP="001554E7">
            <w:pPr>
              <w:rPr>
                <w:lang w:val="de-DE"/>
              </w:rPr>
            </w:pPr>
          </w:p>
        </w:tc>
      </w:tr>
      <w:tr w:rsidR="0058501B" w14:paraId="7E04FE0C" w14:textId="77777777" w:rsidTr="003C38D3">
        <w:tc>
          <w:tcPr>
            <w:tcW w:w="2689" w:type="dxa"/>
            <w:tcBorders>
              <w:top w:val="single" w:sz="4" w:space="0" w:color="auto"/>
              <w:bottom w:val="single" w:sz="4" w:space="0" w:color="auto"/>
              <w:right w:val="single" w:sz="4" w:space="0" w:color="auto"/>
            </w:tcBorders>
          </w:tcPr>
          <w:p w14:paraId="71474810" w14:textId="77777777" w:rsidR="0058501B" w:rsidRPr="00BA28FC" w:rsidRDefault="0058501B" w:rsidP="001554E7">
            <w:pPr>
              <w:rPr>
                <w:lang w:val="de-DE"/>
              </w:rPr>
            </w:pPr>
            <w:permStart w:id="1772436756" w:edGrp="everyone" w:colFirst="1" w:colLast="1"/>
            <w:permEnd w:id="702547154"/>
            <w:r>
              <w:rPr>
                <w:lang w:val="de-DE"/>
              </w:rPr>
              <w:t>Messpunkt (CHxxx)*</w:t>
            </w:r>
          </w:p>
        </w:tc>
        <w:tc>
          <w:tcPr>
            <w:tcW w:w="5941" w:type="dxa"/>
            <w:tcBorders>
              <w:top w:val="single" w:sz="4" w:space="0" w:color="auto"/>
              <w:left w:val="single" w:sz="4" w:space="0" w:color="auto"/>
              <w:bottom w:val="single" w:sz="4" w:space="0" w:color="auto"/>
            </w:tcBorders>
          </w:tcPr>
          <w:p w14:paraId="56A4740D" w14:textId="77777777" w:rsidR="0058501B" w:rsidRPr="00BA28FC" w:rsidRDefault="0058501B" w:rsidP="001554E7">
            <w:pPr>
              <w:rPr>
                <w:lang w:val="de-DE"/>
              </w:rPr>
            </w:pPr>
          </w:p>
        </w:tc>
      </w:tr>
      <w:tr w:rsidR="0058501B" w14:paraId="009492A8" w14:textId="77777777" w:rsidTr="003C38D3">
        <w:tc>
          <w:tcPr>
            <w:tcW w:w="2689" w:type="dxa"/>
            <w:tcBorders>
              <w:top w:val="single" w:sz="4" w:space="0" w:color="auto"/>
              <w:bottom w:val="single" w:sz="4" w:space="0" w:color="auto"/>
              <w:right w:val="single" w:sz="4" w:space="0" w:color="auto"/>
            </w:tcBorders>
          </w:tcPr>
          <w:p w14:paraId="2092FEB5" w14:textId="3E8A1C11" w:rsidR="0058501B" w:rsidRPr="00BA28FC" w:rsidRDefault="0058501B" w:rsidP="001554E7">
            <w:pPr>
              <w:rPr>
                <w:lang w:val="de-DE"/>
              </w:rPr>
            </w:pPr>
            <w:permStart w:id="1961892905" w:edGrp="everyone" w:colFirst="1" w:colLast="1"/>
            <w:permEnd w:id="1772436756"/>
            <w:r>
              <w:rPr>
                <w:lang w:val="de-DE"/>
              </w:rPr>
              <w:t>Zählernummer</w:t>
            </w:r>
            <w:r w:rsidR="005A2F8F">
              <w:rPr>
                <w:lang w:val="de-DE"/>
              </w:rPr>
              <w:t xml:space="preserve"> (optional)</w:t>
            </w:r>
          </w:p>
        </w:tc>
        <w:tc>
          <w:tcPr>
            <w:tcW w:w="5941" w:type="dxa"/>
            <w:tcBorders>
              <w:top w:val="single" w:sz="4" w:space="0" w:color="auto"/>
              <w:left w:val="single" w:sz="4" w:space="0" w:color="auto"/>
              <w:bottom w:val="single" w:sz="4" w:space="0" w:color="auto"/>
            </w:tcBorders>
          </w:tcPr>
          <w:p w14:paraId="42423268" w14:textId="77777777" w:rsidR="0058501B" w:rsidRPr="00BA28FC" w:rsidRDefault="0058501B" w:rsidP="001554E7">
            <w:pPr>
              <w:rPr>
                <w:lang w:val="de-DE"/>
              </w:rPr>
            </w:pPr>
          </w:p>
        </w:tc>
      </w:tr>
      <w:tr w:rsidR="0058501B" w14:paraId="506C5C50" w14:textId="77777777" w:rsidTr="003C38D3">
        <w:tc>
          <w:tcPr>
            <w:tcW w:w="2689" w:type="dxa"/>
            <w:tcBorders>
              <w:top w:val="single" w:sz="4" w:space="0" w:color="auto"/>
              <w:bottom w:val="single" w:sz="4" w:space="0" w:color="auto"/>
              <w:right w:val="single" w:sz="4" w:space="0" w:color="auto"/>
            </w:tcBorders>
          </w:tcPr>
          <w:p w14:paraId="5ECAE676" w14:textId="77777777" w:rsidR="0058501B" w:rsidRPr="00BA28FC" w:rsidRDefault="0058501B" w:rsidP="001554E7">
            <w:pPr>
              <w:rPr>
                <w:lang w:val="de-DE"/>
              </w:rPr>
            </w:pPr>
            <w:permStart w:id="2059892369" w:edGrp="everyone" w:colFirst="1" w:colLast="1"/>
            <w:permEnd w:id="1961892905"/>
            <w:r>
              <w:rPr>
                <w:lang w:val="de-DE"/>
              </w:rPr>
              <w:t>Adresse</w:t>
            </w:r>
          </w:p>
        </w:tc>
        <w:tc>
          <w:tcPr>
            <w:tcW w:w="5941" w:type="dxa"/>
            <w:tcBorders>
              <w:top w:val="single" w:sz="4" w:space="0" w:color="auto"/>
              <w:left w:val="single" w:sz="4" w:space="0" w:color="auto"/>
              <w:bottom w:val="single" w:sz="4" w:space="0" w:color="auto"/>
            </w:tcBorders>
          </w:tcPr>
          <w:p w14:paraId="28F815E3" w14:textId="77777777" w:rsidR="0058501B" w:rsidRPr="00BA28FC" w:rsidRDefault="0058501B" w:rsidP="001554E7">
            <w:pPr>
              <w:rPr>
                <w:lang w:val="de-DE"/>
              </w:rPr>
            </w:pPr>
          </w:p>
        </w:tc>
      </w:tr>
      <w:tr w:rsidR="0058501B" w14:paraId="3CD4596F" w14:textId="77777777" w:rsidTr="003C38D3">
        <w:tc>
          <w:tcPr>
            <w:tcW w:w="2689" w:type="dxa"/>
            <w:tcBorders>
              <w:top w:val="single" w:sz="4" w:space="0" w:color="auto"/>
              <w:bottom w:val="single" w:sz="4" w:space="0" w:color="auto"/>
              <w:right w:val="single" w:sz="4" w:space="0" w:color="auto"/>
            </w:tcBorders>
          </w:tcPr>
          <w:p w14:paraId="681E4167" w14:textId="77777777" w:rsidR="0058501B" w:rsidRPr="00BA28FC" w:rsidRDefault="0058501B" w:rsidP="001554E7">
            <w:pPr>
              <w:rPr>
                <w:lang w:val="de-DE"/>
              </w:rPr>
            </w:pPr>
            <w:permStart w:id="1111846490" w:edGrp="everyone" w:colFirst="1" w:colLast="1"/>
            <w:permEnd w:id="2059892369"/>
            <w:r>
              <w:rPr>
                <w:lang w:val="de-DE"/>
              </w:rPr>
              <w:t>PLZ,Ort</w:t>
            </w:r>
          </w:p>
        </w:tc>
        <w:tc>
          <w:tcPr>
            <w:tcW w:w="5941" w:type="dxa"/>
            <w:tcBorders>
              <w:top w:val="single" w:sz="4" w:space="0" w:color="auto"/>
              <w:left w:val="single" w:sz="4" w:space="0" w:color="auto"/>
              <w:bottom w:val="single" w:sz="4" w:space="0" w:color="auto"/>
            </w:tcBorders>
          </w:tcPr>
          <w:p w14:paraId="6BBFEC2D" w14:textId="77777777" w:rsidR="0058501B" w:rsidRPr="00BA28FC" w:rsidRDefault="0058501B" w:rsidP="001554E7">
            <w:pPr>
              <w:rPr>
                <w:lang w:val="de-DE"/>
              </w:rPr>
            </w:pPr>
          </w:p>
        </w:tc>
      </w:tr>
      <w:permEnd w:id="1111846490"/>
    </w:tbl>
    <w:p w14:paraId="390556A2" w14:textId="3B598ED0" w:rsidR="0058501B" w:rsidRDefault="0058501B" w:rsidP="0058501B">
      <w:pPr>
        <w:rPr>
          <w:b/>
          <w:bCs/>
          <w:lang w:val="de-DE"/>
        </w:rPr>
      </w:pPr>
    </w:p>
    <w:p w14:paraId="1CD9698F" w14:textId="364D03CC" w:rsidR="0058501B" w:rsidRPr="003C38D3" w:rsidRDefault="0058501B" w:rsidP="0058501B">
      <w:pPr>
        <w:spacing w:after="0"/>
        <w:rPr>
          <w:b/>
          <w:bCs/>
          <w:lang w:val="de-DE"/>
        </w:rPr>
      </w:pPr>
      <w:r w:rsidRPr="003C38D3">
        <w:rPr>
          <w:b/>
          <w:bCs/>
          <w:lang w:val="de-DE"/>
        </w:rPr>
        <w:t xml:space="preserve">Standort </w:t>
      </w:r>
      <w:r w:rsidR="009709D3" w:rsidRPr="003C38D3">
        <w:rPr>
          <w:b/>
          <w:bCs/>
          <w:lang w:val="de-DE"/>
        </w:rPr>
        <w:t>4</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5941"/>
      </w:tblGrid>
      <w:tr w:rsidR="003C38D3" w14:paraId="22A1A06F" w14:textId="77777777" w:rsidTr="001554E7">
        <w:tc>
          <w:tcPr>
            <w:tcW w:w="2689" w:type="dxa"/>
            <w:tcBorders>
              <w:bottom w:val="single" w:sz="4" w:space="0" w:color="auto"/>
              <w:right w:val="single" w:sz="4" w:space="0" w:color="auto"/>
            </w:tcBorders>
          </w:tcPr>
          <w:p w14:paraId="426E4364" w14:textId="77777777" w:rsidR="003C38D3" w:rsidRPr="00BA28FC" w:rsidRDefault="003C38D3" w:rsidP="001554E7">
            <w:pPr>
              <w:rPr>
                <w:lang w:val="de-DE"/>
              </w:rPr>
            </w:pPr>
            <w:permStart w:id="198842155" w:edGrp="everyone" w:colFirst="1" w:colLast="1"/>
            <w:r>
              <w:rPr>
                <w:lang w:val="de-DE"/>
              </w:rPr>
              <w:t>Eigentümerschaft oder bevollmächtigte Vertreter</w:t>
            </w:r>
          </w:p>
        </w:tc>
        <w:tc>
          <w:tcPr>
            <w:tcW w:w="5941" w:type="dxa"/>
            <w:tcBorders>
              <w:left w:val="single" w:sz="4" w:space="0" w:color="auto"/>
              <w:bottom w:val="single" w:sz="4" w:space="0" w:color="auto"/>
            </w:tcBorders>
          </w:tcPr>
          <w:p w14:paraId="1B1C2AC6" w14:textId="77777777" w:rsidR="003C38D3" w:rsidRPr="00BA28FC" w:rsidRDefault="003C38D3" w:rsidP="001554E7">
            <w:pPr>
              <w:rPr>
                <w:lang w:val="de-DE"/>
              </w:rPr>
            </w:pPr>
          </w:p>
        </w:tc>
      </w:tr>
      <w:tr w:rsidR="003C38D3" w14:paraId="07469000" w14:textId="77777777" w:rsidTr="001554E7">
        <w:tc>
          <w:tcPr>
            <w:tcW w:w="2689" w:type="dxa"/>
            <w:tcBorders>
              <w:top w:val="single" w:sz="4" w:space="0" w:color="auto"/>
              <w:bottom w:val="single" w:sz="4" w:space="0" w:color="auto"/>
              <w:right w:val="single" w:sz="4" w:space="0" w:color="auto"/>
            </w:tcBorders>
          </w:tcPr>
          <w:p w14:paraId="2D948623" w14:textId="77777777" w:rsidR="003C38D3" w:rsidRPr="00BA28FC" w:rsidRDefault="003C38D3" w:rsidP="001554E7">
            <w:pPr>
              <w:rPr>
                <w:lang w:val="de-DE"/>
              </w:rPr>
            </w:pPr>
            <w:permStart w:id="1991331941" w:edGrp="everyone" w:colFirst="1" w:colLast="1"/>
            <w:permEnd w:id="198842155"/>
            <w:r>
              <w:rPr>
                <w:lang w:val="de-DE"/>
              </w:rPr>
              <w:t>Grundstücknummer</w:t>
            </w:r>
          </w:p>
        </w:tc>
        <w:tc>
          <w:tcPr>
            <w:tcW w:w="5941" w:type="dxa"/>
            <w:tcBorders>
              <w:top w:val="single" w:sz="4" w:space="0" w:color="auto"/>
              <w:left w:val="single" w:sz="4" w:space="0" w:color="auto"/>
              <w:bottom w:val="single" w:sz="4" w:space="0" w:color="auto"/>
            </w:tcBorders>
          </w:tcPr>
          <w:p w14:paraId="35EAAEF4" w14:textId="77777777" w:rsidR="003C38D3" w:rsidRPr="00BA28FC" w:rsidRDefault="003C38D3" w:rsidP="001554E7">
            <w:pPr>
              <w:rPr>
                <w:lang w:val="de-DE"/>
              </w:rPr>
            </w:pPr>
          </w:p>
        </w:tc>
      </w:tr>
      <w:tr w:rsidR="003C38D3" w14:paraId="5BBA8964" w14:textId="77777777" w:rsidTr="001554E7">
        <w:tc>
          <w:tcPr>
            <w:tcW w:w="2689" w:type="dxa"/>
            <w:tcBorders>
              <w:top w:val="single" w:sz="4" w:space="0" w:color="auto"/>
              <w:bottom w:val="single" w:sz="4" w:space="0" w:color="auto"/>
              <w:right w:val="single" w:sz="4" w:space="0" w:color="auto"/>
            </w:tcBorders>
          </w:tcPr>
          <w:p w14:paraId="390EFCCF" w14:textId="77777777" w:rsidR="003C38D3" w:rsidRPr="00BA28FC" w:rsidRDefault="003C38D3" w:rsidP="001554E7">
            <w:pPr>
              <w:rPr>
                <w:lang w:val="de-DE"/>
              </w:rPr>
            </w:pPr>
            <w:permStart w:id="1048651482" w:edGrp="everyone" w:colFirst="1" w:colLast="1"/>
            <w:permEnd w:id="1991331941"/>
            <w:r>
              <w:rPr>
                <w:lang w:val="de-DE"/>
              </w:rPr>
              <w:t>Messpunkt (CHxxx)*</w:t>
            </w:r>
          </w:p>
        </w:tc>
        <w:tc>
          <w:tcPr>
            <w:tcW w:w="5941" w:type="dxa"/>
            <w:tcBorders>
              <w:top w:val="single" w:sz="4" w:space="0" w:color="auto"/>
              <w:left w:val="single" w:sz="4" w:space="0" w:color="auto"/>
              <w:bottom w:val="single" w:sz="4" w:space="0" w:color="auto"/>
            </w:tcBorders>
          </w:tcPr>
          <w:p w14:paraId="0F055C81" w14:textId="77777777" w:rsidR="003C38D3" w:rsidRPr="00BA28FC" w:rsidRDefault="003C38D3" w:rsidP="001554E7">
            <w:pPr>
              <w:rPr>
                <w:lang w:val="de-DE"/>
              </w:rPr>
            </w:pPr>
          </w:p>
        </w:tc>
      </w:tr>
      <w:tr w:rsidR="003C38D3" w14:paraId="622E8246" w14:textId="77777777" w:rsidTr="001554E7">
        <w:tc>
          <w:tcPr>
            <w:tcW w:w="2689" w:type="dxa"/>
            <w:tcBorders>
              <w:top w:val="single" w:sz="4" w:space="0" w:color="auto"/>
              <w:bottom w:val="single" w:sz="4" w:space="0" w:color="auto"/>
              <w:right w:val="single" w:sz="4" w:space="0" w:color="auto"/>
            </w:tcBorders>
          </w:tcPr>
          <w:p w14:paraId="1E35BAF0" w14:textId="73E3EEBE" w:rsidR="003C38D3" w:rsidRPr="00BA28FC" w:rsidRDefault="003C38D3" w:rsidP="001554E7">
            <w:pPr>
              <w:rPr>
                <w:lang w:val="de-DE"/>
              </w:rPr>
            </w:pPr>
            <w:permStart w:id="1749101933" w:edGrp="everyone" w:colFirst="1" w:colLast="1"/>
            <w:permEnd w:id="1048651482"/>
            <w:r>
              <w:rPr>
                <w:lang w:val="de-DE"/>
              </w:rPr>
              <w:t>Zählernummer</w:t>
            </w:r>
            <w:r w:rsidR="005A2F8F">
              <w:rPr>
                <w:lang w:val="de-DE"/>
              </w:rPr>
              <w:t xml:space="preserve"> (optional)</w:t>
            </w:r>
          </w:p>
        </w:tc>
        <w:tc>
          <w:tcPr>
            <w:tcW w:w="5941" w:type="dxa"/>
            <w:tcBorders>
              <w:top w:val="single" w:sz="4" w:space="0" w:color="auto"/>
              <w:left w:val="single" w:sz="4" w:space="0" w:color="auto"/>
              <w:bottom w:val="single" w:sz="4" w:space="0" w:color="auto"/>
            </w:tcBorders>
          </w:tcPr>
          <w:p w14:paraId="0E515B76" w14:textId="77777777" w:rsidR="003C38D3" w:rsidRPr="00BA28FC" w:rsidRDefault="003C38D3" w:rsidP="001554E7">
            <w:pPr>
              <w:rPr>
                <w:lang w:val="de-DE"/>
              </w:rPr>
            </w:pPr>
          </w:p>
        </w:tc>
      </w:tr>
      <w:tr w:rsidR="003C38D3" w14:paraId="7E890024" w14:textId="77777777" w:rsidTr="001554E7">
        <w:tc>
          <w:tcPr>
            <w:tcW w:w="2689" w:type="dxa"/>
            <w:tcBorders>
              <w:top w:val="single" w:sz="4" w:space="0" w:color="auto"/>
              <w:bottom w:val="single" w:sz="4" w:space="0" w:color="auto"/>
              <w:right w:val="single" w:sz="4" w:space="0" w:color="auto"/>
            </w:tcBorders>
          </w:tcPr>
          <w:p w14:paraId="2D48B16A" w14:textId="77777777" w:rsidR="003C38D3" w:rsidRPr="00BA28FC" w:rsidRDefault="003C38D3" w:rsidP="001554E7">
            <w:pPr>
              <w:rPr>
                <w:lang w:val="de-DE"/>
              </w:rPr>
            </w:pPr>
            <w:permStart w:id="171069511" w:edGrp="everyone" w:colFirst="1" w:colLast="1"/>
            <w:permEnd w:id="1749101933"/>
            <w:r>
              <w:rPr>
                <w:lang w:val="de-DE"/>
              </w:rPr>
              <w:t>Adresse</w:t>
            </w:r>
          </w:p>
        </w:tc>
        <w:tc>
          <w:tcPr>
            <w:tcW w:w="5941" w:type="dxa"/>
            <w:tcBorders>
              <w:top w:val="single" w:sz="4" w:space="0" w:color="auto"/>
              <w:left w:val="single" w:sz="4" w:space="0" w:color="auto"/>
              <w:bottom w:val="single" w:sz="4" w:space="0" w:color="auto"/>
            </w:tcBorders>
          </w:tcPr>
          <w:p w14:paraId="58CAFE42" w14:textId="77777777" w:rsidR="003C38D3" w:rsidRPr="00BA28FC" w:rsidRDefault="003C38D3" w:rsidP="001554E7">
            <w:pPr>
              <w:rPr>
                <w:lang w:val="de-DE"/>
              </w:rPr>
            </w:pPr>
          </w:p>
        </w:tc>
      </w:tr>
      <w:tr w:rsidR="003C38D3" w14:paraId="29801C9E" w14:textId="77777777" w:rsidTr="001554E7">
        <w:tc>
          <w:tcPr>
            <w:tcW w:w="2689" w:type="dxa"/>
            <w:tcBorders>
              <w:top w:val="single" w:sz="4" w:space="0" w:color="auto"/>
              <w:bottom w:val="single" w:sz="4" w:space="0" w:color="auto"/>
              <w:right w:val="single" w:sz="4" w:space="0" w:color="auto"/>
            </w:tcBorders>
          </w:tcPr>
          <w:p w14:paraId="68D760EF" w14:textId="77777777" w:rsidR="003C38D3" w:rsidRPr="00BA28FC" w:rsidRDefault="003C38D3" w:rsidP="001554E7">
            <w:pPr>
              <w:rPr>
                <w:lang w:val="de-DE"/>
              </w:rPr>
            </w:pPr>
            <w:permStart w:id="24925326" w:edGrp="everyone" w:colFirst="1" w:colLast="1"/>
            <w:permEnd w:id="171069511"/>
            <w:r>
              <w:rPr>
                <w:lang w:val="de-DE"/>
              </w:rPr>
              <w:t>PLZ,Ort</w:t>
            </w:r>
          </w:p>
        </w:tc>
        <w:tc>
          <w:tcPr>
            <w:tcW w:w="5941" w:type="dxa"/>
            <w:tcBorders>
              <w:top w:val="single" w:sz="4" w:space="0" w:color="auto"/>
              <w:left w:val="single" w:sz="4" w:space="0" w:color="auto"/>
              <w:bottom w:val="single" w:sz="4" w:space="0" w:color="auto"/>
            </w:tcBorders>
          </w:tcPr>
          <w:p w14:paraId="29AE9468" w14:textId="77777777" w:rsidR="003C38D3" w:rsidRPr="00BA28FC" w:rsidRDefault="003C38D3" w:rsidP="001554E7">
            <w:pPr>
              <w:rPr>
                <w:lang w:val="de-DE"/>
              </w:rPr>
            </w:pPr>
          </w:p>
        </w:tc>
      </w:tr>
      <w:permEnd w:id="24925326"/>
    </w:tbl>
    <w:p w14:paraId="5E24396C" w14:textId="77777777" w:rsidR="00D65D0E" w:rsidRDefault="00D65D0E" w:rsidP="00D65D0E">
      <w:pPr>
        <w:rPr>
          <w:b/>
          <w:bCs/>
          <w:lang w:val="de-DE"/>
        </w:rPr>
      </w:pPr>
    </w:p>
    <w:p w14:paraId="2EBBD3F4" w14:textId="05950DC6" w:rsidR="00D65D0E" w:rsidRPr="003C38D3" w:rsidRDefault="00D65D0E" w:rsidP="00D65D0E">
      <w:pPr>
        <w:spacing w:after="0"/>
        <w:rPr>
          <w:b/>
          <w:bCs/>
          <w:lang w:val="de-DE"/>
        </w:rPr>
      </w:pPr>
      <w:r w:rsidRPr="003C38D3">
        <w:rPr>
          <w:b/>
          <w:bCs/>
          <w:lang w:val="de-DE"/>
        </w:rPr>
        <w:t xml:space="preserve">Standort </w:t>
      </w:r>
      <w:r>
        <w:rPr>
          <w:b/>
          <w:bCs/>
          <w:lang w:val="de-DE"/>
        </w:rPr>
        <w:t>5</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5941"/>
      </w:tblGrid>
      <w:tr w:rsidR="00D65D0E" w14:paraId="3D0B4541" w14:textId="77777777" w:rsidTr="00C6608F">
        <w:tc>
          <w:tcPr>
            <w:tcW w:w="2689" w:type="dxa"/>
            <w:tcBorders>
              <w:bottom w:val="single" w:sz="4" w:space="0" w:color="auto"/>
              <w:right w:val="single" w:sz="4" w:space="0" w:color="auto"/>
            </w:tcBorders>
          </w:tcPr>
          <w:p w14:paraId="76BF0ACF" w14:textId="77777777" w:rsidR="00D65D0E" w:rsidRPr="00BA28FC" w:rsidRDefault="00D65D0E" w:rsidP="00C6608F">
            <w:pPr>
              <w:rPr>
                <w:lang w:val="de-DE"/>
              </w:rPr>
            </w:pPr>
            <w:permStart w:id="1941466722" w:edGrp="everyone" w:colFirst="1" w:colLast="1"/>
            <w:r>
              <w:rPr>
                <w:lang w:val="de-DE"/>
              </w:rPr>
              <w:t>Eigentümerschaft oder bevollmächtigte Vertreter</w:t>
            </w:r>
          </w:p>
        </w:tc>
        <w:tc>
          <w:tcPr>
            <w:tcW w:w="5941" w:type="dxa"/>
            <w:tcBorders>
              <w:left w:val="single" w:sz="4" w:space="0" w:color="auto"/>
              <w:bottom w:val="single" w:sz="4" w:space="0" w:color="auto"/>
            </w:tcBorders>
          </w:tcPr>
          <w:p w14:paraId="1A0E98DE" w14:textId="77777777" w:rsidR="00D65D0E" w:rsidRPr="00BA28FC" w:rsidRDefault="00D65D0E" w:rsidP="00C6608F">
            <w:pPr>
              <w:rPr>
                <w:lang w:val="de-DE"/>
              </w:rPr>
            </w:pPr>
          </w:p>
        </w:tc>
      </w:tr>
      <w:tr w:rsidR="00D65D0E" w14:paraId="116E857C" w14:textId="77777777" w:rsidTr="00C6608F">
        <w:tc>
          <w:tcPr>
            <w:tcW w:w="2689" w:type="dxa"/>
            <w:tcBorders>
              <w:top w:val="single" w:sz="4" w:space="0" w:color="auto"/>
              <w:bottom w:val="single" w:sz="4" w:space="0" w:color="auto"/>
              <w:right w:val="single" w:sz="4" w:space="0" w:color="auto"/>
            </w:tcBorders>
          </w:tcPr>
          <w:p w14:paraId="746CA8D3" w14:textId="77777777" w:rsidR="00D65D0E" w:rsidRPr="00BA28FC" w:rsidRDefault="00D65D0E" w:rsidP="00C6608F">
            <w:pPr>
              <w:rPr>
                <w:lang w:val="de-DE"/>
              </w:rPr>
            </w:pPr>
            <w:permStart w:id="1916875595" w:edGrp="everyone" w:colFirst="1" w:colLast="1"/>
            <w:permEnd w:id="1941466722"/>
            <w:r>
              <w:rPr>
                <w:lang w:val="de-DE"/>
              </w:rPr>
              <w:t>Grundstücknummer</w:t>
            </w:r>
          </w:p>
        </w:tc>
        <w:tc>
          <w:tcPr>
            <w:tcW w:w="5941" w:type="dxa"/>
            <w:tcBorders>
              <w:top w:val="single" w:sz="4" w:space="0" w:color="auto"/>
              <w:left w:val="single" w:sz="4" w:space="0" w:color="auto"/>
              <w:bottom w:val="single" w:sz="4" w:space="0" w:color="auto"/>
            </w:tcBorders>
          </w:tcPr>
          <w:p w14:paraId="07959B2B" w14:textId="77777777" w:rsidR="00D65D0E" w:rsidRPr="00BA28FC" w:rsidRDefault="00D65D0E" w:rsidP="00C6608F">
            <w:pPr>
              <w:rPr>
                <w:lang w:val="de-DE"/>
              </w:rPr>
            </w:pPr>
          </w:p>
        </w:tc>
      </w:tr>
      <w:tr w:rsidR="00D65D0E" w14:paraId="51CCB721" w14:textId="77777777" w:rsidTr="00C6608F">
        <w:tc>
          <w:tcPr>
            <w:tcW w:w="2689" w:type="dxa"/>
            <w:tcBorders>
              <w:top w:val="single" w:sz="4" w:space="0" w:color="auto"/>
              <w:bottom w:val="single" w:sz="4" w:space="0" w:color="auto"/>
              <w:right w:val="single" w:sz="4" w:space="0" w:color="auto"/>
            </w:tcBorders>
          </w:tcPr>
          <w:p w14:paraId="580396C0" w14:textId="77777777" w:rsidR="00D65D0E" w:rsidRPr="00BA28FC" w:rsidRDefault="00D65D0E" w:rsidP="00C6608F">
            <w:pPr>
              <w:rPr>
                <w:lang w:val="de-DE"/>
              </w:rPr>
            </w:pPr>
            <w:permStart w:id="825651485" w:edGrp="everyone" w:colFirst="1" w:colLast="1"/>
            <w:permEnd w:id="1916875595"/>
            <w:r>
              <w:rPr>
                <w:lang w:val="de-DE"/>
              </w:rPr>
              <w:t>Messpunkt (CHxxx)*</w:t>
            </w:r>
          </w:p>
        </w:tc>
        <w:tc>
          <w:tcPr>
            <w:tcW w:w="5941" w:type="dxa"/>
            <w:tcBorders>
              <w:top w:val="single" w:sz="4" w:space="0" w:color="auto"/>
              <w:left w:val="single" w:sz="4" w:space="0" w:color="auto"/>
              <w:bottom w:val="single" w:sz="4" w:space="0" w:color="auto"/>
            </w:tcBorders>
          </w:tcPr>
          <w:p w14:paraId="1CBB2024" w14:textId="77777777" w:rsidR="00D65D0E" w:rsidRPr="00BA28FC" w:rsidRDefault="00D65D0E" w:rsidP="00C6608F">
            <w:pPr>
              <w:rPr>
                <w:lang w:val="de-DE"/>
              </w:rPr>
            </w:pPr>
          </w:p>
        </w:tc>
      </w:tr>
      <w:tr w:rsidR="00D65D0E" w14:paraId="65BBD285" w14:textId="77777777" w:rsidTr="00C6608F">
        <w:tc>
          <w:tcPr>
            <w:tcW w:w="2689" w:type="dxa"/>
            <w:tcBorders>
              <w:top w:val="single" w:sz="4" w:space="0" w:color="auto"/>
              <w:bottom w:val="single" w:sz="4" w:space="0" w:color="auto"/>
              <w:right w:val="single" w:sz="4" w:space="0" w:color="auto"/>
            </w:tcBorders>
          </w:tcPr>
          <w:p w14:paraId="359A53B7" w14:textId="77777777" w:rsidR="00D65D0E" w:rsidRPr="00BA28FC" w:rsidRDefault="00D65D0E" w:rsidP="00C6608F">
            <w:pPr>
              <w:rPr>
                <w:lang w:val="de-DE"/>
              </w:rPr>
            </w:pPr>
            <w:permStart w:id="1022832447" w:edGrp="everyone" w:colFirst="1" w:colLast="1"/>
            <w:permEnd w:id="825651485"/>
            <w:r>
              <w:rPr>
                <w:lang w:val="de-DE"/>
              </w:rPr>
              <w:t>Zählernummer (optional)</w:t>
            </w:r>
          </w:p>
        </w:tc>
        <w:tc>
          <w:tcPr>
            <w:tcW w:w="5941" w:type="dxa"/>
            <w:tcBorders>
              <w:top w:val="single" w:sz="4" w:space="0" w:color="auto"/>
              <w:left w:val="single" w:sz="4" w:space="0" w:color="auto"/>
              <w:bottom w:val="single" w:sz="4" w:space="0" w:color="auto"/>
            </w:tcBorders>
          </w:tcPr>
          <w:p w14:paraId="7C8A6E71" w14:textId="77777777" w:rsidR="00D65D0E" w:rsidRPr="00BA28FC" w:rsidRDefault="00D65D0E" w:rsidP="00C6608F">
            <w:pPr>
              <w:rPr>
                <w:lang w:val="de-DE"/>
              </w:rPr>
            </w:pPr>
          </w:p>
        </w:tc>
      </w:tr>
      <w:tr w:rsidR="00D65D0E" w14:paraId="54469511" w14:textId="77777777" w:rsidTr="00C6608F">
        <w:tc>
          <w:tcPr>
            <w:tcW w:w="2689" w:type="dxa"/>
            <w:tcBorders>
              <w:top w:val="single" w:sz="4" w:space="0" w:color="auto"/>
              <w:bottom w:val="single" w:sz="4" w:space="0" w:color="auto"/>
              <w:right w:val="single" w:sz="4" w:space="0" w:color="auto"/>
            </w:tcBorders>
          </w:tcPr>
          <w:p w14:paraId="718820B0" w14:textId="77777777" w:rsidR="00D65D0E" w:rsidRPr="00BA28FC" w:rsidRDefault="00D65D0E" w:rsidP="00C6608F">
            <w:pPr>
              <w:rPr>
                <w:lang w:val="de-DE"/>
              </w:rPr>
            </w:pPr>
            <w:permStart w:id="1486947146" w:edGrp="everyone" w:colFirst="1" w:colLast="1"/>
            <w:permEnd w:id="1022832447"/>
            <w:r>
              <w:rPr>
                <w:lang w:val="de-DE"/>
              </w:rPr>
              <w:t>Adresse</w:t>
            </w:r>
          </w:p>
        </w:tc>
        <w:tc>
          <w:tcPr>
            <w:tcW w:w="5941" w:type="dxa"/>
            <w:tcBorders>
              <w:top w:val="single" w:sz="4" w:space="0" w:color="auto"/>
              <w:left w:val="single" w:sz="4" w:space="0" w:color="auto"/>
              <w:bottom w:val="single" w:sz="4" w:space="0" w:color="auto"/>
            </w:tcBorders>
          </w:tcPr>
          <w:p w14:paraId="0E5B011E" w14:textId="77777777" w:rsidR="00D65D0E" w:rsidRPr="00BA28FC" w:rsidRDefault="00D65D0E" w:rsidP="00C6608F">
            <w:pPr>
              <w:rPr>
                <w:lang w:val="de-DE"/>
              </w:rPr>
            </w:pPr>
          </w:p>
        </w:tc>
      </w:tr>
      <w:tr w:rsidR="00D65D0E" w14:paraId="4258D7E3" w14:textId="77777777" w:rsidTr="00C6608F">
        <w:tc>
          <w:tcPr>
            <w:tcW w:w="2689" w:type="dxa"/>
            <w:tcBorders>
              <w:top w:val="single" w:sz="4" w:space="0" w:color="auto"/>
              <w:bottom w:val="single" w:sz="4" w:space="0" w:color="auto"/>
              <w:right w:val="single" w:sz="4" w:space="0" w:color="auto"/>
            </w:tcBorders>
          </w:tcPr>
          <w:p w14:paraId="32D19DB8" w14:textId="77777777" w:rsidR="00D65D0E" w:rsidRPr="00BA28FC" w:rsidRDefault="00D65D0E" w:rsidP="00C6608F">
            <w:pPr>
              <w:rPr>
                <w:lang w:val="de-DE"/>
              </w:rPr>
            </w:pPr>
            <w:permStart w:id="1216893124" w:edGrp="everyone" w:colFirst="1" w:colLast="1"/>
            <w:permEnd w:id="1486947146"/>
            <w:r>
              <w:rPr>
                <w:lang w:val="de-DE"/>
              </w:rPr>
              <w:t>PLZ,Ort</w:t>
            </w:r>
          </w:p>
        </w:tc>
        <w:tc>
          <w:tcPr>
            <w:tcW w:w="5941" w:type="dxa"/>
            <w:tcBorders>
              <w:top w:val="single" w:sz="4" w:space="0" w:color="auto"/>
              <w:left w:val="single" w:sz="4" w:space="0" w:color="auto"/>
              <w:bottom w:val="single" w:sz="4" w:space="0" w:color="auto"/>
            </w:tcBorders>
          </w:tcPr>
          <w:p w14:paraId="2E9C6EF1" w14:textId="77777777" w:rsidR="00D65D0E" w:rsidRPr="00BA28FC" w:rsidRDefault="00D65D0E" w:rsidP="00C6608F">
            <w:pPr>
              <w:rPr>
                <w:lang w:val="de-DE"/>
              </w:rPr>
            </w:pPr>
          </w:p>
        </w:tc>
      </w:tr>
      <w:permEnd w:id="1216893124"/>
    </w:tbl>
    <w:p w14:paraId="4968F1DE" w14:textId="77777777" w:rsidR="00D65D0E" w:rsidRDefault="00D65D0E" w:rsidP="00D65D0E">
      <w:pPr>
        <w:rPr>
          <w:b/>
          <w:bCs/>
          <w:lang w:val="de-DE"/>
        </w:rPr>
      </w:pPr>
    </w:p>
    <w:p w14:paraId="5A13B0F5" w14:textId="273855D6" w:rsidR="00D65D0E" w:rsidRPr="003C38D3" w:rsidRDefault="00D65D0E" w:rsidP="00D65D0E">
      <w:pPr>
        <w:spacing w:after="0"/>
        <w:rPr>
          <w:b/>
          <w:bCs/>
          <w:lang w:val="de-DE"/>
        </w:rPr>
      </w:pPr>
      <w:r w:rsidRPr="003C38D3">
        <w:rPr>
          <w:b/>
          <w:bCs/>
          <w:lang w:val="de-DE"/>
        </w:rPr>
        <w:t xml:space="preserve">Standort </w:t>
      </w:r>
      <w:r>
        <w:rPr>
          <w:b/>
          <w:bCs/>
          <w:lang w:val="de-DE"/>
        </w:rPr>
        <w:t>6</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5941"/>
      </w:tblGrid>
      <w:tr w:rsidR="00D65D0E" w14:paraId="1B531BD9" w14:textId="77777777" w:rsidTr="00C6608F">
        <w:tc>
          <w:tcPr>
            <w:tcW w:w="2689" w:type="dxa"/>
            <w:tcBorders>
              <w:bottom w:val="single" w:sz="4" w:space="0" w:color="auto"/>
              <w:right w:val="single" w:sz="4" w:space="0" w:color="auto"/>
            </w:tcBorders>
          </w:tcPr>
          <w:p w14:paraId="407882A4" w14:textId="77777777" w:rsidR="00D65D0E" w:rsidRPr="00BA28FC" w:rsidRDefault="00D65D0E" w:rsidP="00C6608F">
            <w:pPr>
              <w:rPr>
                <w:lang w:val="de-DE"/>
              </w:rPr>
            </w:pPr>
            <w:permStart w:id="1880304471" w:edGrp="everyone" w:colFirst="1" w:colLast="1"/>
            <w:r>
              <w:rPr>
                <w:lang w:val="de-DE"/>
              </w:rPr>
              <w:t>Eigentümerschaft oder bevollmächtigte Vertreter</w:t>
            </w:r>
          </w:p>
        </w:tc>
        <w:tc>
          <w:tcPr>
            <w:tcW w:w="5941" w:type="dxa"/>
            <w:tcBorders>
              <w:left w:val="single" w:sz="4" w:space="0" w:color="auto"/>
              <w:bottom w:val="single" w:sz="4" w:space="0" w:color="auto"/>
            </w:tcBorders>
          </w:tcPr>
          <w:p w14:paraId="6A38AD09" w14:textId="77777777" w:rsidR="00D65D0E" w:rsidRPr="00BA28FC" w:rsidRDefault="00D65D0E" w:rsidP="00C6608F">
            <w:pPr>
              <w:rPr>
                <w:lang w:val="de-DE"/>
              </w:rPr>
            </w:pPr>
          </w:p>
        </w:tc>
      </w:tr>
      <w:tr w:rsidR="00D65D0E" w14:paraId="3FF022BA" w14:textId="77777777" w:rsidTr="00C6608F">
        <w:tc>
          <w:tcPr>
            <w:tcW w:w="2689" w:type="dxa"/>
            <w:tcBorders>
              <w:top w:val="single" w:sz="4" w:space="0" w:color="auto"/>
              <w:bottom w:val="single" w:sz="4" w:space="0" w:color="auto"/>
              <w:right w:val="single" w:sz="4" w:space="0" w:color="auto"/>
            </w:tcBorders>
          </w:tcPr>
          <w:p w14:paraId="5E6004AF" w14:textId="77777777" w:rsidR="00D65D0E" w:rsidRPr="00BA28FC" w:rsidRDefault="00D65D0E" w:rsidP="00C6608F">
            <w:pPr>
              <w:rPr>
                <w:lang w:val="de-DE"/>
              </w:rPr>
            </w:pPr>
            <w:permStart w:id="65162218" w:edGrp="everyone" w:colFirst="1" w:colLast="1"/>
            <w:permEnd w:id="1880304471"/>
            <w:r>
              <w:rPr>
                <w:lang w:val="de-DE"/>
              </w:rPr>
              <w:t>Grundstücknummer</w:t>
            </w:r>
          </w:p>
        </w:tc>
        <w:tc>
          <w:tcPr>
            <w:tcW w:w="5941" w:type="dxa"/>
            <w:tcBorders>
              <w:top w:val="single" w:sz="4" w:space="0" w:color="auto"/>
              <w:left w:val="single" w:sz="4" w:space="0" w:color="auto"/>
              <w:bottom w:val="single" w:sz="4" w:space="0" w:color="auto"/>
            </w:tcBorders>
          </w:tcPr>
          <w:p w14:paraId="24A097E6" w14:textId="77777777" w:rsidR="00D65D0E" w:rsidRPr="00BA28FC" w:rsidRDefault="00D65D0E" w:rsidP="00C6608F">
            <w:pPr>
              <w:rPr>
                <w:lang w:val="de-DE"/>
              </w:rPr>
            </w:pPr>
          </w:p>
        </w:tc>
      </w:tr>
      <w:tr w:rsidR="00D65D0E" w14:paraId="6257976A" w14:textId="77777777" w:rsidTr="00C6608F">
        <w:tc>
          <w:tcPr>
            <w:tcW w:w="2689" w:type="dxa"/>
            <w:tcBorders>
              <w:top w:val="single" w:sz="4" w:space="0" w:color="auto"/>
              <w:bottom w:val="single" w:sz="4" w:space="0" w:color="auto"/>
              <w:right w:val="single" w:sz="4" w:space="0" w:color="auto"/>
            </w:tcBorders>
          </w:tcPr>
          <w:p w14:paraId="7A71210B" w14:textId="77777777" w:rsidR="00D65D0E" w:rsidRPr="00BA28FC" w:rsidRDefault="00D65D0E" w:rsidP="00C6608F">
            <w:pPr>
              <w:rPr>
                <w:lang w:val="de-DE"/>
              </w:rPr>
            </w:pPr>
            <w:permStart w:id="1736912737" w:edGrp="everyone" w:colFirst="1" w:colLast="1"/>
            <w:permEnd w:id="65162218"/>
            <w:r>
              <w:rPr>
                <w:lang w:val="de-DE"/>
              </w:rPr>
              <w:t>Messpunkt (CHxxx)*</w:t>
            </w:r>
          </w:p>
        </w:tc>
        <w:tc>
          <w:tcPr>
            <w:tcW w:w="5941" w:type="dxa"/>
            <w:tcBorders>
              <w:top w:val="single" w:sz="4" w:space="0" w:color="auto"/>
              <w:left w:val="single" w:sz="4" w:space="0" w:color="auto"/>
              <w:bottom w:val="single" w:sz="4" w:space="0" w:color="auto"/>
            </w:tcBorders>
          </w:tcPr>
          <w:p w14:paraId="610D9D47" w14:textId="77777777" w:rsidR="00D65D0E" w:rsidRPr="00BA28FC" w:rsidRDefault="00D65D0E" w:rsidP="00C6608F">
            <w:pPr>
              <w:rPr>
                <w:lang w:val="de-DE"/>
              </w:rPr>
            </w:pPr>
          </w:p>
        </w:tc>
      </w:tr>
      <w:tr w:rsidR="00D65D0E" w14:paraId="155D9A30" w14:textId="77777777" w:rsidTr="00C6608F">
        <w:tc>
          <w:tcPr>
            <w:tcW w:w="2689" w:type="dxa"/>
            <w:tcBorders>
              <w:top w:val="single" w:sz="4" w:space="0" w:color="auto"/>
              <w:bottom w:val="single" w:sz="4" w:space="0" w:color="auto"/>
              <w:right w:val="single" w:sz="4" w:space="0" w:color="auto"/>
            </w:tcBorders>
          </w:tcPr>
          <w:p w14:paraId="5558A98E" w14:textId="77777777" w:rsidR="00D65D0E" w:rsidRPr="00BA28FC" w:rsidRDefault="00D65D0E" w:rsidP="00C6608F">
            <w:pPr>
              <w:rPr>
                <w:lang w:val="de-DE"/>
              </w:rPr>
            </w:pPr>
            <w:permStart w:id="1571319690" w:edGrp="everyone" w:colFirst="1" w:colLast="1"/>
            <w:permEnd w:id="1736912737"/>
            <w:r>
              <w:rPr>
                <w:lang w:val="de-DE"/>
              </w:rPr>
              <w:t>Zählernummer (optional)</w:t>
            </w:r>
          </w:p>
        </w:tc>
        <w:tc>
          <w:tcPr>
            <w:tcW w:w="5941" w:type="dxa"/>
            <w:tcBorders>
              <w:top w:val="single" w:sz="4" w:space="0" w:color="auto"/>
              <w:left w:val="single" w:sz="4" w:space="0" w:color="auto"/>
              <w:bottom w:val="single" w:sz="4" w:space="0" w:color="auto"/>
            </w:tcBorders>
          </w:tcPr>
          <w:p w14:paraId="456D8394" w14:textId="77777777" w:rsidR="00D65D0E" w:rsidRPr="00BA28FC" w:rsidRDefault="00D65D0E" w:rsidP="00C6608F">
            <w:pPr>
              <w:rPr>
                <w:lang w:val="de-DE"/>
              </w:rPr>
            </w:pPr>
          </w:p>
        </w:tc>
      </w:tr>
      <w:tr w:rsidR="00D65D0E" w14:paraId="2014F0AB" w14:textId="77777777" w:rsidTr="00C6608F">
        <w:tc>
          <w:tcPr>
            <w:tcW w:w="2689" w:type="dxa"/>
            <w:tcBorders>
              <w:top w:val="single" w:sz="4" w:space="0" w:color="auto"/>
              <w:bottom w:val="single" w:sz="4" w:space="0" w:color="auto"/>
              <w:right w:val="single" w:sz="4" w:space="0" w:color="auto"/>
            </w:tcBorders>
          </w:tcPr>
          <w:p w14:paraId="42F0D99C" w14:textId="77777777" w:rsidR="00D65D0E" w:rsidRPr="00BA28FC" w:rsidRDefault="00D65D0E" w:rsidP="00C6608F">
            <w:pPr>
              <w:rPr>
                <w:lang w:val="de-DE"/>
              </w:rPr>
            </w:pPr>
            <w:permStart w:id="426267286" w:edGrp="everyone" w:colFirst="1" w:colLast="1"/>
            <w:permEnd w:id="1571319690"/>
            <w:r>
              <w:rPr>
                <w:lang w:val="de-DE"/>
              </w:rPr>
              <w:t>Adresse</w:t>
            </w:r>
          </w:p>
        </w:tc>
        <w:tc>
          <w:tcPr>
            <w:tcW w:w="5941" w:type="dxa"/>
            <w:tcBorders>
              <w:top w:val="single" w:sz="4" w:space="0" w:color="auto"/>
              <w:left w:val="single" w:sz="4" w:space="0" w:color="auto"/>
              <w:bottom w:val="single" w:sz="4" w:space="0" w:color="auto"/>
            </w:tcBorders>
          </w:tcPr>
          <w:p w14:paraId="2CD91C07" w14:textId="77777777" w:rsidR="00D65D0E" w:rsidRPr="00BA28FC" w:rsidRDefault="00D65D0E" w:rsidP="00C6608F">
            <w:pPr>
              <w:rPr>
                <w:lang w:val="de-DE"/>
              </w:rPr>
            </w:pPr>
          </w:p>
        </w:tc>
      </w:tr>
      <w:tr w:rsidR="00D65D0E" w14:paraId="5F942C45" w14:textId="77777777" w:rsidTr="00C6608F">
        <w:tc>
          <w:tcPr>
            <w:tcW w:w="2689" w:type="dxa"/>
            <w:tcBorders>
              <w:top w:val="single" w:sz="4" w:space="0" w:color="auto"/>
              <w:bottom w:val="single" w:sz="4" w:space="0" w:color="auto"/>
              <w:right w:val="single" w:sz="4" w:space="0" w:color="auto"/>
            </w:tcBorders>
          </w:tcPr>
          <w:p w14:paraId="5E618578" w14:textId="77777777" w:rsidR="00D65D0E" w:rsidRPr="00BA28FC" w:rsidRDefault="00D65D0E" w:rsidP="00C6608F">
            <w:pPr>
              <w:rPr>
                <w:lang w:val="de-DE"/>
              </w:rPr>
            </w:pPr>
            <w:permStart w:id="1104698035" w:edGrp="everyone" w:colFirst="1" w:colLast="1"/>
            <w:permEnd w:id="426267286"/>
            <w:r>
              <w:rPr>
                <w:lang w:val="de-DE"/>
              </w:rPr>
              <w:t>PLZ,Ort</w:t>
            </w:r>
          </w:p>
        </w:tc>
        <w:tc>
          <w:tcPr>
            <w:tcW w:w="5941" w:type="dxa"/>
            <w:tcBorders>
              <w:top w:val="single" w:sz="4" w:space="0" w:color="auto"/>
              <w:left w:val="single" w:sz="4" w:space="0" w:color="auto"/>
              <w:bottom w:val="single" w:sz="4" w:space="0" w:color="auto"/>
            </w:tcBorders>
          </w:tcPr>
          <w:p w14:paraId="5E4A3305" w14:textId="77777777" w:rsidR="00D65D0E" w:rsidRPr="00BA28FC" w:rsidRDefault="00D65D0E" w:rsidP="00C6608F">
            <w:pPr>
              <w:rPr>
                <w:lang w:val="de-DE"/>
              </w:rPr>
            </w:pPr>
          </w:p>
        </w:tc>
      </w:tr>
      <w:permEnd w:id="1104698035"/>
    </w:tbl>
    <w:p w14:paraId="629FE66F" w14:textId="77777777" w:rsidR="00D65D0E" w:rsidRDefault="00D65D0E" w:rsidP="009709D3">
      <w:pPr>
        <w:rPr>
          <w:b/>
          <w:bCs/>
          <w:lang w:val="de-DE"/>
        </w:rPr>
      </w:pPr>
    </w:p>
    <w:p w14:paraId="4C7A1246" w14:textId="77777777" w:rsidR="00BC2760" w:rsidRPr="00BA28FC" w:rsidRDefault="00BC2760" w:rsidP="00BC2760">
      <w:pPr>
        <w:rPr>
          <w:b/>
          <w:bCs/>
          <w:lang w:val="de-DE"/>
        </w:rPr>
      </w:pPr>
      <w:r>
        <w:rPr>
          <w:b/>
          <w:bCs/>
          <w:lang w:val="de-DE"/>
        </w:rPr>
        <w:t xml:space="preserve">* </w:t>
      </w:r>
      <w:r w:rsidRPr="0058501B">
        <w:rPr>
          <w:lang w:val="de-DE"/>
        </w:rPr>
        <w:t>Auf der Stromrechnung zu finden</w:t>
      </w:r>
    </w:p>
    <w:p w14:paraId="540363F1" w14:textId="77777777" w:rsidR="005A2F8F" w:rsidRDefault="005A2F8F" w:rsidP="009709D3">
      <w:pPr>
        <w:rPr>
          <w:b/>
          <w:bCs/>
          <w:lang w:val="de-DE"/>
        </w:rPr>
      </w:pPr>
    </w:p>
    <w:p w14:paraId="5ED5D3C7" w14:textId="4C2A633E" w:rsidR="009709D3" w:rsidRDefault="00715484" w:rsidP="00BA28FC">
      <w:pPr>
        <w:rPr>
          <w:b/>
          <w:bCs/>
          <w:lang w:val="de-DE"/>
        </w:rPr>
      </w:pPr>
      <w:r>
        <w:rPr>
          <w:b/>
          <w:bCs/>
          <w:lang w:val="de-DE"/>
        </w:rPr>
        <w:br w:type="page"/>
      </w:r>
    </w:p>
    <w:p w14:paraId="276BAE1E" w14:textId="77777777" w:rsidR="003C38D3" w:rsidRDefault="003C38D3" w:rsidP="003C38D3">
      <w:pPr>
        <w:rPr>
          <w:b/>
          <w:bCs/>
          <w:lang w:val="de-DE"/>
        </w:rPr>
      </w:pPr>
      <w:r w:rsidRPr="003C38D3">
        <w:rPr>
          <w:b/>
          <w:bCs/>
          <w:lang w:val="de-DE"/>
        </w:rPr>
        <w:lastRenderedPageBreak/>
        <w:t>Zusätzliche Bestandteile</w:t>
      </w:r>
    </w:p>
    <w:p w14:paraId="5D914A68" w14:textId="29E068A0" w:rsidR="00BC2760" w:rsidRPr="003C38D3" w:rsidRDefault="00BC2760" w:rsidP="003C38D3">
      <w:pPr>
        <w:rPr>
          <w:b/>
          <w:bCs/>
          <w:lang w:val="de-DE"/>
        </w:rPr>
      </w:pPr>
      <w:r w:rsidRPr="003C38D3">
        <w:rPr>
          <w:lang w:val="de-DE"/>
        </w:rPr>
        <w:t>Die Anmeldung richtet sich nach der aktuell gültigen Gesetzgebung und den</w:t>
      </w:r>
      <w:r>
        <w:rPr>
          <w:lang w:val="de-DE"/>
        </w:rPr>
        <w:t xml:space="preserve"> </w:t>
      </w:r>
      <w:r w:rsidRPr="003C38D3">
        <w:rPr>
          <w:lang w:val="de-DE"/>
        </w:rPr>
        <w:t>allgemein anerkannten Branchenvorgaben.</w:t>
      </w:r>
    </w:p>
    <w:tbl>
      <w:tblPr>
        <w:tblStyle w:val="Tabellenraster"/>
        <w:tblW w:w="0" w:type="auto"/>
        <w:tblLook w:val="04A0" w:firstRow="1" w:lastRow="0" w:firstColumn="1" w:lastColumn="0" w:noHBand="0" w:noVBand="1"/>
      </w:tblPr>
      <w:tblGrid>
        <w:gridCol w:w="2830"/>
        <w:gridCol w:w="5800"/>
      </w:tblGrid>
      <w:tr w:rsidR="00BC2760" w:rsidRPr="00BC2760" w14:paraId="3976B0AE" w14:textId="77777777" w:rsidTr="00BC2760">
        <w:tc>
          <w:tcPr>
            <w:tcW w:w="2830" w:type="dxa"/>
            <w:tcBorders>
              <w:top w:val="single" w:sz="4" w:space="0" w:color="auto"/>
              <w:left w:val="nil"/>
              <w:bottom w:val="single" w:sz="4" w:space="0" w:color="auto"/>
              <w:right w:val="nil"/>
            </w:tcBorders>
          </w:tcPr>
          <w:p w14:paraId="61581859" w14:textId="52E95E17" w:rsidR="00BC2760" w:rsidRPr="00BC2760" w:rsidRDefault="00BC2760" w:rsidP="00BC2760">
            <w:pPr>
              <w:pStyle w:val="Listenabsatz"/>
              <w:numPr>
                <w:ilvl w:val="0"/>
                <w:numId w:val="22"/>
              </w:numPr>
              <w:rPr>
                <w:sz w:val="18"/>
                <w:szCs w:val="18"/>
                <w:lang w:val="de-DE"/>
              </w:rPr>
            </w:pPr>
            <w:r w:rsidRPr="00BC2760">
              <w:rPr>
                <w:sz w:val="18"/>
                <w:szCs w:val="18"/>
                <w:lang w:val="de-DE"/>
              </w:rPr>
              <w:t>Bedingungen und Pflichten</w:t>
            </w:r>
          </w:p>
        </w:tc>
        <w:tc>
          <w:tcPr>
            <w:tcW w:w="5800" w:type="dxa"/>
            <w:tcBorders>
              <w:top w:val="single" w:sz="4" w:space="0" w:color="auto"/>
              <w:left w:val="nil"/>
              <w:bottom w:val="single" w:sz="4" w:space="0" w:color="auto"/>
              <w:right w:val="nil"/>
            </w:tcBorders>
          </w:tcPr>
          <w:p w14:paraId="4C0F41D1" w14:textId="27438E22" w:rsidR="00784CB0" w:rsidRDefault="00A40CED" w:rsidP="00257B35">
            <w:pPr>
              <w:pStyle w:val="Listenabsatz"/>
              <w:numPr>
                <w:ilvl w:val="1"/>
                <w:numId w:val="22"/>
              </w:numPr>
              <w:rPr>
                <w:sz w:val="18"/>
                <w:szCs w:val="18"/>
              </w:rPr>
            </w:pPr>
            <w:r w:rsidRPr="00A40CED">
              <w:rPr>
                <w:sz w:val="18"/>
                <w:szCs w:val="18"/>
              </w:rPr>
              <w:t>Ein ZEV stellt einen einzigen Endverbraucher im Sinne der Gesetzgebung des StromVG dar und verfügt nur über einen einzigen Netzanschluss. Somit hat der VNB seine stromversorgungs</w:t>
            </w:r>
            <w:r w:rsidR="00C970AA">
              <w:rPr>
                <w:sz w:val="18"/>
                <w:szCs w:val="18"/>
              </w:rPr>
              <w:t>-</w:t>
            </w:r>
            <w:r w:rsidRPr="00A40CED">
              <w:rPr>
                <w:sz w:val="18"/>
                <w:szCs w:val="18"/>
              </w:rPr>
              <w:t xml:space="preserve">rechtlichen Pflichten grundsätzlich nur gegenüber dem ZEV als Ganzes wahrzunehmen. </w:t>
            </w:r>
          </w:p>
          <w:p w14:paraId="3C8F7486" w14:textId="77777777" w:rsidR="00A40CED" w:rsidRPr="00A40CED" w:rsidRDefault="00A40CED" w:rsidP="00A40CED">
            <w:pPr>
              <w:pStyle w:val="Listenabsatz"/>
              <w:ind w:left="360"/>
              <w:rPr>
                <w:sz w:val="18"/>
                <w:szCs w:val="18"/>
              </w:rPr>
            </w:pPr>
          </w:p>
          <w:p w14:paraId="042FA620" w14:textId="112E1539" w:rsidR="00784CB0" w:rsidRDefault="00A40CED" w:rsidP="003C21FA">
            <w:pPr>
              <w:pStyle w:val="Listenabsatz"/>
              <w:numPr>
                <w:ilvl w:val="1"/>
                <w:numId w:val="22"/>
              </w:numPr>
              <w:rPr>
                <w:sz w:val="18"/>
                <w:szCs w:val="18"/>
              </w:rPr>
            </w:pPr>
            <w:r w:rsidRPr="00A40CED">
              <w:rPr>
                <w:sz w:val="18"/>
                <w:szCs w:val="18"/>
              </w:rPr>
              <w:t>Der ZEV kann über mehrere Grundstücke hinweg gebildet werden (vgl. Art. 16 Abs.1 und 17 Abs.1 EnG sowie Art.14 EnV). Eine räumliche Einschränkung gibt es nicht. Das Verteilnetz darf indes nicht zur Elektrizitätsverteilung zwischen den Produktionsanlagen und Verbrauchsstätte des ZEV beansprucht werden. Sind die betreffenden Grundstücke nicht direkt aneinander angrenzend oder nehmen einzelne Grundstücke nicht am ZEV teil, ist deshalb vorausgesetzt, dass die betroffenen Grundeigentümer und Grundeigentümerinnen ihr Einverständnis für die auf ihrem Grund erforderlichen Durchleitungsrechte erteilen. Diese Zustimmungserfordernis ergibt sich aus dem Sachenrecht.</w:t>
            </w:r>
          </w:p>
          <w:p w14:paraId="4610C6DC" w14:textId="77777777" w:rsidR="00715484" w:rsidRPr="00715484" w:rsidRDefault="00715484" w:rsidP="00715484">
            <w:pPr>
              <w:rPr>
                <w:sz w:val="18"/>
                <w:szCs w:val="18"/>
              </w:rPr>
            </w:pPr>
          </w:p>
          <w:p w14:paraId="302CFD80" w14:textId="4B765461" w:rsidR="00784CB0" w:rsidRDefault="00715484" w:rsidP="000F17B0">
            <w:pPr>
              <w:pStyle w:val="Listenabsatz"/>
              <w:numPr>
                <w:ilvl w:val="1"/>
                <w:numId w:val="22"/>
              </w:numPr>
              <w:rPr>
                <w:sz w:val="18"/>
                <w:szCs w:val="18"/>
              </w:rPr>
            </w:pPr>
            <w:r w:rsidRPr="00715484">
              <w:rPr>
                <w:sz w:val="18"/>
                <w:szCs w:val="18"/>
              </w:rPr>
              <w:t>Ein ZEV ist nur zulässig, wenn die Produktionsleistung der Anlage oder der Anlagen mindestens 10 Prozent der Anschlussleistung des Zusammenschlusses beträgt (Art.15 Abs.1 EnV). Als Produktionsleistung ist die Anlagenleistung zu verstehen, wie sie in Art. 13 EnV definiert ist. Bei PV-Anlagen ist die normierte Leistung der Modulvorderseite ausschlaggebend. Dabei werden Anlagen, die während höchstens 500 Stunden pro Jahr betrieben werden, für die Bestimmung der Produktionsleistung nicht berücksichtigt. Falls sich die Anschlu</w:t>
            </w:r>
            <w:permStart w:id="1598761928" w:edGrp="everyone"/>
            <w:permEnd w:id="1598761928"/>
            <w:r w:rsidRPr="00715484">
              <w:rPr>
                <w:sz w:val="18"/>
                <w:szCs w:val="18"/>
              </w:rPr>
              <w:t xml:space="preserve">ssleistung zu einem späteren Zeitpunkt ändert, so dass die Produktionsleistung weniger als 10% beträgt, gilt praxisgemäss Folgendes: Der ZEV kann nur dann weitergeführt werden, wenn die Gründe für die Veränderung bei den bestehenden Teilnehmern eingetreten sind. Dazu gehören beispielsweise die Erhöhung der Anschlussleistung aufgrund der Installation einer Wärmepumpe oder von Elektroauto-Ladestationen. Wenn die Anschlussleistung jedoch erhöht wird, weil der ZEV um neue Teilnehmer erweitert wird, müssen die 10% Produktionsleistung weiterhin eingehalten werden, beispielsweise durch Vergrösserung der Photovoltaik-Anlagen (vgl. Art. 15 EnV). Beispiel: 10-Familienhaus mit 100 Ampère Anschluss-Sicherung. Dies entspricht bei 400 Volt einer Anschlussleistung von rund 70 Kilowatt. Wenn alle Parteien mitmachen, genügt also eine Photovoltaikanlage mit 7 Kilowatt installierter Leistung (ca. 35-40 m2 Fläche) zur Bildung eines ZEV. </w:t>
            </w:r>
          </w:p>
          <w:p w14:paraId="27116437" w14:textId="77777777" w:rsidR="00715484" w:rsidRPr="00715484" w:rsidRDefault="00715484" w:rsidP="00715484">
            <w:pPr>
              <w:pStyle w:val="Listenabsatz"/>
              <w:ind w:left="360"/>
              <w:rPr>
                <w:sz w:val="18"/>
                <w:szCs w:val="18"/>
              </w:rPr>
            </w:pPr>
          </w:p>
          <w:p w14:paraId="039B2D32" w14:textId="44A0FF01" w:rsidR="00784CB0" w:rsidRDefault="00715484" w:rsidP="00E92A33">
            <w:pPr>
              <w:pStyle w:val="Listenabsatz"/>
              <w:numPr>
                <w:ilvl w:val="1"/>
                <w:numId w:val="22"/>
              </w:numPr>
              <w:rPr>
                <w:sz w:val="18"/>
                <w:szCs w:val="18"/>
              </w:rPr>
            </w:pPr>
            <w:r w:rsidRPr="00715484">
              <w:rPr>
                <w:sz w:val="18"/>
                <w:szCs w:val="18"/>
              </w:rPr>
              <w:t>Die interne Organisation (Elektrizitätsproduktion, -verteilung, -messung etc.) ist Sache des ZEV. Zu beachten sind die Anforderungen aus der Messgesetzgebung. Weiteres ergibt sich aus dem Obligationenrecht. Nehmen Mieter oder Pächter am ZEV teil, sind insbesondere auch die Schutzbestimmungen von Art. 16 EnV massgeblich.</w:t>
            </w:r>
          </w:p>
          <w:p w14:paraId="5B78FF12" w14:textId="77777777" w:rsidR="00715484" w:rsidRDefault="00715484" w:rsidP="00715484">
            <w:pPr>
              <w:rPr>
                <w:sz w:val="18"/>
                <w:szCs w:val="18"/>
              </w:rPr>
            </w:pPr>
          </w:p>
          <w:p w14:paraId="1920A3CF" w14:textId="77777777" w:rsidR="00715484" w:rsidRPr="00715484" w:rsidRDefault="00715484" w:rsidP="00715484">
            <w:pPr>
              <w:rPr>
                <w:sz w:val="18"/>
                <w:szCs w:val="18"/>
              </w:rPr>
            </w:pPr>
          </w:p>
          <w:p w14:paraId="36262FDB" w14:textId="46E62888" w:rsidR="00784CB0" w:rsidRDefault="00715484" w:rsidP="002001AA">
            <w:pPr>
              <w:pStyle w:val="Listenabsatz"/>
              <w:numPr>
                <w:ilvl w:val="1"/>
                <w:numId w:val="22"/>
              </w:numPr>
              <w:rPr>
                <w:sz w:val="18"/>
                <w:szCs w:val="18"/>
              </w:rPr>
            </w:pPr>
            <w:r w:rsidRPr="00715484">
              <w:rPr>
                <w:sz w:val="18"/>
                <w:szCs w:val="18"/>
              </w:rPr>
              <w:lastRenderedPageBreak/>
              <w:t>Bei einem ZEV mit einem Stromverbrauch von mehr als 100 MWh pro Jahr ist der Zugang zum freien Strommarkt offen (vgl. Art. 18 Abs. 2 EnG i.V.m. Art. 6 Abs. 2 und 6 e contrario sowie Art. 13 Abs. 1 StromVG). Diese Schwelle dürfte in der Regel ab ca. 30 Wohnungen überschritten werden, kann insbesondere im Zusammenhang mit der Elektromobilität aber auch früher erreicht werden.</w:t>
            </w:r>
          </w:p>
          <w:p w14:paraId="05F5EF33" w14:textId="77777777" w:rsidR="00715484" w:rsidRPr="00715484" w:rsidRDefault="00715484" w:rsidP="00715484">
            <w:pPr>
              <w:pStyle w:val="Listenabsatz"/>
              <w:ind w:left="360"/>
              <w:rPr>
                <w:sz w:val="18"/>
                <w:szCs w:val="18"/>
              </w:rPr>
            </w:pPr>
          </w:p>
          <w:p w14:paraId="5765F532" w14:textId="171BF8CC" w:rsidR="00784CB0" w:rsidRDefault="00715484" w:rsidP="0083317B">
            <w:pPr>
              <w:pStyle w:val="Listenabsatz"/>
              <w:numPr>
                <w:ilvl w:val="1"/>
                <w:numId w:val="22"/>
              </w:numPr>
              <w:rPr>
                <w:sz w:val="18"/>
                <w:szCs w:val="18"/>
              </w:rPr>
            </w:pPr>
            <w:r w:rsidRPr="00715484">
              <w:rPr>
                <w:sz w:val="18"/>
                <w:szCs w:val="18"/>
              </w:rPr>
              <w:t>Wenn die Anschlussleistung der am ZEV beteiligten Produktions</w:t>
            </w:r>
            <w:r>
              <w:rPr>
                <w:sz w:val="18"/>
                <w:szCs w:val="18"/>
              </w:rPr>
              <w:t>-</w:t>
            </w:r>
            <w:r w:rsidRPr="00715484">
              <w:rPr>
                <w:sz w:val="18"/>
                <w:szCs w:val="18"/>
              </w:rPr>
              <w:t>anlage über 30 kVA liegt, ist die Anlage erfassungspflichtig im Herkunftsnachweis-System (Art. 2 Abs. 1 und 2 Bst. c EnV).</w:t>
            </w:r>
          </w:p>
          <w:p w14:paraId="73D3AAD3" w14:textId="77777777" w:rsidR="00715484" w:rsidRPr="00715484" w:rsidRDefault="00715484" w:rsidP="00715484">
            <w:pPr>
              <w:pStyle w:val="Listenabsatz"/>
              <w:rPr>
                <w:sz w:val="18"/>
                <w:szCs w:val="18"/>
              </w:rPr>
            </w:pPr>
          </w:p>
          <w:p w14:paraId="3BB397CF" w14:textId="7B418F08" w:rsidR="00715484" w:rsidRPr="00715484" w:rsidRDefault="00715484" w:rsidP="0083317B">
            <w:pPr>
              <w:pStyle w:val="Listenabsatz"/>
              <w:numPr>
                <w:ilvl w:val="1"/>
                <w:numId w:val="22"/>
              </w:numPr>
              <w:rPr>
                <w:sz w:val="18"/>
                <w:szCs w:val="18"/>
              </w:rPr>
            </w:pPr>
            <w:r w:rsidRPr="00715484">
              <w:rPr>
                <w:sz w:val="18"/>
                <w:szCs w:val="18"/>
              </w:rPr>
              <w:t xml:space="preserve">Der ZEV stellt einen einzigen Endverbraucher dar (Art. 18 Abs. 1 EnG). Der VNB misst deshalb grundsätzlich nur das, was der gesamte ZEV am Netzanschlusspunkt- ins Netz einspeist und daraus bezieht. Darüber hinaus misst er die Produktion von Anlagen, die am Herkunftsnachweissystem teilnehmen (obligatorisch ab einer Leistung über 30 kVA) oder eine kostendeckende Einspeisevergütung erhalten. Für alles andere, was innerhalb des ZEV, also hinter dem Netzanschlusspunkt, passiert, muss der ZEV selber besorgt sein, so beispielsweise für die Messung des individuellen Verbrauchs der am </w:t>
            </w:r>
            <w:r w:rsidR="00C970AA" w:rsidRPr="00715484">
              <w:rPr>
                <w:sz w:val="18"/>
                <w:szCs w:val="18"/>
              </w:rPr>
              <w:t>ZEV-Beteiligten</w:t>
            </w:r>
            <w:r w:rsidRPr="00715484">
              <w:rPr>
                <w:sz w:val="18"/>
                <w:szCs w:val="18"/>
              </w:rPr>
              <w:t xml:space="preserve"> bzw. Teilnehmenden (siehe Kap. 3.9), die Aufteilung der gesamten Stromkosten und die Abrechnung5. Dabei sind die allgemeinen Anforderungen aus der Messgesetzgebung zu beachten.</w:t>
            </w:r>
          </w:p>
          <w:p w14:paraId="0BAAFB48" w14:textId="17AF5A6A" w:rsidR="00784CB0" w:rsidRPr="00BC2760" w:rsidRDefault="00784CB0" w:rsidP="00784CB0">
            <w:pPr>
              <w:pStyle w:val="Listenabsatz"/>
              <w:rPr>
                <w:sz w:val="18"/>
                <w:szCs w:val="18"/>
              </w:rPr>
            </w:pPr>
          </w:p>
        </w:tc>
      </w:tr>
    </w:tbl>
    <w:p w14:paraId="05AEA270" w14:textId="77777777" w:rsidR="00BC2760" w:rsidRDefault="00BC2760" w:rsidP="003C38D3">
      <w:pPr>
        <w:rPr>
          <w:lang w:val="de-DE"/>
        </w:rPr>
      </w:pPr>
    </w:p>
    <w:p w14:paraId="7545F1EF" w14:textId="48546DB7" w:rsidR="00C970AA" w:rsidRDefault="00C970AA" w:rsidP="003C38D3">
      <w:r w:rsidRPr="00C970AA">
        <w:t>Die folgende Abbildung zeigt die 3 Möglichkeiten des Eigenverbrauchs (einfacher Eigenverbrauch, Praxismodell VNB und ZEV) auf.</w:t>
      </w:r>
    </w:p>
    <w:p w14:paraId="20B1099D" w14:textId="0E0B0EF5" w:rsidR="00784CB0" w:rsidRDefault="00C970AA" w:rsidP="003C38D3">
      <w:pPr>
        <w:rPr>
          <w:lang w:val="de-DE"/>
        </w:rPr>
      </w:pPr>
      <w:r w:rsidRPr="00C970AA">
        <w:rPr>
          <w:noProof/>
          <w:lang w:val="de-DE"/>
        </w:rPr>
        <w:drawing>
          <wp:inline distT="0" distB="0" distL="0" distR="0" wp14:anchorId="42DB667F" wp14:editId="04435C96">
            <wp:extent cx="5486400" cy="2734945"/>
            <wp:effectExtent l="0" t="0" r="0" b="8255"/>
            <wp:docPr id="929858298" name="Grafik 1" descr="The diagram illustrates three methods of energy consumption at the production site, including a production site energy consumption, a practical VNB model, and end-users forming a ZEV, with a note on the cooperation of property owners for their tenants or lessees.&#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858298" name="Grafik 1" descr="The diagram illustrates three methods of energy consumption at the production site, including a production site energy consumption, a practical VNB model, and end-users forming a ZEV, with a note on the cooperation of property owners for their tenants or lessees.&#10;&#10;KI-generierte Inhalte können fehlerhaft sein."/>
                    <pic:cNvPicPr/>
                  </pic:nvPicPr>
                  <pic:blipFill>
                    <a:blip r:embed="rId8"/>
                    <a:stretch>
                      <a:fillRect/>
                    </a:stretch>
                  </pic:blipFill>
                  <pic:spPr>
                    <a:xfrm>
                      <a:off x="0" y="0"/>
                      <a:ext cx="5486400" cy="2734945"/>
                    </a:xfrm>
                    <a:prstGeom prst="rect">
                      <a:avLst/>
                    </a:prstGeom>
                  </pic:spPr>
                </pic:pic>
              </a:graphicData>
            </a:graphic>
          </wp:inline>
        </w:drawing>
      </w:r>
    </w:p>
    <w:p w14:paraId="72DB8B7A" w14:textId="77777777" w:rsidR="00C970AA" w:rsidRDefault="00C970AA" w:rsidP="003C38D3">
      <w:pPr>
        <w:rPr>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236"/>
        <w:gridCol w:w="5280"/>
      </w:tblGrid>
      <w:tr w:rsidR="00784CB0" w14:paraId="3A93D150" w14:textId="77777777" w:rsidTr="00784CB0">
        <w:tc>
          <w:tcPr>
            <w:tcW w:w="3114" w:type="dxa"/>
            <w:tcBorders>
              <w:bottom w:val="single" w:sz="4" w:space="0" w:color="auto"/>
            </w:tcBorders>
          </w:tcPr>
          <w:p w14:paraId="40331C69" w14:textId="77777777" w:rsidR="00784CB0" w:rsidRDefault="00784CB0" w:rsidP="003C38D3">
            <w:pPr>
              <w:rPr>
                <w:lang w:val="de-DE"/>
              </w:rPr>
            </w:pPr>
            <w:permStart w:id="1137798212" w:edGrp="everyone" w:colFirst="2" w:colLast="2"/>
            <w:permStart w:id="170225591" w:edGrp="everyone" w:colFirst="0" w:colLast="0"/>
          </w:p>
        </w:tc>
        <w:tc>
          <w:tcPr>
            <w:tcW w:w="236" w:type="dxa"/>
          </w:tcPr>
          <w:p w14:paraId="69343AA6" w14:textId="77777777" w:rsidR="00784CB0" w:rsidRDefault="00784CB0" w:rsidP="003C38D3">
            <w:pPr>
              <w:rPr>
                <w:lang w:val="de-DE"/>
              </w:rPr>
            </w:pPr>
          </w:p>
        </w:tc>
        <w:tc>
          <w:tcPr>
            <w:tcW w:w="5280" w:type="dxa"/>
            <w:tcBorders>
              <w:bottom w:val="single" w:sz="4" w:space="0" w:color="auto"/>
            </w:tcBorders>
          </w:tcPr>
          <w:p w14:paraId="03D5C283" w14:textId="5808EB35" w:rsidR="00784CB0" w:rsidRDefault="00784CB0" w:rsidP="003C38D3">
            <w:pPr>
              <w:rPr>
                <w:lang w:val="de-DE"/>
              </w:rPr>
            </w:pPr>
          </w:p>
        </w:tc>
      </w:tr>
      <w:permEnd w:id="1137798212"/>
      <w:permEnd w:id="170225591"/>
      <w:tr w:rsidR="00784CB0" w14:paraId="4EC9F504" w14:textId="77777777" w:rsidTr="00784CB0">
        <w:tc>
          <w:tcPr>
            <w:tcW w:w="3114" w:type="dxa"/>
            <w:tcBorders>
              <w:top w:val="single" w:sz="4" w:space="0" w:color="auto"/>
            </w:tcBorders>
          </w:tcPr>
          <w:p w14:paraId="53D1CCF8" w14:textId="247F5216" w:rsidR="00784CB0" w:rsidRDefault="00784CB0" w:rsidP="003C38D3">
            <w:pPr>
              <w:rPr>
                <w:lang w:val="de-DE"/>
              </w:rPr>
            </w:pPr>
            <w:r>
              <w:rPr>
                <w:lang w:val="de-DE"/>
              </w:rPr>
              <w:t>Ort / Datum</w:t>
            </w:r>
          </w:p>
        </w:tc>
        <w:tc>
          <w:tcPr>
            <w:tcW w:w="236" w:type="dxa"/>
          </w:tcPr>
          <w:p w14:paraId="058EBB8F" w14:textId="77777777" w:rsidR="00784CB0" w:rsidRDefault="00784CB0" w:rsidP="003C38D3">
            <w:pPr>
              <w:rPr>
                <w:lang w:val="de-DE"/>
              </w:rPr>
            </w:pPr>
          </w:p>
        </w:tc>
        <w:tc>
          <w:tcPr>
            <w:tcW w:w="5280" w:type="dxa"/>
            <w:tcBorders>
              <w:top w:val="single" w:sz="4" w:space="0" w:color="auto"/>
            </w:tcBorders>
          </w:tcPr>
          <w:p w14:paraId="32B116F1" w14:textId="6DC8F60C" w:rsidR="00784CB0" w:rsidRDefault="00784CB0" w:rsidP="003C38D3">
            <w:pPr>
              <w:rPr>
                <w:lang w:val="de-DE"/>
              </w:rPr>
            </w:pPr>
            <w:r>
              <w:rPr>
                <w:lang w:val="de-DE"/>
              </w:rPr>
              <w:t xml:space="preserve">Vorname, Name der </w:t>
            </w:r>
            <w:r w:rsidR="00C970AA">
              <w:rPr>
                <w:lang w:val="de-DE"/>
              </w:rPr>
              <w:t>Dienstleiste</w:t>
            </w:r>
            <w:r w:rsidR="00D65D0E">
              <w:rPr>
                <w:lang w:val="de-DE"/>
              </w:rPr>
              <w:t>s</w:t>
            </w:r>
            <w:r>
              <w:rPr>
                <w:lang w:val="de-DE"/>
              </w:rPr>
              <w:t xml:space="preserve"> ZEV</w:t>
            </w:r>
          </w:p>
        </w:tc>
      </w:tr>
    </w:tbl>
    <w:p w14:paraId="69E568C8" w14:textId="0EBAE4A5" w:rsidR="006E7936" w:rsidRPr="00C970AA" w:rsidRDefault="006E7936" w:rsidP="003C38D3">
      <w:pPr>
        <w:rPr>
          <w:lang w:val="de-DE"/>
        </w:rPr>
      </w:pPr>
      <w:r w:rsidRPr="006E7936">
        <w:rPr>
          <w:b/>
          <w:bCs/>
          <w:lang w:val="de-DE"/>
        </w:rPr>
        <w:lastRenderedPageBreak/>
        <w:t>Anhang 1</w:t>
      </w:r>
    </w:p>
    <w:p w14:paraId="69C6FE8F" w14:textId="79159BFA" w:rsidR="003C38D3" w:rsidRDefault="006E7936" w:rsidP="003C38D3">
      <w:r w:rsidRPr="006E7936">
        <w:t>Vollmacht für die Gründung und Vertretung des Zusammenschlusses zum Eigenverbrauch (ZEV).</w:t>
      </w:r>
    </w:p>
    <w:p w14:paraId="41D3EADD" w14:textId="77777777" w:rsidR="006E7936" w:rsidRDefault="006E7936" w:rsidP="003C38D3">
      <w:pPr>
        <w:rPr>
          <w:lang w:val="de-DE"/>
        </w:rPr>
      </w:pPr>
    </w:p>
    <w:p w14:paraId="3FC44C12" w14:textId="3B301072" w:rsidR="006E7936" w:rsidRPr="006E7936" w:rsidRDefault="006E7936" w:rsidP="006E7936">
      <w:r w:rsidRPr="006E7936">
        <w:t>Hiermit erklärt der Vollmachtgeber, dass dem o.g. Vollmachtnehmer die Befugnis erteilt wurde, alle Angelegenheiten / Rechtsgeschäfte, die im Zusammenhang mit der Bildung und dem Betrieb eines Zusammenschlusses zum Eigenverbrauch stehen, zu vollziehen.</w:t>
      </w:r>
    </w:p>
    <w:p w14:paraId="74F38DED" w14:textId="3DF3C58C" w:rsidR="006E7936" w:rsidRDefault="006E7936" w:rsidP="006E7936">
      <w:r w:rsidRPr="006E7936">
        <w:t>Die vorliegende Vollmacht ist ausschliesslich für die Bildung, Verwaltung und Abwicklung eines ZEVs gültig. Sie ist nicht übertragbar und erlischt mit Widerruf</w:t>
      </w:r>
      <w:r w:rsidR="00ED78A2">
        <w:t>.</w:t>
      </w:r>
    </w:p>
    <w:p w14:paraId="079CB8DE" w14:textId="77777777" w:rsidR="00ED78A2" w:rsidRDefault="00ED78A2" w:rsidP="006E7936"/>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236"/>
        <w:gridCol w:w="5280"/>
      </w:tblGrid>
      <w:tr w:rsidR="00ED78A2" w14:paraId="139B2907" w14:textId="77777777" w:rsidTr="0075606D">
        <w:tc>
          <w:tcPr>
            <w:tcW w:w="3114" w:type="dxa"/>
            <w:tcBorders>
              <w:bottom w:val="single" w:sz="4" w:space="0" w:color="auto"/>
            </w:tcBorders>
          </w:tcPr>
          <w:p w14:paraId="32D569D6" w14:textId="77777777" w:rsidR="00ED78A2" w:rsidRDefault="00ED78A2" w:rsidP="0075606D">
            <w:pPr>
              <w:rPr>
                <w:lang w:val="de-DE"/>
              </w:rPr>
            </w:pPr>
            <w:permStart w:id="913858740" w:edGrp="everyone" w:colFirst="0" w:colLast="0"/>
            <w:permStart w:id="492066341" w:edGrp="everyone" w:colFirst="2" w:colLast="2"/>
          </w:p>
        </w:tc>
        <w:tc>
          <w:tcPr>
            <w:tcW w:w="236" w:type="dxa"/>
          </w:tcPr>
          <w:p w14:paraId="404A0006" w14:textId="77777777" w:rsidR="00ED78A2" w:rsidRDefault="00ED78A2" w:rsidP="0075606D">
            <w:pPr>
              <w:rPr>
                <w:lang w:val="de-DE"/>
              </w:rPr>
            </w:pPr>
          </w:p>
        </w:tc>
        <w:tc>
          <w:tcPr>
            <w:tcW w:w="5280" w:type="dxa"/>
            <w:tcBorders>
              <w:bottom w:val="single" w:sz="4" w:space="0" w:color="auto"/>
            </w:tcBorders>
          </w:tcPr>
          <w:p w14:paraId="71EFB261" w14:textId="77777777" w:rsidR="00ED78A2" w:rsidRDefault="00ED78A2" w:rsidP="0075606D">
            <w:pPr>
              <w:rPr>
                <w:lang w:val="de-DE"/>
              </w:rPr>
            </w:pPr>
          </w:p>
        </w:tc>
      </w:tr>
      <w:permEnd w:id="913858740"/>
      <w:permEnd w:id="492066341"/>
      <w:tr w:rsidR="00ED78A2" w14:paraId="3906D4A9" w14:textId="77777777" w:rsidTr="0075606D">
        <w:tc>
          <w:tcPr>
            <w:tcW w:w="3114" w:type="dxa"/>
            <w:tcBorders>
              <w:top w:val="single" w:sz="4" w:space="0" w:color="auto"/>
            </w:tcBorders>
          </w:tcPr>
          <w:p w14:paraId="4281B9B3" w14:textId="77777777" w:rsidR="00ED78A2" w:rsidRDefault="00ED78A2" w:rsidP="0075606D">
            <w:pPr>
              <w:rPr>
                <w:lang w:val="de-DE"/>
              </w:rPr>
            </w:pPr>
            <w:r>
              <w:rPr>
                <w:lang w:val="de-DE"/>
              </w:rPr>
              <w:t>Ort / Datum</w:t>
            </w:r>
          </w:p>
        </w:tc>
        <w:tc>
          <w:tcPr>
            <w:tcW w:w="236" w:type="dxa"/>
          </w:tcPr>
          <w:p w14:paraId="05BDDECC" w14:textId="77777777" w:rsidR="00ED78A2" w:rsidRDefault="00ED78A2" w:rsidP="0075606D">
            <w:pPr>
              <w:rPr>
                <w:lang w:val="de-DE"/>
              </w:rPr>
            </w:pPr>
          </w:p>
        </w:tc>
        <w:tc>
          <w:tcPr>
            <w:tcW w:w="5280" w:type="dxa"/>
            <w:tcBorders>
              <w:top w:val="single" w:sz="4" w:space="0" w:color="auto"/>
            </w:tcBorders>
          </w:tcPr>
          <w:p w14:paraId="6018F89F" w14:textId="75FFB134" w:rsidR="00ED78A2" w:rsidRDefault="00ED78A2" w:rsidP="0075606D">
            <w:pPr>
              <w:rPr>
                <w:lang w:val="de-DE"/>
              </w:rPr>
            </w:pPr>
            <w:r>
              <w:rPr>
                <w:lang w:val="de-DE"/>
              </w:rPr>
              <w:t>Vollmachtgeber</w:t>
            </w:r>
          </w:p>
        </w:tc>
      </w:tr>
    </w:tbl>
    <w:p w14:paraId="4106897D" w14:textId="77777777" w:rsidR="00ED78A2" w:rsidRDefault="00ED78A2" w:rsidP="006E7936">
      <w:pPr>
        <w:rPr>
          <w:lang w:val="de-DE"/>
        </w:rPr>
      </w:pPr>
    </w:p>
    <w:p w14:paraId="7C580EBE" w14:textId="77777777" w:rsidR="00D65D0E" w:rsidRDefault="00D65D0E" w:rsidP="006E7936">
      <w:pPr>
        <w:rPr>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236"/>
        <w:gridCol w:w="5280"/>
      </w:tblGrid>
      <w:tr w:rsidR="00ED78A2" w14:paraId="7A13F2EC" w14:textId="77777777" w:rsidTr="0075606D">
        <w:tc>
          <w:tcPr>
            <w:tcW w:w="3114" w:type="dxa"/>
            <w:tcBorders>
              <w:bottom w:val="single" w:sz="4" w:space="0" w:color="auto"/>
            </w:tcBorders>
          </w:tcPr>
          <w:p w14:paraId="552C03A9" w14:textId="77777777" w:rsidR="00ED78A2" w:rsidRDefault="00ED78A2" w:rsidP="0075606D">
            <w:pPr>
              <w:rPr>
                <w:lang w:val="de-DE"/>
              </w:rPr>
            </w:pPr>
            <w:permStart w:id="525098457" w:edGrp="everyone" w:colFirst="2" w:colLast="2"/>
            <w:permStart w:id="2004835703" w:edGrp="everyone" w:colFirst="0" w:colLast="0"/>
          </w:p>
        </w:tc>
        <w:tc>
          <w:tcPr>
            <w:tcW w:w="236" w:type="dxa"/>
          </w:tcPr>
          <w:p w14:paraId="14954FED" w14:textId="77777777" w:rsidR="00ED78A2" w:rsidRDefault="00ED78A2" w:rsidP="0075606D">
            <w:pPr>
              <w:rPr>
                <w:lang w:val="de-DE"/>
              </w:rPr>
            </w:pPr>
          </w:p>
        </w:tc>
        <w:tc>
          <w:tcPr>
            <w:tcW w:w="5280" w:type="dxa"/>
            <w:tcBorders>
              <w:bottom w:val="single" w:sz="4" w:space="0" w:color="auto"/>
            </w:tcBorders>
          </w:tcPr>
          <w:p w14:paraId="3F27EF4B" w14:textId="77777777" w:rsidR="00ED78A2" w:rsidRDefault="00ED78A2" w:rsidP="0075606D">
            <w:pPr>
              <w:rPr>
                <w:lang w:val="de-DE"/>
              </w:rPr>
            </w:pPr>
          </w:p>
        </w:tc>
      </w:tr>
      <w:permEnd w:id="525098457"/>
      <w:permEnd w:id="2004835703"/>
      <w:tr w:rsidR="00ED78A2" w14:paraId="39A88A33" w14:textId="77777777" w:rsidTr="0075606D">
        <w:tc>
          <w:tcPr>
            <w:tcW w:w="3114" w:type="dxa"/>
            <w:tcBorders>
              <w:top w:val="single" w:sz="4" w:space="0" w:color="auto"/>
            </w:tcBorders>
          </w:tcPr>
          <w:p w14:paraId="6A5B5067" w14:textId="77777777" w:rsidR="00ED78A2" w:rsidRDefault="00ED78A2" w:rsidP="0075606D">
            <w:pPr>
              <w:rPr>
                <w:lang w:val="de-DE"/>
              </w:rPr>
            </w:pPr>
            <w:r>
              <w:rPr>
                <w:lang w:val="de-DE"/>
              </w:rPr>
              <w:t>Ort / Datum</w:t>
            </w:r>
          </w:p>
        </w:tc>
        <w:tc>
          <w:tcPr>
            <w:tcW w:w="236" w:type="dxa"/>
          </w:tcPr>
          <w:p w14:paraId="4C28653F" w14:textId="77777777" w:rsidR="00ED78A2" w:rsidRDefault="00ED78A2" w:rsidP="0075606D">
            <w:pPr>
              <w:rPr>
                <w:lang w:val="de-DE"/>
              </w:rPr>
            </w:pPr>
          </w:p>
        </w:tc>
        <w:tc>
          <w:tcPr>
            <w:tcW w:w="5280" w:type="dxa"/>
            <w:tcBorders>
              <w:top w:val="single" w:sz="4" w:space="0" w:color="auto"/>
            </w:tcBorders>
          </w:tcPr>
          <w:p w14:paraId="44C0F5F5" w14:textId="3EDE47EA" w:rsidR="00ED78A2" w:rsidRDefault="00ED78A2" w:rsidP="0075606D">
            <w:pPr>
              <w:rPr>
                <w:lang w:val="de-DE"/>
              </w:rPr>
            </w:pPr>
            <w:r>
              <w:rPr>
                <w:lang w:val="de-DE"/>
              </w:rPr>
              <w:t>Vollmachtnehmer</w:t>
            </w:r>
          </w:p>
        </w:tc>
      </w:tr>
    </w:tbl>
    <w:p w14:paraId="199DC8C6" w14:textId="77777777" w:rsidR="00ED78A2" w:rsidRDefault="00ED78A2" w:rsidP="006E7936">
      <w:pPr>
        <w:rPr>
          <w:lang w:val="de-DE"/>
        </w:rPr>
      </w:pPr>
    </w:p>
    <w:bookmarkEnd w:id="0"/>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236"/>
        <w:gridCol w:w="5280"/>
      </w:tblGrid>
      <w:tr w:rsidR="00D65D0E" w14:paraId="49F310FB" w14:textId="77777777" w:rsidTr="00C6608F">
        <w:tc>
          <w:tcPr>
            <w:tcW w:w="3114" w:type="dxa"/>
            <w:tcBorders>
              <w:bottom w:val="single" w:sz="4" w:space="0" w:color="auto"/>
            </w:tcBorders>
          </w:tcPr>
          <w:p w14:paraId="5BACD2C1" w14:textId="77777777" w:rsidR="00D65D0E" w:rsidRDefault="00D65D0E" w:rsidP="00C6608F">
            <w:pPr>
              <w:rPr>
                <w:lang w:val="de-DE"/>
              </w:rPr>
            </w:pPr>
            <w:permStart w:id="1688470133" w:edGrp="everyone" w:colFirst="2" w:colLast="2"/>
            <w:permStart w:id="1529361219" w:edGrp="everyone" w:colFirst="0" w:colLast="0"/>
          </w:p>
        </w:tc>
        <w:tc>
          <w:tcPr>
            <w:tcW w:w="236" w:type="dxa"/>
          </w:tcPr>
          <w:p w14:paraId="101E2636" w14:textId="77777777" w:rsidR="00D65D0E" w:rsidRDefault="00D65D0E" w:rsidP="00C6608F">
            <w:pPr>
              <w:rPr>
                <w:lang w:val="de-DE"/>
              </w:rPr>
            </w:pPr>
          </w:p>
        </w:tc>
        <w:tc>
          <w:tcPr>
            <w:tcW w:w="5280" w:type="dxa"/>
            <w:tcBorders>
              <w:bottom w:val="single" w:sz="4" w:space="0" w:color="auto"/>
            </w:tcBorders>
          </w:tcPr>
          <w:p w14:paraId="6FAC8EE6" w14:textId="77777777" w:rsidR="00D65D0E" w:rsidRDefault="00D65D0E" w:rsidP="00C6608F">
            <w:pPr>
              <w:rPr>
                <w:lang w:val="de-DE"/>
              </w:rPr>
            </w:pPr>
          </w:p>
        </w:tc>
      </w:tr>
      <w:permEnd w:id="1688470133"/>
      <w:permEnd w:id="1529361219"/>
      <w:tr w:rsidR="00D65D0E" w14:paraId="3728655B" w14:textId="77777777" w:rsidTr="00C6608F">
        <w:tc>
          <w:tcPr>
            <w:tcW w:w="3114" w:type="dxa"/>
            <w:tcBorders>
              <w:top w:val="single" w:sz="4" w:space="0" w:color="auto"/>
            </w:tcBorders>
          </w:tcPr>
          <w:p w14:paraId="0CDF37BE" w14:textId="77777777" w:rsidR="00D65D0E" w:rsidRDefault="00D65D0E" w:rsidP="00C6608F">
            <w:pPr>
              <w:rPr>
                <w:lang w:val="de-DE"/>
              </w:rPr>
            </w:pPr>
            <w:r>
              <w:rPr>
                <w:lang w:val="de-DE"/>
              </w:rPr>
              <w:t>Ort / Datum</w:t>
            </w:r>
          </w:p>
        </w:tc>
        <w:tc>
          <w:tcPr>
            <w:tcW w:w="236" w:type="dxa"/>
          </w:tcPr>
          <w:p w14:paraId="6A6A1D3B" w14:textId="77777777" w:rsidR="00D65D0E" w:rsidRDefault="00D65D0E" w:rsidP="00C6608F">
            <w:pPr>
              <w:rPr>
                <w:lang w:val="de-DE"/>
              </w:rPr>
            </w:pPr>
          </w:p>
        </w:tc>
        <w:tc>
          <w:tcPr>
            <w:tcW w:w="5280" w:type="dxa"/>
            <w:tcBorders>
              <w:top w:val="single" w:sz="4" w:space="0" w:color="auto"/>
            </w:tcBorders>
          </w:tcPr>
          <w:p w14:paraId="03F05CE5" w14:textId="7079C227" w:rsidR="00D65D0E" w:rsidRDefault="00D65D0E" w:rsidP="00C6608F">
            <w:pPr>
              <w:rPr>
                <w:lang w:val="de-DE"/>
              </w:rPr>
            </w:pPr>
            <w:r>
              <w:rPr>
                <w:lang w:val="de-DE"/>
              </w:rPr>
              <w:t>Vollmachtnehmer</w:t>
            </w:r>
          </w:p>
        </w:tc>
      </w:tr>
    </w:tbl>
    <w:p w14:paraId="4AC07A87" w14:textId="77777777" w:rsidR="006E7936" w:rsidRDefault="006E7936" w:rsidP="003C38D3">
      <w:pPr>
        <w:rPr>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236"/>
        <w:gridCol w:w="5280"/>
      </w:tblGrid>
      <w:tr w:rsidR="00D65D0E" w14:paraId="6C57799E" w14:textId="77777777" w:rsidTr="00C6608F">
        <w:tc>
          <w:tcPr>
            <w:tcW w:w="3114" w:type="dxa"/>
            <w:tcBorders>
              <w:bottom w:val="single" w:sz="4" w:space="0" w:color="auto"/>
            </w:tcBorders>
          </w:tcPr>
          <w:p w14:paraId="4D4A10FD" w14:textId="77777777" w:rsidR="00D65D0E" w:rsidRDefault="00D65D0E" w:rsidP="00C6608F">
            <w:pPr>
              <w:rPr>
                <w:lang w:val="de-DE"/>
              </w:rPr>
            </w:pPr>
            <w:permStart w:id="2007855337" w:edGrp="everyone" w:colFirst="2" w:colLast="2"/>
            <w:permStart w:id="501902193" w:edGrp="everyone" w:colFirst="0" w:colLast="0"/>
          </w:p>
        </w:tc>
        <w:tc>
          <w:tcPr>
            <w:tcW w:w="236" w:type="dxa"/>
          </w:tcPr>
          <w:p w14:paraId="2D7AA642" w14:textId="77777777" w:rsidR="00D65D0E" w:rsidRDefault="00D65D0E" w:rsidP="00C6608F">
            <w:pPr>
              <w:rPr>
                <w:lang w:val="de-DE"/>
              </w:rPr>
            </w:pPr>
          </w:p>
        </w:tc>
        <w:tc>
          <w:tcPr>
            <w:tcW w:w="5280" w:type="dxa"/>
            <w:tcBorders>
              <w:bottom w:val="single" w:sz="4" w:space="0" w:color="auto"/>
            </w:tcBorders>
          </w:tcPr>
          <w:p w14:paraId="5548FE7A" w14:textId="77777777" w:rsidR="00D65D0E" w:rsidRDefault="00D65D0E" w:rsidP="00C6608F">
            <w:pPr>
              <w:rPr>
                <w:lang w:val="de-DE"/>
              </w:rPr>
            </w:pPr>
          </w:p>
        </w:tc>
      </w:tr>
      <w:permEnd w:id="2007855337"/>
      <w:permEnd w:id="501902193"/>
      <w:tr w:rsidR="00D65D0E" w14:paraId="26E625E9" w14:textId="77777777" w:rsidTr="00C6608F">
        <w:tc>
          <w:tcPr>
            <w:tcW w:w="3114" w:type="dxa"/>
            <w:tcBorders>
              <w:top w:val="single" w:sz="4" w:space="0" w:color="auto"/>
            </w:tcBorders>
          </w:tcPr>
          <w:p w14:paraId="72E1806E" w14:textId="77777777" w:rsidR="00D65D0E" w:rsidRDefault="00D65D0E" w:rsidP="00C6608F">
            <w:pPr>
              <w:rPr>
                <w:lang w:val="de-DE"/>
              </w:rPr>
            </w:pPr>
            <w:r>
              <w:rPr>
                <w:lang w:val="de-DE"/>
              </w:rPr>
              <w:t>Ort / Datum</w:t>
            </w:r>
          </w:p>
        </w:tc>
        <w:tc>
          <w:tcPr>
            <w:tcW w:w="236" w:type="dxa"/>
          </w:tcPr>
          <w:p w14:paraId="5008FAAA" w14:textId="77777777" w:rsidR="00D65D0E" w:rsidRDefault="00D65D0E" w:rsidP="00C6608F">
            <w:pPr>
              <w:rPr>
                <w:lang w:val="de-DE"/>
              </w:rPr>
            </w:pPr>
          </w:p>
        </w:tc>
        <w:tc>
          <w:tcPr>
            <w:tcW w:w="5280" w:type="dxa"/>
            <w:tcBorders>
              <w:top w:val="single" w:sz="4" w:space="0" w:color="auto"/>
            </w:tcBorders>
          </w:tcPr>
          <w:p w14:paraId="03852B98" w14:textId="0A1A3A3F" w:rsidR="00D65D0E" w:rsidRDefault="00D65D0E" w:rsidP="00C6608F">
            <w:pPr>
              <w:rPr>
                <w:lang w:val="de-DE"/>
              </w:rPr>
            </w:pPr>
            <w:r>
              <w:rPr>
                <w:lang w:val="de-DE"/>
              </w:rPr>
              <w:t>Vollmachtnehmer</w:t>
            </w:r>
          </w:p>
        </w:tc>
      </w:tr>
    </w:tbl>
    <w:p w14:paraId="5ACFCCA5" w14:textId="77777777" w:rsidR="00D65D0E" w:rsidRDefault="00D65D0E" w:rsidP="003C38D3">
      <w:pPr>
        <w:rPr>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236"/>
        <w:gridCol w:w="5280"/>
      </w:tblGrid>
      <w:tr w:rsidR="00D65D0E" w14:paraId="24C3A7F6" w14:textId="77777777" w:rsidTr="00C6608F">
        <w:tc>
          <w:tcPr>
            <w:tcW w:w="3114" w:type="dxa"/>
            <w:tcBorders>
              <w:bottom w:val="single" w:sz="4" w:space="0" w:color="auto"/>
            </w:tcBorders>
          </w:tcPr>
          <w:p w14:paraId="0F490521" w14:textId="77777777" w:rsidR="00D65D0E" w:rsidRDefault="00D65D0E" w:rsidP="00C6608F">
            <w:pPr>
              <w:rPr>
                <w:lang w:val="de-DE"/>
              </w:rPr>
            </w:pPr>
            <w:permStart w:id="1848540170" w:edGrp="everyone" w:colFirst="2" w:colLast="2"/>
            <w:permStart w:id="2095127896" w:edGrp="everyone" w:colFirst="0" w:colLast="0"/>
          </w:p>
        </w:tc>
        <w:tc>
          <w:tcPr>
            <w:tcW w:w="236" w:type="dxa"/>
          </w:tcPr>
          <w:p w14:paraId="7F5678DC" w14:textId="77777777" w:rsidR="00D65D0E" w:rsidRDefault="00D65D0E" w:rsidP="00C6608F">
            <w:pPr>
              <w:rPr>
                <w:lang w:val="de-DE"/>
              </w:rPr>
            </w:pPr>
          </w:p>
        </w:tc>
        <w:tc>
          <w:tcPr>
            <w:tcW w:w="5280" w:type="dxa"/>
            <w:tcBorders>
              <w:bottom w:val="single" w:sz="4" w:space="0" w:color="auto"/>
            </w:tcBorders>
          </w:tcPr>
          <w:p w14:paraId="336780C4" w14:textId="77777777" w:rsidR="00D65D0E" w:rsidRDefault="00D65D0E" w:rsidP="00C6608F">
            <w:pPr>
              <w:rPr>
                <w:lang w:val="de-DE"/>
              </w:rPr>
            </w:pPr>
          </w:p>
        </w:tc>
      </w:tr>
      <w:permEnd w:id="1848540170"/>
      <w:permEnd w:id="2095127896"/>
      <w:tr w:rsidR="00D65D0E" w14:paraId="2B320903" w14:textId="77777777" w:rsidTr="00C6608F">
        <w:tc>
          <w:tcPr>
            <w:tcW w:w="3114" w:type="dxa"/>
            <w:tcBorders>
              <w:top w:val="single" w:sz="4" w:space="0" w:color="auto"/>
            </w:tcBorders>
          </w:tcPr>
          <w:p w14:paraId="010F4A29" w14:textId="77777777" w:rsidR="00D65D0E" w:rsidRDefault="00D65D0E" w:rsidP="00C6608F">
            <w:pPr>
              <w:rPr>
                <w:lang w:val="de-DE"/>
              </w:rPr>
            </w:pPr>
            <w:r>
              <w:rPr>
                <w:lang w:val="de-DE"/>
              </w:rPr>
              <w:t>Ort / Datum</w:t>
            </w:r>
          </w:p>
        </w:tc>
        <w:tc>
          <w:tcPr>
            <w:tcW w:w="236" w:type="dxa"/>
          </w:tcPr>
          <w:p w14:paraId="429CA671" w14:textId="77777777" w:rsidR="00D65D0E" w:rsidRDefault="00D65D0E" w:rsidP="00C6608F">
            <w:pPr>
              <w:rPr>
                <w:lang w:val="de-DE"/>
              </w:rPr>
            </w:pPr>
          </w:p>
        </w:tc>
        <w:tc>
          <w:tcPr>
            <w:tcW w:w="5280" w:type="dxa"/>
            <w:tcBorders>
              <w:top w:val="single" w:sz="4" w:space="0" w:color="auto"/>
            </w:tcBorders>
          </w:tcPr>
          <w:p w14:paraId="0EAA0297" w14:textId="2B3941E7" w:rsidR="00D65D0E" w:rsidRDefault="00D65D0E" w:rsidP="00C6608F">
            <w:pPr>
              <w:rPr>
                <w:lang w:val="de-DE"/>
              </w:rPr>
            </w:pPr>
            <w:r>
              <w:rPr>
                <w:lang w:val="de-DE"/>
              </w:rPr>
              <w:t>Vollmachtnehmer</w:t>
            </w:r>
          </w:p>
        </w:tc>
      </w:tr>
    </w:tbl>
    <w:p w14:paraId="1E1A8FD0" w14:textId="77777777" w:rsidR="00D65D0E" w:rsidRDefault="00D65D0E" w:rsidP="003C38D3">
      <w:pPr>
        <w:rPr>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236"/>
        <w:gridCol w:w="5280"/>
      </w:tblGrid>
      <w:tr w:rsidR="00D65D0E" w14:paraId="7914EB6A" w14:textId="77777777" w:rsidTr="00C6608F">
        <w:tc>
          <w:tcPr>
            <w:tcW w:w="3114" w:type="dxa"/>
            <w:tcBorders>
              <w:bottom w:val="single" w:sz="4" w:space="0" w:color="auto"/>
            </w:tcBorders>
          </w:tcPr>
          <w:p w14:paraId="50EAF00A" w14:textId="77777777" w:rsidR="00D65D0E" w:rsidRDefault="00D65D0E" w:rsidP="00C6608F">
            <w:pPr>
              <w:rPr>
                <w:lang w:val="de-DE"/>
              </w:rPr>
            </w:pPr>
            <w:permStart w:id="511322942" w:edGrp="everyone" w:colFirst="2" w:colLast="2"/>
            <w:permStart w:id="151608229" w:edGrp="everyone" w:colFirst="0" w:colLast="0"/>
          </w:p>
        </w:tc>
        <w:tc>
          <w:tcPr>
            <w:tcW w:w="236" w:type="dxa"/>
          </w:tcPr>
          <w:p w14:paraId="60079B9A" w14:textId="77777777" w:rsidR="00D65D0E" w:rsidRDefault="00D65D0E" w:rsidP="00C6608F">
            <w:pPr>
              <w:rPr>
                <w:lang w:val="de-DE"/>
              </w:rPr>
            </w:pPr>
          </w:p>
        </w:tc>
        <w:tc>
          <w:tcPr>
            <w:tcW w:w="5280" w:type="dxa"/>
            <w:tcBorders>
              <w:bottom w:val="single" w:sz="4" w:space="0" w:color="auto"/>
            </w:tcBorders>
          </w:tcPr>
          <w:p w14:paraId="1EE95956" w14:textId="77777777" w:rsidR="00D65D0E" w:rsidRDefault="00D65D0E" w:rsidP="00C6608F">
            <w:pPr>
              <w:rPr>
                <w:lang w:val="de-DE"/>
              </w:rPr>
            </w:pPr>
          </w:p>
        </w:tc>
      </w:tr>
      <w:permEnd w:id="511322942"/>
      <w:permEnd w:id="151608229"/>
      <w:tr w:rsidR="00D65D0E" w14:paraId="3A493E39" w14:textId="77777777" w:rsidTr="00C6608F">
        <w:tc>
          <w:tcPr>
            <w:tcW w:w="3114" w:type="dxa"/>
            <w:tcBorders>
              <w:top w:val="single" w:sz="4" w:space="0" w:color="auto"/>
            </w:tcBorders>
          </w:tcPr>
          <w:p w14:paraId="32984409" w14:textId="77777777" w:rsidR="00D65D0E" w:rsidRDefault="00D65D0E" w:rsidP="00C6608F">
            <w:pPr>
              <w:rPr>
                <w:lang w:val="de-DE"/>
              </w:rPr>
            </w:pPr>
            <w:r>
              <w:rPr>
                <w:lang w:val="de-DE"/>
              </w:rPr>
              <w:t>Ort / Datum</w:t>
            </w:r>
          </w:p>
        </w:tc>
        <w:tc>
          <w:tcPr>
            <w:tcW w:w="236" w:type="dxa"/>
          </w:tcPr>
          <w:p w14:paraId="1676D0EF" w14:textId="77777777" w:rsidR="00D65D0E" w:rsidRDefault="00D65D0E" w:rsidP="00C6608F">
            <w:pPr>
              <w:rPr>
                <w:lang w:val="de-DE"/>
              </w:rPr>
            </w:pPr>
          </w:p>
        </w:tc>
        <w:tc>
          <w:tcPr>
            <w:tcW w:w="5280" w:type="dxa"/>
            <w:tcBorders>
              <w:top w:val="single" w:sz="4" w:space="0" w:color="auto"/>
            </w:tcBorders>
          </w:tcPr>
          <w:p w14:paraId="673A151F" w14:textId="4EA20B8A" w:rsidR="00D65D0E" w:rsidRDefault="00D65D0E" w:rsidP="00C6608F">
            <w:pPr>
              <w:rPr>
                <w:lang w:val="de-DE"/>
              </w:rPr>
            </w:pPr>
            <w:r>
              <w:rPr>
                <w:lang w:val="de-DE"/>
              </w:rPr>
              <w:t>Vollmachtnehmer</w:t>
            </w:r>
          </w:p>
        </w:tc>
      </w:tr>
    </w:tbl>
    <w:p w14:paraId="799A305F" w14:textId="77777777" w:rsidR="00D65D0E" w:rsidRDefault="00D65D0E" w:rsidP="003C38D3">
      <w:pPr>
        <w:rPr>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236"/>
        <w:gridCol w:w="5280"/>
      </w:tblGrid>
      <w:tr w:rsidR="00D65D0E" w14:paraId="18D894C5" w14:textId="77777777" w:rsidTr="00C6608F">
        <w:tc>
          <w:tcPr>
            <w:tcW w:w="3114" w:type="dxa"/>
            <w:tcBorders>
              <w:bottom w:val="single" w:sz="4" w:space="0" w:color="auto"/>
            </w:tcBorders>
          </w:tcPr>
          <w:p w14:paraId="36BBCA85" w14:textId="77777777" w:rsidR="00D65D0E" w:rsidRDefault="00D65D0E" w:rsidP="00C6608F">
            <w:pPr>
              <w:rPr>
                <w:lang w:val="de-DE"/>
              </w:rPr>
            </w:pPr>
            <w:permStart w:id="180647410" w:edGrp="everyone" w:colFirst="2" w:colLast="2"/>
            <w:permStart w:id="1931879138" w:edGrp="everyone" w:colFirst="0" w:colLast="0"/>
          </w:p>
        </w:tc>
        <w:tc>
          <w:tcPr>
            <w:tcW w:w="236" w:type="dxa"/>
          </w:tcPr>
          <w:p w14:paraId="5D550FC7" w14:textId="77777777" w:rsidR="00D65D0E" w:rsidRDefault="00D65D0E" w:rsidP="00C6608F">
            <w:pPr>
              <w:rPr>
                <w:lang w:val="de-DE"/>
              </w:rPr>
            </w:pPr>
          </w:p>
        </w:tc>
        <w:tc>
          <w:tcPr>
            <w:tcW w:w="5280" w:type="dxa"/>
            <w:tcBorders>
              <w:bottom w:val="single" w:sz="4" w:space="0" w:color="auto"/>
            </w:tcBorders>
          </w:tcPr>
          <w:p w14:paraId="234B3FBA" w14:textId="77777777" w:rsidR="00D65D0E" w:rsidRDefault="00D65D0E" w:rsidP="00C6608F">
            <w:pPr>
              <w:rPr>
                <w:lang w:val="de-DE"/>
              </w:rPr>
            </w:pPr>
          </w:p>
        </w:tc>
      </w:tr>
      <w:permEnd w:id="180647410"/>
      <w:permEnd w:id="1931879138"/>
      <w:tr w:rsidR="00D65D0E" w14:paraId="05A46FC9" w14:textId="77777777" w:rsidTr="00C6608F">
        <w:tc>
          <w:tcPr>
            <w:tcW w:w="3114" w:type="dxa"/>
            <w:tcBorders>
              <w:top w:val="single" w:sz="4" w:space="0" w:color="auto"/>
            </w:tcBorders>
          </w:tcPr>
          <w:p w14:paraId="47D00702" w14:textId="77777777" w:rsidR="00D65D0E" w:rsidRDefault="00D65D0E" w:rsidP="00C6608F">
            <w:pPr>
              <w:rPr>
                <w:lang w:val="de-DE"/>
              </w:rPr>
            </w:pPr>
            <w:r>
              <w:rPr>
                <w:lang w:val="de-DE"/>
              </w:rPr>
              <w:t>Ort / Datum</w:t>
            </w:r>
          </w:p>
        </w:tc>
        <w:tc>
          <w:tcPr>
            <w:tcW w:w="236" w:type="dxa"/>
          </w:tcPr>
          <w:p w14:paraId="12A9AF78" w14:textId="77777777" w:rsidR="00D65D0E" w:rsidRDefault="00D65D0E" w:rsidP="00C6608F">
            <w:pPr>
              <w:rPr>
                <w:lang w:val="de-DE"/>
              </w:rPr>
            </w:pPr>
          </w:p>
        </w:tc>
        <w:tc>
          <w:tcPr>
            <w:tcW w:w="5280" w:type="dxa"/>
            <w:tcBorders>
              <w:top w:val="single" w:sz="4" w:space="0" w:color="auto"/>
            </w:tcBorders>
          </w:tcPr>
          <w:p w14:paraId="12BD5CF9" w14:textId="39A1980E" w:rsidR="00D65D0E" w:rsidRDefault="00D65D0E" w:rsidP="00C6608F">
            <w:pPr>
              <w:rPr>
                <w:lang w:val="de-DE"/>
              </w:rPr>
            </w:pPr>
            <w:r>
              <w:rPr>
                <w:lang w:val="de-DE"/>
              </w:rPr>
              <w:t>Vollmachtnehmer</w:t>
            </w:r>
          </w:p>
        </w:tc>
      </w:tr>
    </w:tbl>
    <w:p w14:paraId="35EA3B56" w14:textId="77777777" w:rsidR="00D65D0E" w:rsidRDefault="00D65D0E" w:rsidP="003C38D3">
      <w:pPr>
        <w:rPr>
          <w:lang w:val="de-DE"/>
        </w:rPr>
      </w:pPr>
    </w:p>
    <w:sectPr w:rsidR="00D65D0E" w:rsidSect="00BC3B8E">
      <w:headerReference w:type="default" r:id="rId9"/>
      <w:footerReference w:type="default" r:id="rId10"/>
      <w:headerReference w:type="first" r:id="rId11"/>
      <w:pgSz w:w="12240" w:h="15840"/>
      <w:pgMar w:top="1563" w:right="1800" w:bottom="1985" w:left="1800" w:header="454"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E6EB7" w14:textId="77777777" w:rsidR="00913F93" w:rsidRPr="00E95CFD" w:rsidRDefault="00913F93" w:rsidP="00D60DFC">
      <w:pPr>
        <w:spacing w:after="0" w:line="240" w:lineRule="auto"/>
      </w:pPr>
      <w:r w:rsidRPr="00E95CFD">
        <w:separator/>
      </w:r>
    </w:p>
  </w:endnote>
  <w:endnote w:type="continuationSeparator" w:id="0">
    <w:p w14:paraId="50E5C746" w14:textId="77777777" w:rsidR="00913F93" w:rsidRPr="00E95CFD" w:rsidRDefault="00913F93" w:rsidP="00D60DFC">
      <w:pPr>
        <w:spacing w:after="0" w:line="240" w:lineRule="auto"/>
      </w:pPr>
      <w:r w:rsidRPr="00E95C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C823A" w14:textId="4BEA9DFB" w:rsidR="00CF1BC5" w:rsidRPr="00E95CFD" w:rsidRDefault="00CF1BC5" w:rsidP="00CF1BC5">
    <w:pPr>
      <w:pStyle w:val="Kopfzeile"/>
      <w:ind w:left="3480" w:hanging="3480"/>
      <w:rPr>
        <w:sz w:val="20"/>
        <w:szCs w:val="20"/>
      </w:rPr>
    </w:pPr>
    <w:r w:rsidRPr="00E95CFD">
      <w:rPr>
        <w:sz w:val="20"/>
        <w:szCs w:val="20"/>
      </w:rPr>
      <w:t>Elektro – und Wasserkorporation Wartau / Poststrasse 45 / 9478 Azmoos</w:t>
    </w:r>
  </w:p>
  <w:p w14:paraId="6D2E433B" w14:textId="1069714C" w:rsidR="00CF1BC5" w:rsidRPr="00E95CFD" w:rsidRDefault="00CF1BC5" w:rsidP="00CF1BC5">
    <w:pPr>
      <w:pStyle w:val="Kopfzeile"/>
      <w:ind w:left="3480" w:hanging="3480"/>
      <w:rPr>
        <w:sz w:val="20"/>
        <w:szCs w:val="20"/>
      </w:rPr>
    </w:pPr>
    <w:r w:rsidRPr="00E95CFD">
      <w:rPr>
        <w:sz w:val="20"/>
        <w:szCs w:val="20"/>
      </w:rPr>
      <w:t xml:space="preserve">+41 81 750 21 21 / </w:t>
    </w:r>
    <w:hyperlink r:id="rId1" w:history="1">
      <w:r w:rsidRPr="00E95CFD">
        <w:rPr>
          <w:rStyle w:val="Hyperlink"/>
          <w:sz w:val="20"/>
          <w:szCs w:val="20"/>
        </w:rPr>
        <w:t>info@ewwartau.ch</w:t>
      </w:r>
    </w:hyperlink>
    <w:r w:rsidRPr="00E95CFD">
      <w:rPr>
        <w:sz w:val="20"/>
        <w:szCs w:val="20"/>
      </w:rPr>
      <w:t xml:space="preserve"> / ewwartau.ch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E7F98" w14:textId="77777777" w:rsidR="00913F93" w:rsidRPr="00E95CFD" w:rsidRDefault="00913F93" w:rsidP="00D60DFC">
      <w:pPr>
        <w:spacing w:after="0" w:line="240" w:lineRule="auto"/>
      </w:pPr>
      <w:r w:rsidRPr="00E95CFD">
        <w:separator/>
      </w:r>
    </w:p>
  </w:footnote>
  <w:footnote w:type="continuationSeparator" w:id="0">
    <w:p w14:paraId="1300A998" w14:textId="77777777" w:rsidR="00913F93" w:rsidRPr="00E95CFD" w:rsidRDefault="00913F93" w:rsidP="00D60DFC">
      <w:pPr>
        <w:spacing w:after="0" w:line="240" w:lineRule="auto"/>
      </w:pPr>
      <w:r w:rsidRPr="00E95C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55DD0" w14:textId="43FEFFB5" w:rsidR="00BC3B8E" w:rsidRPr="00E95CFD" w:rsidRDefault="00BC3B8E" w:rsidP="00CF1BC5">
    <w:pPr>
      <w:pStyle w:val="Kopfzeile"/>
      <w:ind w:left="3480" w:hanging="3480"/>
      <w:rPr>
        <w:sz w:val="18"/>
        <w:szCs w:val="18"/>
      </w:rPr>
    </w:pPr>
    <w:r w:rsidRPr="00E95CFD">
      <w:rPr>
        <w:noProof/>
      </w:rPr>
      <w:drawing>
        <wp:inline distT="0" distB="0" distL="0" distR="0" wp14:anchorId="71B5C371" wp14:editId="6517AE33">
          <wp:extent cx="2200582" cy="266737"/>
          <wp:effectExtent l="0" t="0" r="9525" b="0"/>
          <wp:docPr id="136705247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052472" name=""/>
                  <pic:cNvPicPr/>
                </pic:nvPicPr>
                <pic:blipFill>
                  <a:blip r:embed="rId1"/>
                  <a:stretch>
                    <a:fillRect/>
                  </a:stretch>
                </pic:blipFill>
                <pic:spPr>
                  <a:xfrm>
                    <a:off x="0" y="0"/>
                    <a:ext cx="2200582" cy="266737"/>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59C95" w14:textId="0407A858" w:rsidR="00BC3B8E" w:rsidRPr="00E95CFD" w:rsidRDefault="00BC3B8E">
    <w:pPr>
      <w:pStyle w:val="Kopfzeile"/>
    </w:pPr>
  </w:p>
  <w:p w14:paraId="314233D1" w14:textId="77777777" w:rsidR="00BC3B8E" w:rsidRPr="00E95CFD" w:rsidRDefault="00BC3B8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abstractNum w:abstractNumId="9" w15:restartNumberingAfterBreak="0">
    <w:nsid w:val="07E34249"/>
    <w:multiLevelType w:val="hybridMultilevel"/>
    <w:tmpl w:val="95CC372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091A6095"/>
    <w:multiLevelType w:val="hybridMultilevel"/>
    <w:tmpl w:val="E1BCA23A"/>
    <w:lvl w:ilvl="0" w:tplc="0807000F">
      <w:start w:val="1"/>
      <w:numFmt w:val="decimal"/>
      <w:lvlText w:val="%1."/>
      <w:lvlJc w:val="left"/>
      <w:pPr>
        <w:ind w:left="72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1C325DD9"/>
    <w:multiLevelType w:val="hybridMultilevel"/>
    <w:tmpl w:val="2D88039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61D6071"/>
    <w:multiLevelType w:val="multilevel"/>
    <w:tmpl w:val="11BE0980"/>
    <w:lvl w:ilvl="0">
      <w:start w:val="1"/>
      <w:numFmt w:val="decimal"/>
      <w:lvlText w:val="%1"/>
      <w:lvlJc w:val="left"/>
      <w:pPr>
        <w:ind w:left="390" w:hanging="390"/>
      </w:pPr>
      <w:rPr>
        <w:rFonts w:eastAsiaTheme="majorEastAsia" w:cstheme="majorBidi" w:hint="default"/>
        <w:b/>
        <w:sz w:val="26"/>
      </w:rPr>
    </w:lvl>
    <w:lvl w:ilvl="1">
      <w:start w:val="1"/>
      <w:numFmt w:val="decimal"/>
      <w:lvlText w:val="%1.%2"/>
      <w:lvlJc w:val="left"/>
      <w:pPr>
        <w:ind w:left="390" w:hanging="390"/>
      </w:pPr>
      <w:rPr>
        <w:rFonts w:eastAsiaTheme="majorEastAsia" w:cstheme="majorBidi" w:hint="default"/>
        <w:b/>
        <w:sz w:val="26"/>
      </w:rPr>
    </w:lvl>
    <w:lvl w:ilvl="2">
      <w:start w:val="1"/>
      <w:numFmt w:val="decimal"/>
      <w:lvlText w:val="%1.%2.%3"/>
      <w:lvlJc w:val="left"/>
      <w:pPr>
        <w:ind w:left="720" w:hanging="720"/>
      </w:pPr>
      <w:rPr>
        <w:rFonts w:eastAsiaTheme="majorEastAsia" w:cstheme="majorBidi" w:hint="default"/>
        <w:b/>
        <w:sz w:val="26"/>
      </w:rPr>
    </w:lvl>
    <w:lvl w:ilvl="3">
      <w:start w:val="1"/>
      <w:numFmt w:val="decimal"/>
      <w:lvlText w:val="%1.%2.%3.%4"/>
      <w:lvlJc w:val="left"/>
      <w:pPr>
        <w:ind w:left="720" w:hanging="720"/>
      </w:pPr>
      <w:rPr>
        <w:rFonts w:eastAsiaTheme="majorEastAsia" w:cstheme="majorBidi" w:hint="default"/>
        <w:b/>
        <w:sz w:val="26"/>
      </w:rPr>
    </w:lvl>
    <w:lvl w:ilvl="4">
      <w:start w:val="1"/>
      <w:numFmt w:val="decimal"/>
      <w:lvlText w:val="%1.%2.%3.%4.%5"/>
      <w:lvlJc w:val="left"/>
      <w:pPr>
        <w:ind w:left="1080" w:hanging="1080"/>
      </w:pPr>
      <w:rPr>
        <w:rFonts w:eastAsiaTheme="majorEastAsia" w:cstheme="majorBidi" w:hint="default"/>
        <w:b/>
        <w:sz w:val="26"/>
      </w:rPr>
    </w:lvl>
    <w:lvl w:ilvl="5">
      <w:start w:val="1"/>
      <w:numFmt w:val="decimal"/>
      <w:lvlText w:val="%1.%2.%3.%4.%5.%6"/>
      <w:lvlJc w:val="left"/>
      <w:pPr>
        <w:ind w:left="1080" w:hanging="1080"/>
      </w:pPr>
      <w:rPr>
        <w:rFonts w:eastAsiaTheme="majorEastAsia" w:cstheme="majorBidi" w:hint="default"/>
        <w:b/>
        <w:sz w:val="26"/>
      </w:rPr>
    </w:lvl>
    <w:lvl w:ilvl="6">
      <w:start w:val="1"/>
      <w:numFmt w:val="decimal"/>
      <w:lvlText w:val="%1.%2.%3.%4.%5.%6.%7"/>
      <w:lvlJc w:val="left"/>
      <w:pPr>
        <w:ind w:left="1440" w:hanging="1440"/>
      </w:pPr>
      <w:rPr>
        <w:rFonts w:eastAsiaTheme="majorEastAsia" w:cstheme="majorBidi" w:hint="default"/>
        <w:b/>
        <w:sz w:val="26"/>
      </w:rPr>
    </w:lvl>
    <w:lvl w:ilvl="7">
      <w:start w:val="1"/>
      <w:numFmt w:val="decimal"/>
      <w:lvlText w:val="%1.%2.%3.%4.%5.%6.%7.%8"/>
      <w:lvlJc w:val="left"/>
      <w:pPr>
        <w:ind w:left="1440" w:hanging="1440"/>
      </w:pPr>
      <w:rPr>
        <w:rFonts w:eastAsiaTheme="majorEastAsia" w:cstheme="majorBidi" w:hint="default"/>
        <w:b/>
        <w:sz w:val="26"/>
      </w:rPr>
    </w:lvl>
    <w:lvl w:ilvl="8">
      <w:start w:val="1"/>
      <w:numFmt w:val="decimal"/>
      <w:lvlText w:val="%1.%2.%3.%4.%5.%6.%7.%8.%9"/>
      <w:lvlJc w:val="left"/>
      <w:pPr>
        <w:ind w:left="1800" w:hanging="1800"/>
      </w:pPr>
      <w:rPr>
        <w:rFonts w:eastAsiaTheme="majorEastAsia" w:cstheme="majorBidi" w:hint="default"/>
        <w:b/>
        <w:sz w:val="26"/>
      </w:rPr>
    </w:lvl>
  </w:abstractNum>
  <w:abstractNum w:abstractNumId="13" w15:restartNumberingAfterBreak="0">
    <w:nsid w:val="35C05180"/>
    <w:multiLevelType w:val="hybridMultilevel"/>
    <w:tmpl w:val="79D09A1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445A7E59"/>
    <w:multiLevelType w:val="hybridMultilevel"/>
    <w:tmpl w:val="22BAA15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45690305"/>
    <w:multiLevelType w:val="hybridMultilevel"/>
    <w:tmpl w:val="0452FB2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4FB33E81"/>
    <w:multiLevelType w:val="hybridMultilevel"/>
    <w:tmpl w:val="525E70F8"/>
    <w:lvl w:ilvl="0" w:tplc="006EDF2C">
      <w:start w:val="3"/>
      <w:numFmt w:val="decimal"/>
      <w:lvlText w:val="%1"/>
      <w:lvlJc w:val="left"/>
      <w:pPr>
        <w:ind w:left="750" w:hanging="360"/>
      </w:pPr>
      <w:rPr>
        <w:rFonts w:hint="default"/>
      </w:rPr>
    </w:lvl>
    <w:lvl w:ilvl="1" w:tplc="08070019" w:tentative="1">
      <w:start w:val="1"/>
      <w:numFmt w:val="lowerLetter"/>
      <w:lvlText w:val="%2."/>
      <w:lvlJc w:val="left"/>
      <w:pPr>
        <w:ind w:left="1470" w:hanging="360"/>
      </w:pPr>
    </w:lvl>
    <w:lvl w:ilvl="2" w:tplc="0807001B" w:tentative="1">
      <w:start w:val="1"/>
      <w:numFmt w:val="lowerRoman"/>
      <w:lvlText w:val="%3."/>
      <w:lvlJc w:val="right"/>
      <w:pPr>
        <w:ind w:left="2190" w:hanging="180"/>
      </w:pPr>
    </w:lvl>
    <w:lvl w:ilvl="3" w:tplc="0807000F" w:tentative="1">
      <w:start w:val="1"/>
      <w:numFmt w:val="decimal"/>
      <w:lvlText w:val="%4."/>
      <w:lvlJc w:val="left"/>
      <w:pPr>
        <w:ind w:left="2910" w:hanging="360"/>
      </w:pPr>
    </w:lvl>
    <w:lvl w:ilvl="4" w:tplc="08070019" w:tentative="1">
      <w:start w:val="1"/>
      <w:numFmt w:val="lowerLetter"/>
      <w:lvlText w:val="%5."/>
      <w:lvlJc w:val="left"/>
      <w:pPr>
        <w:ind w:left="3630" w:hanging="360"/>
      </w:pPr>
    </w:lvl>
    <w:lvl w:ilvl="5" w:tplc="0807001B" w:tentative="1">
      <w:start w:val="1"/>
      <w:numFmt w:val="lowerRoman"/>
      <w:lvlText w:val="%6."/>
      <w:lvlJc w:val="right"/>
      <w:pPr>
        <w:ind w:left="4350" w:hanging="180"/>
      </w:pPr>
    </w:lvl>
    <w:lvl w:ilvl="6" w:tplc="0807000F" w:tentative="1">
      <w:start w:val="1"/>
      <w:numFmt w:val="decimal"/>
      <w:lvlText w:val="%7."/>
      <w:lvlJc w:val="left"/>
      <w:pPr>
        <w:ind w:left="5070" w:hanging="360"/>
      </w:pPr>
    </w:lvl>
    <w:lvl w:ilvl="7" w:tplc="08070019" w:tentative="1">
      <w:start w:val="1"/>
      <w:numFmt w:val="lowerLetter"/>
      <w:lvlText w:val="%8."/>
      <w:lvlJc w:val="left"/>
      <w:pPr>
        <w:ind w:left="5790" w:hanging="360"/>
      </w:pPr>
    </w:lvl>
    <w:lvl w:ilvl="8" w:tplc="0807001B" w:tentative="1">
      <w:start w:val="1"/>
      <w:numFmt w:val="lowerRoman"/>
      <w:lvlText w:val="%9."/>
      <w:lvlJc w:val="right"/>
      <w:pPr>
        <w:ind w:left="6510" w:hanging="180"/>
      </w:pPr>
    </w:lvl>
  </w:abstractNum>
  <w:abstractNum w:abstractNumId="17" w15:restartNumberingAfterBreak="0">
    <w:nsid w:val="5EF2289B"/>
    <w:multiLevelType w:val="hybridMultilevel"/>
    <w:tmpl w:val="FE06DC2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67BF48A3"/>
    <w:multiLevelType w:val="hybridMultilevel"/>
    <w:tmpl w:val="79D09A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9C50925"/>
    <w:multiLevelType w:val="hybridMultilevel"/>
    <w:tmpl w:val="86F041F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704C5B54"/>
    <w:multiLevelType w:val="multilevel"/>
    <w:tmpl w:val="BC3A6EC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398603E"/>
    <w:multiLevelType w:val="multilevel"/>
    <w:tmpl w:val="359CF7F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1185243374">
    <w:abstractNumId w:val="8"/>
  </w:num>
  <w:num w:numId="2" w16cid:durableId="1500847447">
    <w:abstractNumId w:val="6"/>
  </w:num>
  <w:num w:numId="3" w16cid:durableId="908736384">
    <w:abstractNumId w:val="5"/>
  </w:num>
  <w:num w:numId="4" w16cid:durableId="105004732">
    <w:abstractNumId w:val="4"/>
  </w:num>
  <w:num w:numId="5" w16cid:durableId="1740862108">
    <w:abstractNumId w:val="7"/>
  </w:num>
  <w:num w:numId="6" w16cid:durableId="908073483">
    <w:abstractNumId w:val="3"/>
  </w:num>
  <w:num w:numId="7" w16cid:durableId="579944658">
    <w:abstractNumId w:val="2"/>
  </w:num>
  <w:num w:numId="8" w16cid:durableId="6299573">
    <w:abstractNumId w:val="1"/>
  </w:num>
  <w:num w:numId="9" w16cid:durableId="798062818">
    <w:abstractNumId w:val="0"/>
  </w:num>
  <w:num w:numId="10" w16cid:durableId="1777938515">
    <w:abstractNumId w:val="12"/>
  </w:num>
  <w:num w:numId="11" w16cid:durableId="579019624">
    <w:abstractNumId w:val="16"/>
  </w:num>
  <w:num w:numId="12" w16cid:durableId="552038922">
    <w:abstractNumId w:val="9"/>
  </w:num>
  <w:num w:numId="13" w16cid:durableId="1566262115">
    <w:abstractNumId w:val="19"/>
  </w:num>
  <w:num w:numId="14" w16cid:durableId="1407991898">
    <w:abstractNumId w:val="14"/>
  </w:num>
  <w:num w:numId="15" w16cid:durableId="473254215">
    <w:abstractNumId w:val="20"/>
  </w:num>
  <w:num w:numId="16" w16cid:durableId="2105880430">
    <w:abstractNumId w:val="13"/>
  </w:num>
  <w:num w:numId="17" w16cid:durableId="701444312">
    <w:abstractNumId w:val="17"/>
  </w:num>
  <w:num w:numId="18" w16cid:durableId="1440760136">
    <w:abstractNumId w:val="18"/>
  </w:num>
  <w:num w:numId="19" w16cid:durableId="1818375345">
    <w:abstractNumId w:val="11"/>
  </w:num>
  <w:num w:numId="20" w16cid:durableId="1564411719">
    <w:abstractNumId w:val="10"/>
  </w:num>
  <w:num w:numId="21" w16cid:durableId="506676760">
    <w:abstractNumId w:val="15"/>
  </w:num>
  <w:num w:numId="22" w16cid:durableId="54225290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aNvZgLaxjUBvNY1vireS46nD2F8Qw8D6mdRkrKom7odHxp9k7eOXzPGM+FvPQAbeeHaHcc2RuWDr4ShBtC5KBA==" w:salt="6VDmYhz59bFsM7RUMqgM9g=="/>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5ABC"/>
    <w:rsid w:val="00034616"/>
    <w:rsid w:val="00034AE8"/>
    <w:rsid w:val="0005392C"/>
    <w:rsid w:val="0006063C"/>
    <w:rsid w:val="0007235F"/>
    <w:rsid w:val="00082569"/>
    <w:rsid w:val="00087309"/>
    <w:rsid w:val="000950A1"/>
    <w:rsid w:val="00096477"/>
    <w:rsid w:val="000A5E62"/>
    <w:rsid w:val="000B3942"/>
    <w:rsid w:val="000D39D3"/>
    <w:rsid w:val="000D6516"/>
    <w:rsid w:val="000E459E"/>
    <w:rsid w:val="000F16EF"/>
    <w:rsid w:val="00101FF9"/>
    <w:rsid w:val="001035C3"/>
    <w:rsid w:val="0011575A"/>
    <w:rsid w:val="00121DD1"/>
    <w:rsid w:val="00133BF4"/>
    <w:rsid w:val="00136761"/>
    <w:rsid w:val="001378A9"/>
    <w:rsid w:val="0014734B"/>
    <w:rsid w:val="0015074B"/>
    <w:rsid w:val="00160B68"/>
    <w:rsid w:val="00160FC9"/>
    <w:rsid w:val="00177B53"/>
    <w:rsid w:val="00181712"/>
    <w:rsid w:val="00191415"/>
    <w:rsid w:val="001A6A42"/>
    <w:rsid w:val="001B2953"/>
    <w:rsid w:val="00221A73"/>
    <w:rsid w:val="002236A3"/>
    <w:rsid w:val="00263A67"/>
    <w:rsid w:val="002662E0"/>
    <w:rsid w:val="00282445"/>
    <w:rsid w:val="002938C1"/>
    <w:rsid w:val="0029639D"/>
    <w:rsid w:val="00297864"/>
    <w:rsid w:val="00297F19"/>
    <w:rsid w:val="002B288E"/>
    <w:rsid w:val="002C327A"/>
    <w:rsid w:val="002D2FDB"/>
    <w:rsid w:val="002D5437"/>
    <w:rsid w:val="0031098C"/>
    <w:rsid w:val="00324879"/>
    <w:rsid w:val="00326F90"/>
    <w:rsid w:val="003502D2"/>
    <w:rsid w:val="00351BE2"/>
    <w:rsid w:val="00363D43"/>
    <w:rsid w:val="00375E73"/>
    <w:rsid w:val="003A1EBF"/>
    <w:rsid w:val="003A38CC"/>
    <w:rsid w:val="003C38D3"/>
    <w:rsid w:val="003D5DD3"/>
    <w:rsid w:val="003F2D34"/>
    <w:rsid w:val="003F731F"/>
    <w:rsid w:val="00410691"/>
    <w:rsid w:val="00413323"/>
    <w:rsid w:val="00422ACA"/>
    <w:rsid w:val="00435EEC"/>
    <w:rsid w:val="00444B8F"/>
    <w:rsid w:val="00450182"/>
    <w:rsid w:val="004515E2"/>
    <w:rsid w:val="00454733"/>
    <w:rsid w:val="0047370B"/>
    <w:rsid w:val="00484727"/>
    <w:rsid w:val="00491763"/>
    <w:rsid w:val="004B1B57"/>
    <w:rsid w:val="004F1D64"/>
    <w:rsid w:val="004F502C"/>
    <w:rsid w:val="00532297"/>
    <w:rsid w:val="00535B63"/>
    <w:rsid w:val="0055138C"/>
    <w:rsid w:val="00562A64"/>
    <w:rsid w:val="00564475"/>
    <w:rsid w:val="00581D93"/>
    <w:rsid w:val="0058501B"/>
    <w:rsid w:val="00593E3F"/>
    <w:rsid w:val="005A2F8F"/>
    <w:rsid w:val="005C050E"/>
    <w:rsid w:val="005C5787"/>
    <w:rsid w:val="005D22DA"/>
    <w:rsid w:val="005E1C10"/>
    <w:rsid w:val="005E20D6"/>
    <w:rsid w:val="00605265"/>
    <w:rsid w:val="0061034D"/>
    <w:rsid w:val="00635CC2"/>
    <w:rsid w:val="0064114B"/>
    <w:rsid w:val="00647BB6"/>
    <w:rsid w:val="006514C2"/>
    <w:rsid w:val="006544E0"/>
    <w:rsid w:val="00656FDC"/>
    <w:rsid w:val="00670484"/>
    <w:rsid w:val="00671563"/>
    <w:rsid w:val="0067491E"/>
    <w:rsid w:val="0067581C"/>
    <w:rsid w:val="00683AA7"/>
    <w:rsid w:val="00687CA9"/>
    <w:rsid w:val="006B4B14"/>
    <w:rsid w:val="006C0E24"/>
    <w:rsid w:val="006C6B7B"/>
    <w:rsid w:val="006D00B4"/>
    <w:rsid w:val="006D6563"/>
    <w:rsid w:val="006E7936"/>
    <w:rsid w:val="00706143"/>
    <w:rsid w:val="00714B39"/>
    <w:rsid w:val="00715484"/>
    <w:rsid w:val="007337A2"/>
    <w:rsid w:val="00736BB9"/>
    <w:rsid w:val="007750F5"/>
    <w:rsid w:val="00784CB0"/>
    <w:rsid w:val="00786F0D"/>
    <w:rsid w:val="007A5CD1"/>
    <w:rsid w:val="007C4F61"/>
    <w:rsid w:val="007D7EB3"/>
    <w:rsid w:val="007E4739"/>
    <w:rsid w:val="0082562C"/>
    <w:rsid w:val="0084067E"/>
    <w:rsid w:val="008604D9"/>
    <w:rsid w:val="0088395C"/>
    <w:rsid w:val="00883F0B"/>
    <w:rsid w:val="008854B2"/>
    <w:rsid w:val="008A1217"/>
    <w:rsid w:val="008A79E3"/>
    <w:rsid w:val="008B126B"/>
    <w:rsid w:val="008B12FC"/>
    <w:rsid w:val="008D1F2C"/>
    <w:rsid w:val="008F2F3E"/>
    <w:rsid w:val="008F4F81"/>
    <w:rsid w:val="00901EF9"/>
    <w:rsid w:val="00913F93"/>
    <w:rsid w:val="009709D3"/>
    <w:rsid w:val="00970EA8"/>
    <w:rsid w:val="0097376E"/>
    <w:rsid w:val="00980A1E"/>
    <w:rsid w:val="009924FB"/>
    <w:rsid w:val="009A34E8"/>
    <w:rsid w:val="009B3DBF"/>
    <w:rsid w:val="009D4708"/>
    <w:rsid w:val="00A315B9"/>
    <w:rsid w:val="00A36EB8"/>
    <w:rsid w:val="00A40CED"/>
    <w:rsid w:val="00A42B03"/>
    <w:rsid w:val="00A45B40"/>
    <w:rsid w:val="00A849E2"/>
    <w:rsid w:val="00AA1D8D"/>
    <w:rsid w:val="00AB4628"/>
    <w:rsid w:val="00AE71D6"/>
    <w:rsid w:val="00B0152E"/>
    <w:rsid w:val="00B06094"/>
    <w:rsid w:val="00B140EF"/>
    <w:rsid w:val="00B25228"/>
    <w:rsid w:val="00B433DA"/>
    <w:rsid w:val="00B44060"/>
    <w:rsid w:val="00B47730"/>
    <w:rsid w:val="00B55E86"/>
    <w:rsid w:val="00B72E4A"/>
    <w:rsid w:val="00BA28FC"/>
    <w:rsid w:val="00BB266B"/>
    <w:rsid w:val="00BB37FF"/>
    <w:rsid w:val="00BC10A0"/>
    <w:rsid w:val="00BC1476"/>
    <w:rsid w:val="00BC2760"/>
    <w:rsid w:val="00BC38B7"/>
    <w:rsid w:val="00BC3B8E"/>
    <w:rsid w:val="00BE670C"/>
    <w:rsid w:val="00BF63F5"/>
    <w:rsid w:val="00BF7BA0"/>
    <w:rsid w:val="00C07B84"/>
    <w:rsid w:val="00C35CA7"/>
    <w:rsid w:val="00C46902"/>
    <w:rsid w:val="00C54A02"/>
    <w:rsid w:val="00C71E40"/>
    <w:rsid w:val="00C7781E"/>
    <w:rsid w:val="00C82353"/>
    <w:rsid w:val="00C970AA"/>
    <w:rsid w:val="00CA2B2C"/>
    <w:rsid w:val="00CB0664"/>
    <w:rsid w:val="00CB2C99"/>
    <w:rsid w:val="00CD325B"/>
    <w:rsid w:val="00CD55AB"/>
    <w:rsid w:val="00CD70D6"/>
    <w:rsid w:val="00CE2C86"/>
    <w:rsid w:val="00CE4DE1"/>
    <w:rsid w:val="00CF1BC5"/>
    <w:rsid w:val="00CF535A"/>
    <w:rsid w:val="00D10593"/>
    <w:rsid w:val="00D22E3F"/>
    <w:rsid w:val="00D60DFC"/>
    <w:rsid w:val="00D65D0E"/>
    <w:rsid w:val="00DA0E29"/>
    <w:rsid w:val="00DA354E"/>
    <w:rsid w:val="00E0361B"/>
    <w:rsid w:val="00E13644"/>
    <w:rsid w:val="00E4232F"/>
    <w:rsid w:val="00E43D35"/>
    <w:rsid w:val="00E81C7D"/>
    <w:rsid w:val="00E95CFD"/>
    <w:rsid w:val="00ED486B"/>
    <w:rsid w:val="00ED78A2"/>
    <w:rsid w:val="00EE366C"/>
    <w:rsid w:val="00EE3CB2"/>
    <w:rsid w:val="00F242B5"/>
    <w:rsid w:val="00F46744"/>
    <w:rsid w:val="00F559BA"/>
    <w:rsid w:val="00F71919"/>
    <w:rsid w:val="00F8026D"/>
    <w:rsid w:val="00F95A31"/>
    <w:rsid w:val="00F976BA"/>
    <w:rsid w:val="00FB0715"/>
    <w:rsid w:val="00FB4D25"/>
    <w:rsid w:val="00FC693F"/>
    <w:rsid w:val="00FD4DDE"/>
    <w:rsid w:val="00FE2479"/>
    <w:rsid w:val="00FF18D8"/>
    <w:rsid w:val="00FF4A51"/>
    <w:rsid w:val="00FF7C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C13A88"/>
  <w14:defaultImageDpi w14:val="330"/>
  <w15:docId w15:val="{D13B1440-ED35-4B1B-A6F7-8928C369C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C0E24"/>
    <w:rPr>
      <w:lang w:val="de-CH"/>
    </w:rPr>
  </w:style>
  <w:style w:type="paragraph" w:styleId="berschrift1">
    <w:name w:val="heading 1"/>
    <w:basedOn w:val="Standard"/>
    <w:next w:val="Standard"/>
    <w:link w:val="berschrift1Zchn"/>
    <w:uiPriority w:val="9"/>
    <w:qFormat/>
    <w:rsid w:val="00CF1BC5"/>
    <w:pPr>
      <w:keepNext/>
      <w:keepLines/>
      <w:spacing w:before="480" w:after="0"/>
      <w:outlineLvl w:val="0"/>
    </w:pPr>
    <w:rPr>
      <w:rFonts w:asciiTheme="majorHAnsi" w:eastAsiaTheme="majorEastAsia" w:hAnsiTheme="majorHAnsi" w:cstheme="majorBidi"/>
      <w:b/>
      <w:bCs/>
      <w:sz w:val="32"/>
      <w:szCs w:val="28"/>
    </w:rPr>
  </w:style>
  <w:style w:type="paragraph" w:styleId="berschrift2">
    <w:name w:val="heading 2"/>
    <w:basedOn w:val="Standard"/>
    <w:next w:val="Standard"/>
    <w:link w:val="berschrift2Zchn"/>
    <w:uiPriority w:val="9"/>
    <w:unhideWhenUsed/>
    <w:qFormat/>
    <w:rsid w:val="00CF1BC5"/>
    <w:pPr>
      <w:keepNext/>
      <w:keepLines/>
      <w:spacing w:before="200" w:after="0"/>
      <w:outlineLvl w:val="1"/>
    </w:pPr>
    <w:rPr>
      <w:rFonts w:asciiTheme="majorHAnsi" w:eastAsiaTheme="majorEastAsia" w:hAnsiTheme="majorHAnsi" w:cstheme="majorBidi"/>
      <w:b/>
      <w:bCs/>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CF1BC5"/>
    <w:rPr>
      <w:rFonts w:asciiTheme="majorHAnsi" w:eastAsiaTheme="majorEastAsia" w:hAnsiTheme="majorHAnsi" w:cstheme="majorBidi"/>
      <w:b/>
      <w:bCs/>
      <w:sz w:val="32"/>
      <w:szCs w:val="28"/>
    </w:rPr>
  </w:style>
  <w:style w:type="character" w:customStyle="1" w:styleId="berschrift2Zchn">
    <w:name w:val="Überschrift 2 Zchn"/>
    <w:basedOn w:val="Absatz-Standardschriftart"/>
    <w:link w:val="berschrift2"/>
    <w:uiPriority w:val="9"/>
    <w:rsid w:val="00CF1BC5"/>
    <w:rPr>
      <w:rFonts w:asciiTheme="majorHAnsi" w:eastAsiaTheme="majorEastAsia" w:hAnsiTheme="majorHAnsi" w:cstheme="majorBidi"/>
      <w:b/>
      <w:bCs/>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1"/>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unhideWhenUsed/>
    <w:qFormat/>
    <w:rsid w:val="00CF1BC5"/>
    <w:pPr>
      <w:spacing w:line="240" w:lineRule="auto"/>
    </w:pPr>
    <w:rPr>
      <w:b/>
      <w:bCs/>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unhideWhenUsed/>
    <w:qFormat/>
    <w:rsid w:val="00CF1BC5"/>
    <w:pPr>
      <w:outlineLvl w:val="9"/>
    </w:pPr>
  </w:style>
  <w:style w:type="table" w:styleId="Tabellenraster">
    <w:name w:val="Table Grid"/>
    <w:basedOn w:val="NormaleTabelle"/>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Verzeichnis1">
    <w:name w:val="toc 1"/>
    <w:basedOn w:val="Standard"/>
    <w:next w:val="Standard"/>
    <w:autoRedefine/>
    <w:uiPriority w:val="39"/>
    <w:unhideWhenUsed/>
    <w:rsid w:val="0014734B"/>
    <w:pPr>
      <w:spacing w:after="100"/>
    </w:pPr>
  </w:style>
  <w:style w:type="character" w:styleId="Hyperlink">
    <w:name w:val="Hyperlink"/>
    <w:basedOn w:val="Absatz-Standardschriftart"/>
    <w:uiPriority w:val="99"/>
    <w:unhideWhenUsed/>
    <w:rsid w:val="0014734B"/>
    <w:rPr>
      <w:color w:val="0000FF" w:themeColor="hyperlink"/>
      <w:u w:val="single"/>
    </w:rPr>
  </w:style>
  <w:style w:type="paragraph" w:styleId="Verzeichnis2">
    <w:name w:val="toc 2"/>
    <w:basedOn w:val="Standard"/>
    <w:next w:val="Standard"/>
    <w:autoRedefine/>
    <w:uiPriority w:val="39"/>
    <w:unhideWhenUsed/>
    <w:rsid w:val="0014734B"/>
    <w:pPr>
      <w:spacing w:after="100"/>
      <w:ind w:left="220"/>
    </w:pPr>
  </w:style>
  <w:style w:type="table" w:styleId="Gitternetztabelle4Akzent2">
    <w:name w:val="Grid Table 4 Accent 2"/>
    <w:basedOn w:val="NormaleTabelle"/>
    <w:uiPriority w:val="49"/>
    <w:rsid w:val="00D10593"/>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itternetztabelle2Akzent1">
    <w:name w:val="Grid Table 2 Accent 1"/>
    <w:basedOn w:val="NormaleTabelle"/>
    <w:uiPriority w:val="47"/>
    <w:rsid w:val="00D10593"/>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itternetztabelle6farbig">
    <w:name w:val="Grid Table 6 Colorful"/>
    <w:basedOn w:val="NormaleTabelle"/>
    <w:uiPriority w:val="51"/>
    <w:rsid w:val="00D1059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3">
    <w:name w:val="Grid Table 3"/>
    <w:basedOn w:val="NormaleTabelle"/>
    <w:uiPriority w:val="99"/>
    <w:rsid w:val="00D105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entabelle4">
    <w:name w:val="List Table 4"/>
    <w:basedOn w:val="NormaleTabelle"/>
    <w:uiPriority w:val="49"/>
    <w:rsid w:val="00D105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
    <w:name w:val="List Table 6 Colorful"/>
    <w:basedOn w:val="NormaleTabelle"/>
    <w:uiPriority w:val="51"/>
    <w:rsid w:val="00D1059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EinfacheTabelle3">
    <w:name w:val="Plain Table 3"/>
    <w:basedOn w:val="NormaleTabelle"/>
    <w:uiPriority w:val="99"/>
    <w:rsid w:val="00D1059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99"/>
    <w:rsid w:val="00D1059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itternetztabelle1hellAkzent1">
    <w:name w:val="Grid Table 1 Light Accent 1"/>
    <w:basedOn w:val="NormaleTabelle"/>
    <w:uiPriority w:val="46"/>
    <w:rsid w:val="00BB266B"/>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BB266B"/>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itternetztabelle4">
    <w:name w:val="Grid Table 4"/>
    <w:basedOn w:val="NormaleTabelle"/>
    <w:uiPriority w:val="49"/>
    <w:rsid w:val="00BB266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3Akzent2">
    <w:name w:val="Grid Table 3 Accent 2"/>
    <w:basedOn w:val="NormaleTabelle"/>
    <w:uiPriority w:val="48"/>
    <w:rsid w:val="00BB266B"/>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itternetztabelle3Akzent4">
    <w:name w:val="Grid Table 3 Accent 4"/>
    <w:basedOn w:val="NormaleTabelle"/>
    <w:uiPriority w:val="48"/>
    <w:rsid w:val="00BB266B"/>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itternetztabelle3Akzent5">
    <w:name w:val="Grid Table 3 Accent 5"/>
    <w:basedOn w:val="NormaleTabelle"/>
    <w:uiPriority w:val="48"/>
    <w:rsid w:val="00BB266B"/>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paragraph" w:styleId="Abbildungsverzeichnis">
    <w:name w:val="table of figures"/>
    <w:basedOn w:val="Standard"/>
    <w:next w:val="Standard"/>
    <w:uiPriority w:val="99"/>
    <w:unhideWhenUsed/>
    <w:rsid w:val="00C7781E"/>
    <w:pPr>
      <w:spacing w:after="0"/>
    </w:pPr>
  </w:style>
  <w:style w:type="character" w:styleId="NichtaufgelsteErwhnung">
    <w:name w:val="Unresolved Mention"/>
    <w:basedOn w:val="Absatz-Standardschriftart"/>
    <w:uiPriority w:val="99"/>
    <w:semiHidden/>
    <w:unhideWhenUsed/>
    <w:rsid w:val="00CF1BC5"/>
    <w:rPr>
      <w:color w:val="605E5C"/>
      <w:shd w:val="clear" w:color="auto" w:fill="E1DFDD"/>
    </w:rPr>
  </w:style>
  <w:style w:type="paragraph" w:styleId="Verzeichnis3">
    <w:name w:val="toc 3"/>
    <w:basedOn w:val="Standard"/>
    <w:next w:val="Standard"/>
    <w:autoRedefine/>
    <w:uiPriority w:val="39"/>
    <w:unhideWhenUsed/>
    <w:rsid w:val="00CE2C8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943738">
      <w:bodyDiv w:val="1"/>
      <w:marLeft w:val="0"/>
      <w:marRight w:val="0"/>
      <w:marTop w:val="0"/>
      <w:marBottom w:val="0"/>
      <w:divBdr>
        <w:top w:val="none" w:sz="0" w:space="0" w:color="auto"/>
        <w:left w:val="none" w:sz="0" w:space="0" w:color="auto"/>
        <w:bottom w:val="none" w:sz="0" w:space="0" w:color="auto"/>
        <w:right w:val="none" w:sz="0" w:space="0" w:color="auto"/>
      </w:divBdr>
    </w:div>
    <w:div w:id="817385896">
      <w:bodyDiv w:val="1"/>
      <w:marLeft w:val="0"/>
      <w:marRight w:val="0"/>
      <w:marTop w:val="0"/>
      <w:marBottom w:val="0"/>
      <w:divBdr>
        <w:top w:val="none" w:sz="0" w:space="0" w:color="auto"/>
        <w:left w:val="none" w:sz="0" w:space="0" w:color="auto"/>
        <w:bottom w:val="none" w:sz="0" w:space="0" w:color="auto"/>
        <w:right w:val="none" w:sz="0" w:space="0" w:color="auto"/>
      </w:divBdr>
    </w:div>
    <w:div w:id="1585912350">
      <w:bodyDiv w:val="1"/>
      <w:marLeft w:val="0"/>
      <w:marRight w:val="0"/>
      <w:marTop w:val="0"/>
      <w:marBottom w:val="0"/>
      <w:divBdr>
        <w:top w:val="none" w:sz="0" w:space="0" w:color="auto"/>
        <w:left w:val="none" w:sz="0" w:space="0" w:color="auto"/>
        <w:bottom w:val="none" w:sz="0" w:space="0" w:color="auto"/>
        <w:right w:val="none" w:sz="0" w:space="0" w:color="auto"/>
      </w:divBdr>
    </w:div>
    <w:div w:id="2010063924">
      <w:bodyDiv w:val="1"/>
      <w:marLeft w:val="0"/>
      <w:marRight w:val="0"/>
      <w:marTop w:val="0"/>
      <w:marBottom w:val="0"/>
      <w:divBdr>
        <w:top w:val="none" w:sz="0" w:space="0" w:color="auto"/>
        <w:left w:val="none" w:sz="0" w:space="0" w:color="auto"/>
        <w:bottom w:val="none" w:sz="0" w:space="0" w:color="auto"/>
        <w:right w:val="none" w:sz="0" w:space="0" w:color="auto"/>
      </w:divBdr>
    </w:div>
    <w:div w:id="2099672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info@ewwartau.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946F0-6979-4563-BF57-C508E21A0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881</Words>
  <Characters>5555</Characters>
  <Application>Microsoft Office Word</Application>
  <DocSecurity>8</DocSecurity>
  <Lines>46</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6424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Thomas Nadig</cp:lastModifiedBy>
  <cp:revision>3</cp:revision>
  <cp:lastPrinted>2026-07-06T07:59:00Z</cp:lastPrinted>
  <dcterms:created xsi:type="dcterms:W3CDTF">2026-07-09T12:20:00Z</dcterms:created>
  <dcterms:modified xsi:type="dcterms:W3CDTF">2026-07-09T12:20:00Z</dcterms:modified>
  <cp:category/>
</cp:coreProperties>
</file>