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5CAC9" w14:textId="1384D453" w:rsidR="00A315B9" w:rsidRPr="00E95CFD" w:rsidRDefault="007337A2" w:rsidP="00786F0D">
      <w:pPr>
        <w:jc w:val="center"/>
        <w:rPr>
          <w:rFonts w:asciiTheme="majorHAnsi" w:hAnsiTheme="majorHAnsi" w:cstheme="majorHAnsi"/>
          <w:sz w:val="36"/>
        </w:rPr>
      </w:pPr>
      <w:r>
        <w:rPr>
          <w:rFonts w:ascii="Calibri Light" w:eastAsiaTheme="majorEastAsia" w:hAnsi="Calibri Light" w:cs="Calibri Light"/>
          <w:b/>
          <w:spacing w:val="5"/>
          <w:kern w:val="28"/>
          <w:sz w:val="72"/>
          <w:szCs w:val="52"/>
        </w:rPr>
        <w:t>Formular zur Anmeldung eine</w:t>
      </w:r>
      <w:r w:rsidR="005A2F8F">
        <w:rPr>
          <w:rFonts w:ascii="Calibri Light" w:eastAsiaTheme="majorEastAsia" w:hAnsi="Calibri Light" w:cs="Calibri Light"/>
          <w:b/>
          <w:spacing w:val="5"/>
          <w:kern w:val="28"/>
          <w:sz w:val="72"/>
          <w:szCs w:val="52"/>
        </w:rPr>
        <w:t>s vZEV</w:t>
      </w:r>
      <w:r w:rsidR="006544E0" w:rsidRPr="00E95CFD">
        <w:rPr>
          <w:rFonts w:asciiTheme="majorHAnsi" w:hAnsiTheme="majorHAnsi" w:cstheme="majorHAnsi"/>
          <w:sz w:val="36"/>
        </w:rPr>
        <w:br/>
      </w:r>
      <w:r w:rsidR="006544E0" w:rsidRPr="00E95CFD">
        <w:rPr>
          <w:rFonts w:asciiTheme="majorHAnsi" w:hAnsiTheme="majorHAnsi" w:cstheme="majorHAnsi"/>
          <w:sz w:val="36"/>
        </w:rPr>
        <w:br/>
      </w:r>
    </w:p>
    <w:p w14:paraId="36415850" w14:textId="77777777" w:rsidR="00A315B9" w:rsidRPr="00E95CFD" w:rsidRDefault="00A315B9" w:rsidP="00786F0D">
      <w:pPr>
        <w:jc w:val="center"/>
        <w:rPr>
          <w:rFonts w:asciiTheme="majorHAnsi" w:hAnsiTheme="majorHAnsi" w:cstheme="majorHAnsi"/>
          <w:sz w:val="36"/>
        </w:rPr>
      </w:pPr>
    </w:p>
    <w:p w14:paraId="20033F54" w14:textId="3EABB8A2" w:rsidR="00A315B9" w:rsidRPr="00E95CFD" w:rsidRDefault="005E1C10" w:rsidP="00786F0D">
      <w:pPr>
        <w:jc w:val="center"/>
        <w:rPr>
          <w:rFonts w:asciiTheme="majorHAnsi" w:hAnsiTheme="majorHAnsi" w:cstheme="majorHAnsi"/>
          <w:sz w:val="40"/>
        </w:rPr>
      </w:pPr>
      <w:r>
        <w:rPr>
          <w:rFonts w:asciiTheme="majorHAnsi" w:hAnsiTheme="majorHAnsi" w:cstheme="majorHAnsi"/>
          <w:sz w:val="40"/>
        </w:rPr>
        <w:t xml:space="preserve">Dokument Version: </w:t>
      </w:r>
      <w:r w:rsidR="005A2F8F">
        <w:rPr>
          <w:rFonts w:asciiTheme="majorHAnsi" w:hAnsiTheme="majorHAnsi" w:cstheme="majorHAnsi"/>
          <w:sz w:val="40"/>
        </w:rPr>
        <w:t>1</w:t>
      </w:r>
      <w:r>
        <w:rPr>
          <w:rFonts w:asciiTheme="majorHAnsi" w:hAnsiTheme="majorHAnsi" w:cstheme="majorHAnsi"/>
          <w:sz w:val="40"/>
        </w:rPr>
        <w:t>.0</w:t>
      </w:r>
    </w:p>
    <w:p w14:paraId="37A13B01" w14:textId="3F5FC0D8" w:rsidR="00786F0D" w:rsidRPr="00E95CFD" w:rsidRDefault="004F1D64" w:rsidP="0014734B">
      <w:pPr>
        <w:jc w:val="center"/>
        <w:rPr>
          <w:rFonts w:asciiTheme="majorHAnsi" w:hAnsiTheme="majorHAnsi" w:cstheme="majorHAnsi"/>
          <w:sz w:val="40"/>
        </w:rPr>
      </w:pPr>
      <w:r w:rsidRPr="00E95CFD">
        <w:rPr>
          <w:rFonts w:asciiTheme="majorHAnsi" w:hAnsiTheme="majorHAnsi" w:cstheme="majorHAnsi"/>
          <w:sz w:val="40"/>
        </w:rPr>
        <w:t xml:space="preserve">Datum: </w:t>
      </w:r>
      <w:r w:rsidR="00970EA8">
        <w:rPr>
          <w:rFonts w:asciiTheme="majorHAnsi" w:hAnsiTheme="majorHAnsi" w:cstheme="majorHAnsi"/>
          <w:sz w:val="40"/>
        </w:rPr>
        <w:t>0</w:t>
      </w:r>
      <w:r w:rsidR="005A2F8F">
        <w:rPr>
          <w:rFonts w:asciiTheme="majorHAnsi" w:hAnsiTheme="majorHAnsi" w:cstheme="majorHAnsi"/>
          <w:sz w:val="40"/>
        </w:rPr>
        <w:t>8</w:t>
      </w:r>
      <w:r w:rsidRPr="00E95CFD">
        <w:rPr>
          <w:rFonts w:asciiTheme="majorHAnsi" w:hAnsiTheme="majorHAnsi" w:cstheme="majorHAnsi"/>
          <w:sz w:val="40"/>
        </w:rPr>
        <w:t>.0</w:t>
      </w:r>
      <w:r w:rsidR="007337A2">
        <w:rPr>
          <w:rFonts w:asciiTheme="majorHAnsi" w:hAnsiTheme="majorHAnsi" w:cstheme="majorHAnsi"/>
          <w:sz w:val="40"/>
        </w:rPr>
        <w:t>7</w:t>
      </w:r>
      <w:r w:rsidRPr="00E95CFD">
        <w:rPr>
          <w:rFonts w:asciiTheme="majorHAnsi" w:hAnsiTheme="majorHAnsi" w:cstheme="majorHAnsi"/>
          <w:sz w:val="40"/>
        </w:rPr>
        <w:t>.2026</w:t>
      </w:r>
    </w:p>
    <w:p w14:paraId="3F6165C3" w14:textId="77777777" w:rsidR="0014734B" w:rsidRPr="00E95CFD" w:rsidRDefault="0014734B" w:rsidP="0014734B">
      <w:pPr>
        <w:jc w:val="center"/>
        <w:rPr>
          <w:rFonts w:asciiTheme="majorHAnsi" w:hAnsiTheme="majorHAnsi" w:cstheme="majorHAnsi"/>
          <w:sz w:val="40"/>
        </w:rPr>
      </w:pPr>
    </w:p>
    <w:p w14:paraId="1689BFDC" w14:textId="6DE1212B" w:rsidR="0014734B" w:rsidRPr="00E95CFD" w:rsidRDefault="0014734B" w:rsidP="0014734B">
      <w:pPr>
        <w:jc w:val="center"/>
        <w:rPr>
          <w:rFonts w:asciiTheme="majorHAnsi" w:hAnsiTheme="majorHAnsi" w:cstheme="majorHAnsi"/>
          <w:sz w:val="40"/>
        </w:rPr>
      </w:pPr>
    </w:p>
    <w:p w14:paraId="01C94154" w14:textId="00107A19" w:rsidR="00B55E86" w:rsidRPr="00706143" w:rsidRDefault="006544E0" w:rsidP="00706143">
      <w:pPr>
        <w:jc w:val="center"/>
        <w:rPr>
          <w:rFonts w:asciiTheme="majorHAnsi" w:hAnsiTheme="majorHAnsi" w:cstheme="majorHAnsi"/>
          <w:sz w:val="36"/>
        </w:rPr>
      </w:pPr>
      <w:r w:rsidRPr="00E95CFD">
        <w:rPr>
          <w:rFonts w:asciiTheme="majorHAnsi" w:hAnsiTheme="majorHAnsi" w:cstheme="majorHAnsi"/>
          <w:sz w:val="36"/>
        </w:rPr>
        <w:br w:type="page"/>
      </w:r>
    </w:p>
    <w:p w14:paraId="5725558A" w14:textId="03A65AC5" w:rsidR="00BA28FC" w:rsidRDefault="005A2F8F" w:rsidP="00BA28FC">
      <w:pPr>
        <w:rPr>
          <w:b/>
          <w:bCs/>
          <w:sz w:val="32"/>
          <w:szCs w:val="32"/>
        </w:rPr>
      </w:pPr>
      <w:bookmarkStart w:id="0" w:name="_Toc231483522"/>
      <w:r w:rsidRPr="005A2F8F">
        <w:rPr>
          <w:b/>
          <w:bCs/>
          <w:sz w:val="32"/>
          <w:szCs w:val="32"/>
        </w:rPr>
        <w:lastRenderedPageBreak/>
        <w:t>Formular zur Anmeldung eines virtuellen Zusammenschlusses zum Eigenverbrauch (vZEV) beim Verteilnetzbetreiber</w:t>
      </w:r>
    </w:p>
    <w:p w14:paraId="2A0AA67F" w14:textId="77777777" w:rsidR="005A2F8F" w:rsidRDefault="005A2F8F" w:rsidP="00BA28FC">
      <w:pPr>
        <w:rPr>
          <w:lang w:val="de-DE"/>
        </w:rPr>
      </w:pPr>
    </w:p>
    <w:p w14:paraId="2A0C3401" w14:textId="67F24C8A" w:rsidR="00BA28FC" w:rsidRPr="0058501B" w:rsidRDefault="00BA28FC" w:rsidP="0058501B">
      <w:pPr>
        <w:rPr>
          <w:b/>
          <w:bCs/>
          <w:lang w:val="de-DE"/>
        </w:rPr>
      </w:pPr>
      <w:r w:rsidRPr="00BA28FC">
        <w:rPr>
          <w:b/>
          <w:bCs/>
          <w:lang w:val="de-DE"/>
        </w:rPr>
        <w:t xml:space="preserve">Angaben </w:t>
      </w:r>
      <w:r w:rsidR="005A2F8F">
        <w:rPr>
          <w:b/>
          <w:bCs/>
          <w:lang w:val="de-DE"/>
        </w:rPr>
        <w:t>vZEV</w:t>
      </w:r>
      <w:r w:rsidRPr="00BA28FC">
        <w:rPr>
          <w:b/>
          <w:bCs/>
          <w:lang w:val="de-DE"/>
        </w:rPr>
        <w:t>-Vertreter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BA28FC" w14:paraId="25CF3981" w14:textId="77777777" w:rsidTr="00034AE8">
        <w:tc>
          <w:tcPr>
            <w:tcW w:w="2689" w:type="dxa"/>
            <w:tcBorders>
              <w:bottom w:val="single" w:sz="4" w:space="0" w:color="auto"/>
              <w:right w:val="single" w:sz="4" w:space="0" w:color="auto"/>
            </w:tcBorders>
          </w:tcPr>
          <w:p w14:paraId="55EC34E6" w14:textId="4EEFD662" w:rsidR="00BA28FC" w:rsidRPr="00BA28FC" w:rsidRDefault="005A2F8F" w:rsidP="00BA28FC">
            <w:pPr>
              <w:rPr>
                <w:lang w:val="de-DE"/>
              </w:rPr>
            </w:pPr>
            <w:permStart w:id="1302143570" w:edGrp="everyone" w:colFirst="1" w:colLast="1"/>
            <w:r>
              <w:rPr>
                <w:lang w:val="de-DE"/>
              </w:rPr>
              <w:t>vZEV</w:t>
            </w:r>
            <w:r w:rsidR="00BA28FC" w:rsidRPr="00BA28FC">
              <w:rPr>
                <w:lang w:val="de-DE"/>
              </w:rPr>
              <w:t xml:space="preserve"> VertreterIn / Firma</w:t>
            </w:r>
          </w:p>
        </w:tc>
        <w:tc>
          <w:tcPr>
            <w:tcW w:w="5941" w:type="dxa"/>
            <w:tcBorders>
              <w:left w:val="single" w:sz="4" w:space="0" w:color="auto"/>
              <w:bottom w:val="single" w:sz="4" w:space="0" w:color="auto"/>
            </w:tcBorders>
          </w:tcPr>
          <w:p w14:paraId="61B632FF" w14:textId="71BD5D07" w:rsidR="00BA28FC" w:rsidRPr="00BA28FC" w:rsidRDefault="00BA28FC" w:rsidP="00BA28FC">
            <w:pPr>
              <w:rPr>
                <w:lang w:val="de-DE"/>
              </w:rPr>
            </w:pPr>
          </w:p>
        </w:tc>
      </w:tr>
      <w:tr w:rsidR="00BA28FC" w14:paraId="38969D59" w14:textId="77777777" w:rsidTr="00034AE8">
        <w:tc>
          <w:tcPr>
            <w:tcW w:w="2689" w:type="dxa"/>
            <w:tcBorders>
              <w:top w:val="single" w:sz="4" w:space="0" w:color="auto"/>
              <w:bottom w:val="single" w:sz="4" w:space="0" w:color="auto"/>
              <w:right w:val="single" w:sz="4" w:space="0" w:color="auto"/>
            </w:tcBorders>
          </w:tcPr>
          <w:p w14:paraId="19DDCDAD" w14:textId="36138FA8" w:rsidR="00BA28FC" w:rsidRPr="00BA28FC" w:rsidRDefault="00BA28FC" w:rsidP="00BA28FC">
            <w:pPr>
              <w:rPr>
                <w:lang w:val="de-DE"/>
              </w:rPr>
            </w:pPr>
            <w:permStart w:id="478690104" w:edGrp="everyone" w:colFirst="1" w:colLast="1"/>
            <w:permEnd w:id="1302143570"/>
            <w:r>
              <w:rPr>
                <w:lang w:val="de-DE"/>
              </w:rPr>
              <w:t>Vorname</w:t>
            </w:r>
            <w:r w:rsidR="00644A74">
              <w:rPr>
                <w:lang w:val="de-DE"/>
              </w:rPr>
              <w:t>, N</w:t>
            </w:r>
            <w:r>
              <w:rPr>
                <w:lang w:val="de-DE"/>
              </w:rPr>
              <w:t>ame</w:t>
            </w:r>
          </w:p>
        </w:tc>
        <w:tc>
          <w:tcPr>
            <w:tcW w:w="5941" w:type="dxa"/>
            <w:tcBorders>
              <w:top w:val="single" w:sz="4" w:space="0" w:color="auto"/>
              <w:left w:val="single" w:sz="4" w:space="0" w:color="auto"/>
              <w:bottom w:val="single" w:sz="4" w:space="0" w:color="auto"/>
            </w:tcBorders>
          </w:tcPr>
          <w:p w14:paraId="6D282815" w14:textId="77777777" w:rsidR="00BA28FC" w:rsidRPr="00BA28FC" w:rsidRDefault="00BA28FC" w:rsidP="00BA28FC">
            <w:pPr>
              <w:rPr>
                <w:lang w:val="de-DE"/>
              </w:rPr>
            </w:pPr>
          </w:p>
        </w:tc>
      </w:tr>
      <w:tr w:rsidR="00BA28FC" w14:paraId="042D860C" w14:textId="77777777" w:rsidTr="00034AE8">
        <w:tc>
          <w:tcPr>
            <w:tcW w:w="2689" w:type="dxa"/>
            <w:tcBorders>
              <w:top w:val="single" w:sz="4" w:space="0" w:color="auto"/>
              <w:bottom w:val="single" w:sz="4" w:space="0" w:color="auto"/>
              <w:right w:val="single" w:sz="4" w:space="0" w:color="auto"/>
            </w:tcBorders>
          </w:tcPr>
          <w:p w14:paraId="051F3295" w14:textId="442CAA55" w:rsidR="00BA28FC" w:rsidRPr="00BA28FC" w:rsidRDefault="00BA28FC" w:rsidP="00BA28FC">
            <w:pPr>
              <w:rPr>
                <w:lang w:val="de-DE"/>
              </w:rPr>
            </w:pPr>
            <w:permStart w:id="1155811841" w:edGrp="everyone" w:colFirst="1" w:colLast="1"/>
            <w:permEnd w:id="478690104"/>
            <w:r>
              <w:rPr>
                <w:lang w:val="de-DE"/>
              </w:rPr>
              <w:t>Adresse</w:t>
            </w:r>
          </w:p>
        </w:tc>
        <w:tc>
          <w:tcPr>
            <w:tcW w:w="5941" w:type="dxa"/>
            <w:tcBorders>
              <w:top w:val="single" w:sz="4" w:space="0" w:color="auto"/>
              <w:left w:val="single" w:sz="4" w:space="0" w:color="auto"/>
              <w:bottom w:val="single" w:sz="4" w:space="0" w:color="auto"/>
            </w:tcBorders>
          </w:tcPr>
          <w:p w14:paraId="18E42A0A" w14:textId="77777777" w:rsidR="00BA28FC" w:rsidRPr="00BA28FC" w:rsidRDefault="00BA28FC" w:rsidP="00BA28FC">
            <w:pPr>
              <w:rPr>
                <w:lang w:val="de-DE"/>
              </w:rPr>
            </w:pPr>
          </w:p>
        </w:tc>
      </w:tr>
      <w:tr w:rsidR="00BA28FC" w14:paraId="2E0132F9" w14:textId="77777777" w:rsidTr="00034AE8">
        <w:tc>
          <w:tcPr>
            <w:tcW w:w="2689" w:type="dxa"/>
            <w:tcBorders>
              <w:top w:val="single" w:sz="4" w:space="0" w:color="auto"/>
              <w:bottom w:val="single" w:sz="4" w:space="0" w:color="auto"/>
              <w:right w:val="single" w:sz="4" w:space="0" w:color="auto"/>
            </w:tcBorders>
          </w:tcPr>
          <w:p w14:paraId="617C279D" w14:textId="6473B381" w:rsidR="00BA28FC" w:rsidRPr="00BA28FC" w:rsidRDefault="00BA28FC" w:rsidP="00BA28FC">
            <w:pPr>
              <w:rPr>
                <w:lang w:val="de-DE"/>
              </w:rPr>
            </w:pPr>
            <w:permStart w:id="1225862902" w:edGrp="everyone" w:colFirst="1" w:colLast="1"/>
            <w:permEnd w:id="1155811841"/>
            <w:r>
              <w:rPr>
                <w:lang w:val="de-DE"/>
              </w:rPr>
              <w:t>PLZ,Ort</w:t>
            </w:r>
          </w:p>
        </w:tc>
        <w:tc>
          <w:tcPr>
            <w:tcW w:w="5941" w:type="dxa"/>
            <w:tcBorders>
              <w:top w:val="single" w:sz="4" w:space="0" w:color="auto"/>
              <w:left w:val="single" w:sz="4" w:space="0" w:color="auto"/>
              <w:bottom w:val="single" w:sz="4" w:space="0" w:color="auto"/>
            </w:tcBorders>
          </w:tcPr>
          <w:p w14:paraId="7308A725" w14:textId="77777777" w:rsidR="00BA28FC" w:rsidRPr="00BA28FC" w:rsidRDefault="00BA28FC" w:rsidP="00BA28FC">
            <w:pPr>
              <w:rPr>
                <w:lang w:val="de-DE"/>
              </w:rPr>
            </w:pPr>
          </w:p>
        </w:tc>
      </w:tr>
      <w:tr w:rsidR="00BA28FC" w14:paraId="2FD4AED2" w14:textId="77777777" w:rsidTr="00034AE8">
        <w:tc>
          <w:tcPr>
            <w:tcW w:w="2689" w:type="dxa"/>
            <w:tcBorders>
              <w:top w:val="single" w:sz="4" w:space="0" w:color="auto"/>
              <w:bottom w:val="single" w:sz="4" w:space="0" w:color="auto"/>
              <w:right w:val="single" w:sz="4" w:space="0" w:color="auto"/>
            </w:tcBorders>
          </w:tcPr>
          <w:p w14:paraId="7F0D5019" w14:textId="6E9B2673" w:rsidR="00BA28FC" w:rsidRPr="00BA28FC" w:rsidRDefault="00BA28FC" w:rsidP="00BA28FC">
            <w:pPr>
              <w:rPr>
                <w:lang w:val="de-DE"/>
              </w:rPr>
            </w:pPr>
            <w:permStart w:id="563497102" w:edGrp="everyone" w:colFirst="1" w:colLast="1"/>
            <w:permEnd w:id="1225862902"/>
            <w:r>
              <w:rPr>
                <w:lang w:val="de-DE"/>
              </w:rPr>
              <w:t>Email</w:t>
            </w:r>
          </w:p>
        </w:tc>
        <w:tc>
          <w:tcPr>
            <w:tcW w:w="5941" w:type="dxa"/>
            <w:tcBorders>
              <w:top w:val="single" w:sz="4" w:space="0" w:color="auto"/>
              <w:left w:val="single" w:sz="4" w:space="0" w:color="auto"/>
              <w:bottom w:val="single" w:sz="4" w:space="0" w:color="auto"/>
            </w:tcBorders>
          </w:tcPr>
          <w:p w14:paraId="3CC6C086" w14:textId="77777777" w:rsidR="00BA28FC" w:rsidRPr="00BA28FC" w:rsidRDefault="00BA28FC" w:rsidP="00BA28FC">
            <w:pPr>
              <w:rPr>
                <w:lang w:val="de-DE"/>
              </w:rPr>
            </w:pPr>
          </w:p>
        </w:tc>
      </w:tr>
      <w:tr w:rsidR="00BA28FC" w14:paraId="0E7CCD03" w14:textId="77777777" w:rsidTr="00034AE8">
        <w:tc>
          <w:tcPr>
            <w:tcW w:w="2689" w:type="dxa"/>
            <w:tcBorders>
              <w:top w:val="single" w:sz="4" w:space="0" w:color="auto"/>
              <w:bottom w:val="single" w:sz="4" w:space="0" w:color="auto"/>
              <w:right w:val="single" w:sz="4" w:space="0" w:color="auto"/>
            </w:tcBorders>
          </w:tcPr>
          <w:p w14:paraId="0D437579" w14:textId="7C86A30D" w:rsidR="00BA28FC" w:rsidRPr="00BA28FC" w:rsidRDefault="00BA28FC" w:rsidP="00BA28FC">
            <w:pPr>
              <w:rPr>
                <w:lang w:val="de-DE"/>
              </w:rPr>
            </w:pPr>
            <w:permStart w:id="1360403856" w:edGrp="everyone" w:colFirst="1" w:colLast="1"/>
            <w:permEnd w:id="563497102"/>
            <w:r>
              <w:rPr>
                <w:lang w:val="de-DE"/>
              </w:rPr>
              <w:t>Telefon</w:t>
            </w:r>
          </w:p>
        </w:tc>
        <w:tc>
          <w:tcPr>
            <w:tcW w:w="5941" w:type="dxa"/>
            <w:tcBorders>
              <w:top w:val="single" w:sz="4" w:space="0" w:color="auto"/>
              <w:left w:val="single" w:sz="4" w:space="0" w:color="auto"/>
              <w:bottom w:val="single" w:sz="4" w:space="0" w:color="auto"/>
            </w:tcBorders>
          </w:tcPr>
          <w:p w14:paraId="6FFE6BDC" w14:textId="77777777" w:rsidR="00BA28FC" w:rsidRPr="00BA28FC" w:rsidRDefault="00BA28FC" w:rsidP="00BA28FC">
            <w:pPr>
              <w:rPr>
                <w:lang w:val="de-DE"/>
              </w:rPr>
            </w:pPr>
          </w:p>
        </w:tc>
      </w:tr>
      <w:permEnd w:id="1360403856"/>
    </w:tbl>
    <w:p w14:paraId="76186900" w14:textId="77777777" w:rsidR="00BA28FC" w:rsidRDefault="00BA28FC" w:rsidP="00BA28FC">
      <w:pPr>
        <w:rPr>
          <w:b/>
          <w:bCs/>
          <w:lang w:val="de-DE"/>
        </w:rPr>
      </w:pPr>
    </w:p>
    <w:p w14:paraId="7D20B70E" w14:textId="77777777" w:rsidR="009709D3" w:rsidRDefault="009709D3" w:rsidP="00BA28FC">
      <w:pPr>
        <w:rPr>
          <w:b/>
          <w:bCs/>
          <w:lang w:val="de-DE"/>
        </w:rPr>
      </w:pPr>
    </w:p>
    <w:p w14:paraId="68ED392C" w14:textId="0795728A" w:rsidR="00BA28FC" w:rsidRDefault="00BA28FC" w:rsidP="00BA28FC">
      <w:pPr>
        <w:rPr>
          <w:b/>
          <w:bCs/>
          <w:lang w:val="de-DE"/>
        </w:rPr>
      </w:pPr>
      <w:r w:rsidRPr="00BA28FC">
        <w:rPr>
          <w:b/>
          <w:bCs/>
          <w:lang w:val="de-DE"/>
        </w:rPr>
        <w:t xml:space="preserve">Angaben </w:t>
      </w:r>
      <w:r w:rsidR="005A2F8F">
        <w:rPr>
          <w:b/>
          <w:bCs/>
          <w:lang w:val="de-DE"/>
        </w:rPr>
        <w:t>vZEV</w:t>
      </w:r>
      <w:r w:rsidRPr="00BA28FC">
        <w:rPr>
          <w:b/>
          <w:bCs/>
          <w:lang w:val="de-DE"/>
        </w:rPr>
        <w:t>-</w:t>
      </w:r>
      <w:r w:rsidR="0058501B">
        <w:rPr>
          <w:b/>
          <w:bCs/>
          <w:lang w:val="de-DE"/>
        </w:rPr>
        <w:t>Teilne</w:t>
      </w:r>
      <w:permStart w:id="801646458" w:edGrp="everyone"/>
      <w:permEnd w:id="801646458"/>
      <w:r w:rsidR="0058501B">
        <w:rPr>
          <w:b/>
          <w:bCs/>
          <w:lang w:val="de-DE"/>
        </w:rPr>
        <w:t>hme</w:t>
      </w:r>
      <w:r w:rsidR="005A2F8F">
        <w:rPr>
          <w:b/>
          <w:bCs/>
          <w:lang w:val="de-DE"/>
        </w:rPr>
        <w:t>nde</w:t>
      </w:r>
    </w:p>
    <w:p w14:paraId="6FB74B76" w14:textId="77777777" w:rsidR="00BA28FC" w:rsidRPr="003C38D3" w:rsidRDefault="00BA28FC" w:rsidP="00BA28FC">
      <w:pPr>
        <w:spacing w:after="0"/>
        <w:rPr>
          <w:b/>
          <w:bCs/>
          <w:lang w:val="de-DE"/>
        </w:rPr>
      </w:pPr>
      <w:r w:rsidRPr="003C38D3">
        <w:rPr>
          <w:b/>
          <w:bCs/>
          <w:lang w:val="de-DE"/>
        </w:rPr>
        <w:t>Standort 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BA28FC" w14:paraId="4BC6E8BF" w14:textId="77777777" w:rsidTr="004F502C">
        <w:tc>
          <w:tcPr>
            <w:tcW w:w="2689" w:type="dxa"/>
            <w:tcBorders>
              <w:bottom w:val="single" w:sz="4" w:space="0" w:color="auto"/>
              <w:right w:val="single" w:sz="4" w:space="0" w:color="auto"/>
            </w:tcBorders>
          </w:tcPr>
          <w:p w14:paraId="65D6DF15" w14:textId="52B9387B" w:rsidR="00BA28FC" w:rsidRPr="00BA28FC" w:rsidRDefault="0058501B" w:rsidP="001554E7">
            <w:pPr>
              <w:rPr>
                <w:lang w:val="de-DE"/>
              </w:rPr>
            </w:pPr>
            <w:permStart w:id="2014587916"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7F391426" w14:textId="77777777" w:rsidR="00BA28FC" w:rsidRPr="00BA28FC" w:rsidRDefault="00BA28FC" w:rsidP="001554E7">
            <w:pPr>
              <w:rPr>
                <w:lang w:val="de-DE"/>
              </w:rPr>
            </w:pPr>
          </w:p>
        </w:tc>
      </w:tr>
      <w:tr w:rsidR="00BA28FC" w14:paraId="31B0F988" w14:textId="77777777" w:rsidTr="004F502C">
        <w:tc>
          <w:tcPr>
            <w:tcW w:w="2689" w:type="dxa"/>
            <w:tcBorders>
              <w:top w:val="single" w:sz="4" w:space="0" w:color="auto"/>
              <w:bottom w:val="single" w:sz="4" w:space="0" w:color="auto"/>
              <w:right w:val="single" w:sz="4" w:space="0" w:color="auto"/>
            </w:tcBorders>
          </w:tcPr>
          <w:p w14:paraId="28DBB371" w14:textId="15FBC233" w:rsidR="00BA28FC" w:rsidRPr="00BA28FC" w:rsidRDefault="0058501B" w:rsidP="001554E7">
            <w:pPr>
              <w:rPr>
                <w:lang w:val="de-DE"/>
              </w:rPr>
            </w:pPr>
            <w:permStart w:id="288381677" w:edGrp="everyone" w:colFirst="1" w:colLast="1"/>
            <w:permEnd w:id="2014587916"/>
            <w:r>
              <w:rPr>
                <w:lang w:val="de-DE"/>
              </w:rPr>
              <w:t>Grundstücknummer</w:t>
            </w:r>
          </w:p>
        </w:tc>
        <w:tc>
          <w:tcPr>
            <w:tcW w:w="5941" w:type="dxa"/>
            <w:tcBorders>
              <w:top w:val="single" w:sz="4" w:space="0" w:color="auto"/>
              <w:left w:val="single" w:sz="4" w:space="0" w:color="auto"/>
              <w:bottom w:val="single" w:sz="4" w:space="0" w:color="auto"/>
            </w:tcBorders>
          </w:tcPr>
          <w:p w14:paraId="0F7FB78B" w14:textId="77777777" w:rsidR="00BA28FC" w:rsidRPr="00BA28FC" w:rsidRDefault="00BA28FC" w:rsidP="001554E7">
            <w:pPr>
              <w:rPr>
                <w:lang w:val="de-DE"/>
              </w:rPr>
            </w:pPr>
          </w:p>
        </w:tc>
      </w:tr>
      <w:tr w:rsidR="00BA28FC" w14:paraId="18A058FE" w14:textId="77777777" w:rsidTr="004F502C">
        <w:tc>
          <w:tcPr>
            <w:tcW w:w="2689" w:type="dxa"/>
            <w:tcBorders>
              <w:top w:val="single" w:sz="4" w:space="0" w:color="auto"/>
              <w:bottom w:val="single" w:sz="4" w:space="0" w:color="auto"/>
              <w:right w:val="single" w:sz="4" w:space="0" w:color="auto"/>
            </w:tcBorders>
          </w:tcPr>
          <w:p w14:paraId="6D61AC6C" w14:textId="7E3FC119" w:rsidR="00BA28FC" w:rsidRPr="00BA28FC" w:rsidRDefault="0058501B" w:rsidP="001554E7">
            <w:pPr>
              <w:rPr>
                <w:lang w:val="de-DE"/>
              </w:rPr>
            </w:pPr>
            <w:permStart w:id="483659263" w:edGrp="everyone" w:colFirst="1" w:colLast="1"/>
            <w:permEnd w:id="288381677"/>
            <w:r>
              <w:rPr>
                <w:lang w:val="de-DE"/>
              </w:rPr>
              <w:t>Messpunkt (CHxxx)*</w:t>
            </w:r>
          </w:p>
        </w:tc>
        <w:tc>
          <w:tcPr>
            <w:tcW w:w="5941" w:type="dxa"/>
            <w:tcBorders>
              <w:top w:val="single" w:sz="4" w:space="0" w:color="auto"/>
              <w:left w:val="single" w:sz="4" w:space="0" w:color="auto"/>
              <w:bottom w:val="single" w:sz="4" w:space="0" w:color="auto"/>
            </w:tcBorders>
          </w:tcPr>
          <w:p w14:paraId="57209927" w14:textId="77777777" w:rsidR="00BA28FC" w:rsidRPr="00BA28FC" w:rsidRDefault="00BA28FC" w:rsidP="001554E7">
            <w:pPr>
              <w:rPr>
                <w:lang w:val="de-DE"/>
              </w:rPr>
            </w:pPr>
          </w:p>
        </w:tc>
      </w:tr>
      <w:tr w:rsidR="00BA28FC" w14:paraId="3EF95F4E" w14:textId="77777777" w:rsidTr="004F502C">
        <w:tc>
          <w:tcPr>
            <w:tcW w:w="2689" w:type="dxa"/>
            <w:tcBorders>
              <w:top w:val="single" w:sz="4" w:space="0" w:color="auto"/>
              <w:bottom w:val="single" w:sz="4" w:space="0" w:color="auto"/>
              <w:right w:val="single" w:sz="4" w:space="0" w:color="auto"/>
            </w:tcBorders>
          </w:tcPr>
          <w:p w14:paraId="5A82CA5C" w14:textId="7F5E2E17" w:rsidR="00BA28FC" w:rsidRPr="00BA28FC" w:rsidRDefault="0058501B" w:rsidP="001554E7">
            <w:pPr>
              <w:rPr>
                <w:lang w:val="de-DE"/>
              </w:rPr>
            </w:pPr>
            <w:permStart w:id="602351302" w:edGrp="everyone" w:colFirst="1" w:colLast="1"/>
            <w:permEnd w:id="483659263"/>
            <w:r>
              <w:rPr>
                <w:lang w:val="de-DE"/>
              </w:rPr>
              <w:t>Zählernummer</w:t>
            </w:r>
            <w:r w:rsidR="005A2F8F">
              <w:rPr>
                <w:lang w:val="de-DE"/>
              </w:rPr>
              <w:t xml:space="preserve"> (optional)</w:t>
            </w:r>
          </w:p>
        </w:tc>
        <w:tc>
          <w:tcPr>
            <w:tcW w:w="5941" w:type="dxa"/>
            <w:tcBorders>
              <w:top w:val="single" w:sz="4" w:space="0" w:color="auto"/>
              <w:left w:val="single" w:sz="4" w:space="0" w:color="auto"/>
              <w:bottom w:val="single" w:sz="4" w:space="0" w:color="auto"/>
            </w:tcBorders>
          </w:tcPr>
          <w:p w14:paraId="669A0D34" w14:textId="77777777" w:rsidR="00BA28FC" w:rsidRPr="00BA28FC" w:rsidRDefault="00BA28FC" w:rsidP="001554E7">
            <w:pPr>
              <w:rPr>
                <w:lang w:val="de-DE"/>
              </w:rPr>
            </w:pPr>
          </w:p>
        </w:tc>
      </w:tr>
      <w:tr w:rsidR="0058501B" w14:paraId="2CA9BCA9" w14:textId="77777777" w:rsidTr="004F502C">
        <w:tc>
          <w:tcPr>
            <w:tcW w:w="2689" w:type="dxa"/>
            <w:tcBorders>
              <w:top w:val="single" w:sz="4" w:space="0" w:color="auto"/>
              <w:bottom w:val="single" w:sz="4" w:space="0" w:color="auto"/>
              <w:right w:val="single" w:sz="4" w:space="0" w:color="auto"/>
            </w:tcBorders>
          </w:tcPr>
          <w:p w14:paraId="7FC9FDE3" w14:textId="60235F5F" w:rsidR="0058501B" w:rsidRPr="00BA28FC" w:rsidRDefault="0058501B" w:rsidP="0058501B">
            <w:pPr>
              <w:rPr>
                <w:lang w:val="de-DE"/>
              </w:rPr>
            </w:pPr>
            <w:permStart w:id="2359478" w:edGrp="everyone" w:colFirst="1" w:colLast="1"/>
            <w:permEnd w:id="602351302"/>
            <w:r>
              <w:rPr>
                <w:lang w:val="de-DE"/>
              </w:rPr>
              <w:t>Adresse</w:t>
            </w:r>
          </w:p>
        </w:tc>
        <w:tc>
          <w:tcPr>
            <w:tcW w:w="5941" w:type="dxa"/>
            <w:tcBorders>
              <w:top w:val="single" w:sz="4" w:space="0" w:color="auto"/>
              <w:left w:val="single" w:sz="4" w:space="0" w:color="auto"/>
              <w:bottom w:val="single" w:sz="4" w:space="0" w:color="auto"/>
            </w:tcBorders>
          </w:tcPr>
          <w:p w14:paraId="031DE368" w14:textId="77777777" w:rsidR="0058501B" w:rsidRPr="00BA28FC" w:rsidRDefault="0058501B" w:rsidP="0058501B">
            <w:pPr>
              <w:rPr>
                <w:lang w:val="de-DE"/>
              </w:rPr>
            </w:pPr>
          </w:p>
        </w:tc>
      </w:tr>
      <w:tr w:rsidR="0058501B" w14:paraId="473AFB74" w14:textId="77777777" w:rsidTr="004F502C">
        <w:tc>
          <w:tcPr>
            <w:tcW w:w="2689" w:type="dxa"/>
            <w:tcBorders>
              <w:top w:val="single" w:sz="4" w:space="0" w:color="auto"/>
              <w:bottom w:val="single" w:sz="4" w:space="0" w:color="auto"/>
              <w:right w:val="single" w:sz="4" w:space="0" w:color="auto"/>
            </w:tcBorders>
          </w:tcPr>
          <w:p w14:paraId="06B77BDD" w14:textId="480EA198" w:rsidR="0058501B" w:rsidRPr="00BA28FC" w:rsidRDefault="0058501B" w:rsidP="0058501B">
            <w:pPr>
              <w:rPr>
                <w:lang w:val="de-DE"/>
              </w:rPr>
            </w:pPr>
            <w:permStart w:id="569381499" w:edGrp="everyone" w:colFirst="1" w:colLast="1"/>
            <w:permEnd w:id="2359478"/>
            <w:r>
              <w:rPr>
                <w:lang w:val="de-DE"/>
              </w:rPr>
              <w:t>PLZ,Ort</w:t>
            </w:r>
          </w:p>
        </w:tc>
        <w:tc>
          <w:tcPr>
            <w:tcW w:w="5941" w:type="dxa"/>
            <w:tcBorders>
              <w:top w:val="single" w:sz="4" w:space="0" w:color="auto"/>
              <w:left w:val="single" w:sz="4" w:space="0" w:color="auto"/>
              <w:bottom w:val="single" w:sz="4" w:space="0" w:color="auto"/>
            </w:tcBorders>
          </w:tcPr>
          <w:p w14:paraId="481776F2" w14:textId="77777777" w:rsidR="0058501B" w:rsidRPr="00BA28FC" w:rsidRDefault="0058501B" w:rsidP="0058501B">
            <w:pPr>
              <w:rPr>
                <w:lang w:val="de-DE"/>
              </w:rPr>
            </w:pPr>
          </w:p>
        </w:tc>
      </w:tr>
      <w:permEnd w:id="569381499"/>
    </w:tbl>
    <w:p w14:paraId="1553E9C9" w14:textId="2E7DCAAB" w:rsidR="0058501B" w:rsidRDefault="0058501B" w:rsidP="0058501B">
      <w:pPr>
        <w:rPr>
          <w:b/>
          <w:bCs/>
          <w:lang w:val="de-DE"/>
        </w:rPr>
      </w:pPr>
    </w:p>
    <w:p w14:paraId="408F5BA2" w14:textId="74989C56" w:rsidR="003C38D3" w:rsidRPr="003C38D3" w:rsidRDefault="003C38D3" w:rsidP="003C38D3">
      <w:pPr>
        <w:spacing w:after="0"/>
        <w:rPr>
          <w:b/>
          <w:bCs/>
          <w:lang w:val="de-DE"/>
        </w:rPr>
      </w:pPr>
      <w:r w:rsidRPr="003C38D3">
        <w:rPr>
          <w:b/>
          <w:bCs/>
          <w:lang w:val="de-DE"/>
        </w:rPr>
        <w:t xml:space="preserve">Standort </w:t>
      </w:r>
      <w:r>
        <w:rPr>
          <w:b/>
          <w:bCs/>
          <w:lang w:val="de-DE"/>
        </w:rPr>
        <w:t>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3C38D3" w14:paraId="059A85F3" w14:textId="77777777" w:rsidTr="001554E7">
        <w:tc>
          <w:tcPr>
            <w:tcW w:w="2689" w:type="dxa"/>
            <w:tcBorders>
              <w:bottom w:val="single" w:sz="4" w:space="0" w:color="auto"/>
              <w:right w:val="single" w:sz="4" w:space="0" w:color="auto"/>
            </w:tcBorders>
          </w:tcPr>
          <w:p w14:paraId="56BB1E02" w14:textId="77777777" w:rsidR="003C38D3" w:rsidRPr="00BA28FC" w:rsidRDefault="003C38D3" w:rsidP="001554E7">
            <w:pPr>
              <w:rPr>
                <w:lang w:val="de-DE"/>
              </w:rPr>
            </w:pPr>
            <w:permStart w:id="1966175325"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637B207F" w14:textId="77777777" w:rsidR="003C38D3" w:rsidRPr="00BA28FC" w:rsidRDefault="003C38D3" w:rsidP="001554E7">
            <w:pPr>
              <w:rPr>
                <w:lang w:val="de-DE"/>
              </w:rPr>
            </w:pPr>
            <w:permStart w:id="2025203610" w:edGrp="everyone"/>
            <w:permEnd w:id="2025203610"/>
          </w:p>
        </w:tc>
      </w:tr>
      <w:tr w:rsidR="003C38D3" w14:paraId="2F97B03B" w14:textId="77777777" w:rsidTr="001554E7">
        <w:tc>
          <w:tcPr>
            <w:tcW w:w="2689" w:type="dxa"/>
            <w:tcBorders>
              <w:top w:val="single" w:sz="4" w:space="0" w:color="auto"/>
              <w:bottom w:val="single" w:sz="4" w:space="0" w:color="auto"/>
              <w:right w:val="single" w:sz="4" w:space="0" w:color="auto"/>
            </w:tcBorders>
          </w:tcPr>
          <w:p w14:paraId="14117EA4" w14:textId="77777777" w:rsidR="003C38D3" w:rsidRPr="00BA28FC" w:rsidRDefault="003C38D3" w:rsidP="001554E7">
            <w:pPr>
              <w:rPr>
                <w:lang w:val="de-DE"/>
              </w:rPr>
            </w:pPr>
            <w:permStart w:id="1644115089" w:edGrp="everyone" w:colFirst="1" w:colLast="1"/>
            <w:permEnd w:id="1966175325"/>
            <w:r>
              <w:rPr>
                <w:lang w:val="de-DE"/>
              </w:rPr>
              <w:t>Grundstücknummer</w:t>
            </w:r>
          </w:p>
        </w:tc>
        <w:tc>
          <w:tcPr>
            <w:tcW w:w="5941" w:type="dxa"/>
            <w:tcBorders>
              <w:top w:val="single" w:sz="4" w:space="0" w:color="auto"/>
              <w:left w:val="single" w:sz="4" w:space="0" w:color="auto"/>
              <w:bottom w:val="single" w:sz="4" w:space="0" w:color="auto"/>
            </w:tcBorders>
          </w:tcPr>
          <w:p w14:paraId="7E34185D" w14:textId="77777777" w:rsidR="003C38D3" w:rsidRPr="00BA28FC" w:rsidRDefault="003C38D3" w:rsidP="001554E7">
            <w:pPr>
              <w:rPr>
                <w:lang w:val="de-DE"/>
              </w:rPr>
            </w:pPr>
          </w:p>
        </w:tc>
      </w:tr>
      <w:tr w:rsidR="003C38D3" w14:paraId="69F90BBC" w14:textId="77777777" w:rsidTr="001554E7">
        <w:tc>
          <w:tcPr>
            <w:tcW w:w="2689" w:type="dxa"/>
            <w:tcBorders>
              <w:top w:val="single" w:sz="4" w:space="0" w:color="auto"/>
              <w:bottom w:val="single" w:sz="4" w:space="0" w:color="auto"/>
              <w:right w:val="single" w:sz="4" w:space="0" w:color="auto"/>
            </w:tcBorders>
          </w:tcPr>
          <w:p w14:paraId="6950986E" w14:textId="77777777" w:rsidR="003C38D3" w:rsidRPr="00BA28FC" w:rsidRDefault="003C38D3" w:rsidP="001554E7">
            <w:pPr>
              <w:rPr>
                <w:lang w:val="de-DE"/>
              </w:rPr>
            </w:pPr>
            <w:permStart w:id="1964061835" w:edGrp="everyone" w:colFirst="1" w:colLast="1"/>
            <w:permEnd w:id="1644115089"/>
            <w:r>
              <w:rPr>
                <w:lang w:val="de-DE"/>
              </w:rPr>
              <w:t>Messpunkt (CHxxx)*</w:t>
            </w:r>
          </w:p>
        </w:tc>
        <w:tc>
          <w:tcPr>
            <w:tcW w:w="5941" w:type="dxa"/>
            <w:tcBorders>
              <w:top w:val="single" w:sz="4" w:space="0" w:color="auto"/>
              <w:left w:val="single" w:sz="4" w:space="0" w:color="auto"/>
              <w:bottom w:val="single" w:sz="4" w:space="0" w:color="auto"/>
            </w:tcBorders>
          </w:tcPr>
          <w:p w14:paraId="53F49B5C" w14:textId="77777777" w:rsidR="003C38D3" w:rsidRPr="00BA28FC" w:rsidRDefault="003C38D3" w:rsidP="001554E7">
            <w:pPr>
              <w:rPr>
                <w:lang w:val="de-DE"/>
              </w:rPr>
            </w:pPr>
          </w:p>
        </w:tc>
      </w:tr>
      <w:tr w:rsidR="003C38D3" w14:paraId="17E1D3DA" w14:textId="77777777" w:rsidTr="001554E7">
        <w:tc>
          <w:tcPr>
            <w:tcW w:w="2689" w:type="dxa"/>
            <w:tcBorders>
              <w:top w:val="single" w:sz="4" w:space="0" w:color="auto"/>
              <w:bottom w:val="single" w:sz="4" w:space="0" w:color="auto"/>
              <w:right w:val="single" w:sz="4" w:space="0" w:color="auto"/>
            </w:tcBorders>
          </w:tcPr>
          <w:p w14:paraId="12441A0B" w14:textId="2432CE8C" w:rsidR="003C38D3" w:rsidRPr="00BA28FC" w:rsidRDefault="003C38D3" w:rsidP="001554E7">
            <w:pPr>
              <w:rPr>
                <w:lang w:val="de-DE"/>
              </w:rPr>
            </w:pPr>
            <w:permStart w:id="1672830043" w:edGrp="everyone" w:colFirst="1" w:colLast="1"/>
            <w:permEnd w:id="1964061835"/>
            <w:r>
              <w:rPr>
                <w:lang w:val="de-DE"/>
              </w:rPr>
              <w:t>Zählernummer</w:t>
            </w:r>
            <w:r w:rsidR="005A2F8F">
              <w:rPr>
                <w:lang w:val="de-DE"/>
              </w:rPr>
              <w:t xml:space="preserve"> (optional)</w:t>
            </w:r>
          </w:p>
        </w:tc>
        <w:tc>
          <w:tcPr>
            <w:tcW w:w="5941" w:type="dxa"/>
            <w:tcBorders>
              <w:top w:val="single" w:sz="4" w:space="0" w:color="auto"/>
              <w:left w:val="single" w:sz="4" w:space="0" w:color="auto"/>
              <w:bottom w:val="single" w:sz="4" w:space="0" w:color="auto"/>
            </w:tcBorders>
          </w:tcPr>
          <w:p w14:paraId="59A7DD4E" w14:textId="77777777" w:rsidR="003C38D3" w:rsidRPr="00BA28FC" w:rsidRDefault="003C38D3" w:rsidP="001554E7">
            <w:pPr>
              <w:rPr>
                <w:lang w:val="de-DE"/>
              </w:rPr>
            </w:pPr>
          </w:p>
        </w:tc>
      </w:tr>
      <w:tr w:rsidR="003C38D3" w14:paraId="0257554F" w14:textId="77777777" w:rsidTr="001554E7">
        <w:tc>
          <w:tcPr>
            <w:tcW w:w="2689" w:type="dxa"/>
            <w:tcBorders>
              <w:top w:val="single" w:sz="4" w:space="0" w:color="auto"/>
              <w:bottom w:val="single" w:sz="4" w:space="0" w:color="auto"/>
              <w:right w:val="single" w:sz="4" w:space="0" w:color="auto"/>
            </w:tcBorders>
          </w:tcPr>
          <w:p w14:paraId="4D8915DB" w14:textId="77777777" w:rsidR="003C38D3" w:rsidRPr="00BA28FC" w:rsidRDefault="003C38D3" w:rsidP="001554E7">
            <w:pPr>
              <w:rPr>
                <w:lang w:val="de-DE"/>
              </w:rPr>
            </w:pPr>
            <w:permStart w:id="1532911961" w:edGrp="everyone" w:colFirst="1" w:colLast="1"/>
            <w:permEnd w:id="1672830043"/>
            <w:r>
              <w:rPr>
                <w:lang w:val="de-DE"/>
              </w:rPr>
              <w:t>Adresse</w:t>
            </w:r>
          </w:p>
        </w:tc>
        <w:tc>
          <w:tcPr>
            <w:tcW w:w="5941" w:type="dxa"/>
            <w:tcBorders>
              <w:top w:val="single" w:sz="4" w:space="0" w:color="auto"/>
              <w:left w:val="single" w:sz="4" w:space="0" w:color="auto"/>
              <w:bottom w:val="single" w:sz="4" w:space="0" w:color="auto"/>
            </w:tcBorders>
          </w:tcPr>
          <w:p w14:paraId="1F184D39" w14:textId="77777777" w:rsidR="003C38D3" w:rsidRPr="00BA28FC" w:rsidRDefault="003C38D3" w:rsidP="001554E7">
            <w:pPr>
              <w:rPr>
                <w:lang w:val="de-DE"/>
              </w:rPr>
            </w:pPr>
          </w:p>
        </w:tc>
      </w:tr>
      <w:tr w:rsidR="003C38D3" w14:paraId="62911008" w14:textId="77777777" w:rsidTr="001554E7">
        <w:tc>
          <w:tcPr>
            <w:tcW w:w="2689" w:type="dxa"/>
            <w:tcBorders>
              <w:top w:val="single" w:sz="4" w:space="0" w:color="auto"/>
              <w:bottom w:val="single" w:sz="4" w:space="0" w:color="auto"/>
              <w:right w:val="single" w:sz="4" w:space="0" w:color="auto"/>
            </w:tcBorders>
          </w:tcPr>
          <w:p w14:paraId="6B7063C1" w14:textId="77777777" w:rsidR="003C38D3" w:rsidRPr="00BA28FC" w:rsidRDefault="003C38D3" w:rsidP="001554E7">
            <w:pPr>
              <w:rPr>
                <w:lang w:val="de-DE"/>
              </w:rPr>
            </w:pPr>
            <w:permStart w:id="790920838" w:edGrp="everyone" w:colFirst="1" w:colLast="1"/>
            <w:permEnd w:id="1532911961"/>
            <w:r>
              <w:rPr>
                <w:lang w:val="de-DE"/>
              </w:rPr>
              <w:t>PLZ,Ort</w:t>
            </w:r>
          </w:p>
        </w:tc>
        <w:tc>
          <w:tcPr>
            <w:tcW w:w="5941" w:type="dxa"/>
            <w:tcBorders>
              <w:top w:val="single" w:sz="4" w:space="0" w:color="auto"/>
              <w:left w:val="single" w:sz="4" w:space="0" w:color="auto"/>
              <w:bottom w:val="single" w:sz="4" w:space="0" w:color="auto"/>
            </w:tcBorders>
          </w:tcPr>
          <w:p w14:paraId="51AFDBD3" w14:textId="77777777" w:rsidR="003C38D3" w:rsidRPr="00BA28FC" w:rsidRDefault="003C38D3" w:rsidP="001554E7">
            <w:pPr>
              <w:rPr>
                <w:lang w:val="de-DE"/>
              </w:rPr>
            </w:pPr>
          </w:p>
        </w:tc>
      </w:tr>
      <w:permEnd w:id="790920838"/>
    </w:tbl>
    <w:p w14:paraId="4441522F" w14:textId="77777777" w:rsidR="009709D3" w:rsidRDefault="009709D3" w:rsidP="0058501B">
      <w:pPr>
        <w:rPr>
          <w:b/>
          <w:bCs/>
          <w:lang w:val="de-DE"/>
        </w:rPr>
      </w:pPr>
    </w:p>
    <w:p w14:paraId="6A18AD53" w14:textId="01AC262E" w:rsidR="0058501B" w:rsidRPr="00BA28FC" w:rsidRDefault="0058501B" w:rsidP="0058501B">
      <w:pPr>
        <w:rPr>
          <w:b/>
          <w:bCs/>
          <w:lang w:val="de-DE"/>
        </w:rPr>
      </w:pPr>
      <w:r>
        <w:rPr>
          <w:b/>
          <w:bCs/>
          <w:lang w:val="de-DE"/>
        </w:rPr>
        <w:t xml:space="preserve">* </w:t>
      </w:r>
      <w:r w:rsidRPr="0058501B">
        <w:rPr>
          <w:lang w:val="de-DE"/>
        </w:rPr>
        <w:t>Auf der Stromrechnung zu finden</w:t>
      </w:r>
    </w:p>
    <w:p w14:paraId="5713FECB" w14:textId="5D733D1C" w:rsidR="0058501B" w:rsidRDefault="0058501B" w:rsidP="0058501B">
      <w:pPr>
        <w:rPr>
          <w:b/>
          <w:bCs/>
          <w:lang w:val="de-DE"/>
        </w:rPr>
      </w:pPr>
      <w:r>
        <w:rPr>
          <w:b/>
          <w:bCs/>
          <w:lang w:val="de-DE"/>
        </w:rPr>
        <w:br w:type="page"/>
      </w:r>
    </w:p>
    <w:p w14:paraId="3522A224" w14:textId="1547739E" w:rsidR="0058501B" w:rsidRPr="003C38D3" w:rsidRDefault="0058501B" w:rsidP="0058501B">
      <w:pPr>
        <w:spacing w:after="0"/>
        <w:rPr>
          <w:b/>
          <w:bCs/>
          <w:lang w:val="de-DE"/>
        </w:rPr>
      </w:pPr>
      <w:r w:rsidRPr="003C38D3">
        <w:rPr>
          <w:b/>
          <w:bCs/>
          <w:lang w:val="de-DE"/>
        </w:rPr>
        <w:lastRenderedPageBreak/>
        <w:t>Standort 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58501B" w14:paraId="52437290" w14:textId="77777777" w:rsidTr="003C38D3">
        <w:tc>
          <w:tcPr>
            <w:tcW w:w="2689" w:type="dxa"/>
            <w:tcBorders>
              <w:bottom w:val="single" w:sz="4" w:space="0" w:color="auto"/>
              <w:right w:val="single" w:sz="4" w:space="0" w:color="auto"/>
            </w:tcBorders>
          </w:tcPr>
          <w:p w14:paraId="0CB3043E" w14:textId="77777777" w:rsidR="0058501B" w:rsidRPr="00BA28FC" w:rsidRDefault="0058501B" w:rsidP="001554E7">
            <w:pPr>
              <w:rPr>
                <w:lang w:val="de-DE"/>
              </w:rPr>
            </w:pPr>
            <w:permStart w:id="1063268976"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4AB664BD" w14:textId="77777777" w:rsidR="0058501B" w:rsidRPr="00BA28FC" w:rsidRDefault="0058501B" w:rsidP="001554E7">
            <w:pPr>
              <w:rPr>
                <w:lang w:val="de-DE"/>
              </w:rPr>
            </w:pPr>
          </w:p>
        </w:tc>
      </w:tr>
      <w:tr w:rsidR="0058501B" w14:paraId="31F07863" w14:textId="77777777" w:rsidTr="003C38D3">
        <w:tc>
          <w:tcPr>
            <w:tcW w:w="2689" w:type="dxa"/>
            <w:tcBorders>
              <w:top w:val="single" w:sz="4" w:space="0" w:color="auto"/>
              <w:bottom w:val="single" w:sz="4" w:space="0" w:color="auto"/>
              <w:right w:val="single" w:sz="4" w:space="0" w:color="auto"/>
            </w:tcBorders>
          </w:tcPr>
          <w:p w14:paraId="008ED83B" w14:textId="480296E3" w:rsidR="0058501B" w:rsidRPr="00BA28FC" w:rsidRDefault="0058501B" w:rsidP="001554E7">
            <w:pPr>
              <w:rPr>
                <w:lang w:val="de-DE"/>
              </w:rPr>
            </w:pPr>
            <w:permStart w:id="702547154" w:edGrp="everyone" w:colFirst="1" w:colLast="1"/>
            <w:permEnd w:id="1063268976"/>
            <w:r>
              <w:rPr>
                <w:lang w:val="de-DE"/>
              </w:rPr>
              <w:t>Grundstücknumm</w:t>
            </w:r>
            <w:r w:rsidR="00BC2760">
              <w:rPr>
                <w:lang w:val="de-DE"/>
              </w:rPr>
              <w:t>e</w:t>
            </w:r>
            <w:r>
              <w:rPr>
                <w:lang w:val="de-DE"/>
              </w:rPr>
              <w:t>r</w:t>
            </w:r>
          </w:p>
        </w:tc>
        <w:tc>
          <w:tcPr>
            <w:tcW w:w="5941" w:type="dxa"/>
            <w:tcBorders>
              <w:top w:val="single" w:sz="4" w:space="0" w:color="auto"/>
              <w:left w:val="single" w:sz="4" w:space="0" w:color="auto"/>
              <w:bottom w:val="single" w:sz="4" w:space="0" w:color="auto"/>
            </w:tcBorders>
          </w:tcPr>
          <w:p w14:paraId="030A01B7" w14:textId="77777777" w:rsidR="0058501B" w:rsidRPr="00BA28FC" w:rsidRDefault="0058501B" w:rsidP="001554E7">
            <w:pPr>
              <w:rPr>
                <w:lang w:val="de-DE"/>
              </w:rPr>
            </w:pPr>
          </w:p>
        </w:tc>
      </w:tr>
      <w:tr w:rsidR="0058501B" w14:paraId="7E04FE0C" w14:textId="77777777" w:rsidTr="003C38D3">
        <w:tc>
          <w:tcPr>
            <w:tcW w:w="2689" w:type="dxa"/>
            <w:tcBorders>
              <w:top w:val="single" w:sz="4" w:space="0" w:color="auto"/>
              <w:bottom w:val="single" w:sz="4" w:space="0" w:color="auto"/>
              <w:right w:val="single" w:sz="4" w:space="0" w:color="auto"/>
            </w:tcBorders>
          </w:tcPr>
          <w:p w14:paraId="71474810" w14:textId="77777777" w:rsidR="0058501B" w:rsidRPr="00BA28FC" w:rsidRDefault="0058501B" w:rsidP="001554E7">
            <w:pPr>
              <w:rPr>
                <w:lang w:val="de-DE"/>
              </w:rPr>
            </w:pPr>
            <w:permStart w:id="1772436756" w:edGrp="everyone" w:colFirst="1" w:colLast="1"/>
            <w:permEnd w:id="702547154"/>
            <w:r>
              <w:rPr>
                <w:lang w:val="de-DE"/>
              </w:rPr>
              <w:t>Messpunkt (CHxxx)*</w:t>
            </w:r>
          </w:p>
        </w:tc>
        <w:tc>
          <w:tcPr>
            <w:tcW w:w="5941" w:type="dxa"/>
            <w:tcBorders>
              <w:top w:val="single" w:sz="4" w:space="0" w:color="auto"/>
              <w:left w:val="single" w:sz="4" w:space="0" w:color="auto"/>
              <w:bottom w:val="single" w:sz="4" w:space="0" w:color="auto"/>
            </w:tcBorders>
          </w:tcPr>
          <w:p w14:paraId="56A4740D" w14:textId="77777777" w:rsidR="0058501B" w:rsidRPr="00BA28FC" w:rsidRDefault="0058501B" w:rsidP="001554E7">
            <w:pPr>
              <w:rPr>
                <w:lang w:val="de-DE"/>
              </w:rPr>
            </w:pPr>
          </w:p>
        </w:tc>
      </w:tr>
      <w:tr w:rsidR="0058501B" w14:paraId="009492A8" w14:textId="77777777" w:rsidTr="003C38D3">
        <w:tc>
          <w:tcPr>
            <w:tcW w:w="2689" w:type="dxa"/>
            <w:tcBorders>
              <w:top w:val="single" w:sz="4" w:space="0" w:color="auto"/>
              <w:bottom w:val="single" w:sz="4" w:space="0" w:color="auto"/>
              <w:right w:val="single" w:sz="4" w:space="0" w:color="auto"/>
            </w:tcBorders>
          </w:tcPr>
          <w:p w14:paraId="2092FEB5" w14:textId="3E8A1C11" w:rsidR="0058501B" w:rsidRPr="00BA28FC" w:rsidRDefault="0058501B" w:rsidP="001554E7">
            <w:pPr>
              <w:rPr>
                <w:lang w:val="de-DE"/>
              </w:rPr>
            </w:pPr>
            <w:permStart w:id="1961892905" w:edGrp="everyone" w:colFirst="1" w:colLast="1"/>
            <w:permEnd w:id="1772436756"/>
            <w:r>
              <w:rPr>
                <w:lang w:val="de-DE"/>
              </w:rPr>
              <w:t>Zählernummer</w:t>
            </w:r>
            <w:r w:rsidR="005A2F8F">
              <w:rPr>
                <w:lang w:val="de-DE"/>
              </w:rPr>
              <w:t xml:space="preserve"> (optional)</w:t>
            </w:r>
          </w:p>
        </w:tc>
        <w:tc>
          <w:tcPr>
            <w:tcW w:w="5941" w:type="dxa"/>
            <w:tcBorders>
              <w:top w:val="single" w:sz="4" w:space="0" w:color="auto"/>
              <w:left w:val="single" w:sz="4" w:space="0" w:color="auto"/>
              <w:bottom w:val="single" w:sz="4" w:space="0" w:color="auto"/>
            </w:tcBorders>
          </w:tcPr>
          <w:p w14:paraId="42423268" w14:textId="77777777" w:rsidR="0058501B" w:rsidRPr="00BA28FC" w:rsidRDefault="0058501B" w:rsidP="001554E7">
            <w:pPr>
              <w:rPr>
                <w:lang w:val="de-DE"/>
              </w:rPr>
            </w:pPr>
          </w:p>
        </w:tc>
      </w:tr>
      <w:tr w:rsidR="0058501B" w14:paraId="506C5C50" w14:textId="77777777" w:rsidTr="003C38D3">
        <w:tc>
          <w:tcPr>
            <w:tcW w:w="2689" w:type="dxa"/>
            <w:tcBorders>
              <w:top w:val="single" w:sz="4" w:space="0" w:color="auto"/>
              <w:bottom w:val="single" w:sz="4" w:space="0" w:color="auto"/>
              <w:right w:val="single" w:sz="4" w:space="0" w:color="auto"/>
            </w:tcBorders>
          </w:tcPr>
          <w:p w14:paraId="5ECAE676" w14:textId="77777777" w:rsidR="0058501B" w:rsidRPr="00BA28FC" w:rsidRDefault="0058501B" w:rsidP="001554E7">
            <w:pPr>
              <w:rPr>
                <w:lang w:val="de-DE"/>
              </w:rPr>
            </w:pPr>
            <w:permStart w:id="2059892369" w:edGrp="everyone" w:colFirst="1" w:colLast="1"/>
            <w:permEnd w:id="1961892905"/>
            <w:r>
              <w:rPr>
                <w:lang w:val="de-DE"/>
              </w:rPr>
              <w:t>Adresse</w:t>
            </w:r>
          </w:p>
        </w:tc>
        <w:tc>
          <w:tcPr>
            <w:tcW w:w="5941" w:type="dxa"/>
            <w:tcBorders>
              <w:top w:val="single" w:sz="4" w:space="0" w:color="auto"/>
              <w:left w:val="single" w:sz="4" w:space="0" w:color="auto"/>
              <w:bottom w:val="single" w:sz="4" w:space="0" w:color="auto"/>
            </w:tcBorders>
          </w:tcPr>
          <w:p w14:paraId="28F815E3" w14:textId="77777777" w:rsidR="0058501B" w:rsidRPr="00BA28FC" w:rsidRDefault="0058501B" w:rsidP="001554E7">
            <w:pPr>
              <w:rPr>
                <w:lang w:val="de-DE"/>
              </w:rPr>
            </w:pPr>
          </w:p>
        </w:tc>
      </w:tr>
      <w:tr w:rsidR="0058501B" w14:paraId="3CD4596F" w14:textId="77777777" w:rsidTr="003C38D3">
        <w:tc>
          <w:tcPr>
            <w:tcW w:w="2689" w:type="dxa"/>
            <w:tcBorders>
              <w:top w:val="single" w:sz="4" w:space="0" w:color="auto"/>
              <w:bottom w:val="single" w:sz="4" w:space="0" w:color="auto"/>
              <w:right w:val="single" w:sz="4" w:space="0" w:color="auto"/>
            </w:tcBorders>
          </w:tcPr>
          <w:p w14:paraId="681E4167" w14:textId="77777777" w:rsidR="0058501B" w:rsidRPr="00BA28FC" w:rsidRDefault="0058501B" w:rsidP="001554E7">
            <w:pPr>
              <w:rPr>
                <w:lang w:val="de-DE"/>
              </w:rPr>
            </w:pPr>
            <w:permStart w:id="1111846490" w:edGrp="everyone" w:colFirst="1" w:colLast="1"/>
            <w:permEnd w:id="2059892369"/>
            <w:r>
              <w:rPr>
                <w:lang w:val="de-DE"/>
              </w:rPr>
              <w:t>PLZ,Ort</w:t>
            </w:r>
          </w:p>
        </w:tc>
        <w:tc>
          <w:tcPr>
            <w:tcW w:w="5941" w:type="dxa"/>
            <w:tcBorders>
              <w:top w:val="single" w:sz="4" w:space="0" w:color="auto"/>
              <w:left w:val="single" w:sz="4" w:space="0" w:color="auto"/>
              <w:bottom w:val="single" w:sz="4" w:space="0" w:color="auto"/>
            </w:tcBorders>
          </w:tcPr>
          <w:p w14:paraId="6BBFEC2D" w14:textId="77777777" w:rsidR="0058501B" w:rsidRPr="00BA28FC" w:rsidRDefault="0058501B" w:rsidP="001554E7">
            <w:pPr>
              <w:rPr>
                <w:lang w:val="de-DE"/>
              </w:rPr>
            </w:pPr>
          </w:p>
        </w:tc>
      </w:tr>
      <w:permEnd w:id="1111846490"/>
    </w:tbl>
    <w:p w14:paraId="390556A2" w14:textId="3B598ED0" w:rsidR="0058501B" w:rsidRDefault="0058501B" w:rsidP="0058501B">
      <w:pPr>
        <w:rPr>
          <w:b/>
          <w:bCs/>
          <w:lang w:val="de-DE"/>
        </w:rPr>
      </w:pPr>
    </w:p>
    <w:p w14:paraId="1CD9698F" w14:textId="364D03CC" w:rsidR="0058501B" w:rsidRPr="003C38D3" w:rsidRDefault="0058501B" w:rsidP="0058501B">
      <w:pPr>
        <w:spacing w:after="0"/>
        <w:rPr>
          <w:b/>
          <w:bCs/>
          <w:lang w:val="de-DE"/>
        </w:rPr>
      </w:pPr>
      <w:r w:rsidRPr="003C38D3">
        <w:rPr>
          <w:b/>
          <w:bCs/>
          <w:lang w:val="de-DE"/>
        </w:rPr>
        <w:t xml:space="preserve">Standort </w:t>
      </w:r>
      <w:r w:rsidR="009709D3" w:rsidRPr="003C38D3">
        <w:rPr>
          <w:b/>
          <w:bCs/>
          <w:lang w:val="de-DE"/>
        </w:rPr>
        <w:t>4</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3C38D3" w14:paraId="22A1A06F" w14:textId="77777777" w:rsidTr="001554E7">
        <w:tc>
          <w:tcPr>
            <w:tcW w:w="2689" w:type="dxa"/>
            <w:tcBorders>
              <w:bottom w:val="single" w:sz="4" w:space="0" w:color="auto"/>
              <w:right w:val="single" w:sz="4" w:space="0" w:color="auto"/>
            </w:tcBorders>
          </w:tcPr>
          <w:p w14:paraId="426E4364" w14:textId="77777777" w:rsidR="003C38D3" w:rsidRPr="00BA28FC" w:rsidRDefault="003C38D3" w:rsidP="001554E7">
            <w:pPr>
              <w:rPr>
                <w:lang w:val="de-DE"/>
              </w:rPr>
            </w:pPr>
            <w:permStart w:id="198842155"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1B1C2AC6" w14:textId="77777777" w:rsidR="003C38D3" w:rsidRPr="00BA28FC" w:rsidRDefault="003C38D3" w:rsidP="001554E7">
            <w:pPr>
              <w:rPr>
                <w:lang w:val="de-DE"/>
              </w:rPr>
            </w:pPr>
          </w:p>
        </w:tc>
      </w:tr>
      <w:tr w:rsidR="003C38D3" w14:paraId="07469000" w14:textId="77777777" w:rsidTr="001554E7">
        <w:tc>
          <w:tcPr>
            <w:tcW w:w="2689" w:type="dxa"/>
            <w:tcBorders>
              <w:top w:val="single" w:sz="4" w:space="0" w:color="auto"/>
              <w:bottom w:val="single" w:sz="4" w:space="0" w:color="auto"/>
              <w:right w:val="single" w:sz="4" w:space="0" w:color="auto"/>
            </w:tcBorders>
          </w:tcPr>
          <w:p w14:paraId="2D948623" w14:textId="77777777" w:rsidR="003C38D3" w:rsidRPr="00BA28FC" w:rsidRDefault="003C38D3" w:rsidP="001554E7">
            <w:pPr>
              <w:rPr>
                <w:lang w:val="de-DE"/>
              </w:rPr>
            </w:pPr>
            <w:permStart w:id="1991331941" w:edGrp="everyone" w:colFirst="1" w:colLast="1"/>
            <w:permEnd w:id="198842155"/>
            <w:r>
              <w:rPr>
                <w:lang w:val="de-DE"/>
              </w:rPr>
              <w:t>Grundstücknummer</w:t>
            </w:r>
          </w:p>
        </w:tc>
        <w:tc>
          <w:tcPr>
            <w:tcW w:w="5941" w:type="dxa"/>
            <w:tcBorders>
              <w:top w:val="single" w:sz="4" w:space="0" w:color="auto"/>
              <w:left w:val="single" w:sz="4" w:space="0" w:color="auto"/>
              <w:bottom w:val="single" w:sz="4" w:space="0" w:color="auto"/>
            </w:tcBorders>
          </w:tcPr>
          <w:p w14:paraId="35EAAEF4" w14:textId="77777777" w:rsidR="003C38D3" w:rsidRPr="00BA28FC" w:rsidRDefault="003C38D3" w:rsidP="001554E7">
            <w:pPr>
              <w:rPr>
                <w:lang w:val="de-DE"/>
              </w:rPr>
            </w:pPr>
          </w:p>
        </w:tc>
      </w:tr>
      <w:tr w:rsidR="003C38D3" w14:paraId="5BBA8964" w14:textId="77777777" w:rsidTr="001554E7">
        <w:tc>
          <w:tcPr>
            <w:tcW w:w="2689" w:type="dxa"/>
            <w:tcBorders>
              <w:top w:val="single" w:sz="4" w:space="0" w:color="auto"/>
              <w:bottom w:val="single" w:sz="4" w:space="0" w:color="auto"/>
              <w:right w:val="single" w:sz="4" w:space="0" w:color="auto"/>
            </w:tcBorders>
          </w:tcPr>
          <w:p w14:paraId="390EFCCF" w14:textId="77777777" w:rsidR="003C38D3" w:rsidRPr="00BA28FC" w:rsidRDefault="003C38D3" w:rsidP="001554E7">
            <w:pPr>
              <w:rPr>
                <w:lang w:val="de-DE"/>
              </w:rPr>
            </w:pPr>
            <w:permStart w:id="1048651482" w:edGrp="everyone" w:colFirst="1" w:colLast="1"/>
            <w:permEnd w:id="1991331941"/>
            <w:r>
              <w:rPr>
                <w:lang w:val="de-DE"/>
              </w:rPr>
              <w:t>Messpunkt (CHxxx)*</w:t>
            </w:r>
          </w:p>
        </w:tc>
        <w:tc>
          <w:tcPr>
            <w:tcW w:w="5941" w:type="dxa"/>
            <w:tcBorders>
              <w:top w:val="single" w:sz="4" w:space="0" w:color="auto"/>
              <w:left w:val="single" w:sz="4" w:space="0" w:color="auto"/>
              <w:bottom w:val="single" w:sz="4" w:space="0" w:color="auto"/>
            </w:tcBorders>
          </w:tcPr>
          <w:p w14:paraId="0F055C81" w14:textId="77777777" w:rsidR="003C38D3" w:rsidRPr="00BA28FC" w:rsidRDefault="003C38D3" w:rsidP="001554E7">
            <w:pPr>
              <w:rPr>
                <w:lang w:val="de-DE"/>
              </w:rPr>
            </w:pPr>
          </w:p>
        </w:tc>
      </w:tr>
      <w:tr w:rsidR="003C38D3" w14:paraId="622E8246" w14:textId="77777777" w:rsidTr="001554E7">
        <w:tc>
          <w:tcPr>
            <w:tcW w:w="2689" w:type="dxa"/>
            <w:tcBorders>
              <w:top w:val="single" w:sz="4" w:space="0" w:color="auto"/>
              <w:bottom w:val="single" w:sz="4" w:space="0" w:color="auto"/>
              <w:right w:val="single" w:sz="4" w:space="0" w:color="auto"/>
            </w:tcBorders>
          </w:tcPr>
          <w:p w14:paraId="1E35BAF0" w14:textId="73E3EEBE" w:rsidR="003C38D3" w:rsidRPr="00BA28FC" w:rsidRDefault="003C38D3" w:rsidP="001554E7">
            <w:pPr>
              <w:rPr>
                <w:lang w:val="de-DE"/>
              </w:rPr>
            </w:pPr>
            <w:permStart w:id="1749101933" w:edGrp="everyone" w:colFirst="1" w:colLast="1"/>
            <w:permEnd w:id="1048651482"/>
            <w:r>
              <w:rPr>
                <w:lang w:val="de-DE"/>
              </w:rPr>
              <w:t>Zählernummer</w:t>
            </w:r>
            <w:r w:rsidR="005A2F8F">
              <w:rPr>
                <w:lang w:val="de-DE"/>
              </w:rPr>
              <w:t xml:space="preserve"> (optional)</w:t>
            </w:r>
          </w:p>
        </w:tc>
        <w:tc>
          <w:tcPr>
            <w:tcW w:w="5941" w:type="dxa"/>
            <w:tcBorders>
              <w:top w:val="single" w:sz="4" w:space="0" w:color="auto"/>
              <w:left w:val="single" w:sz="4" w:space="0" w:color="auto"/>
              <w:bottom w:val="single" w:sz="4" w:space="0" w:color="auto"/>
            </w:tcBorders>
          </w:tcPr>
          <w:p w14:paraId="0E515B76" w14:textId="77777777" w:rsidR="003C38D3" w:rsidRPr="00BA28FC" w:rsidRDefault="003C38D3" w:rsidP="001554E7">
            <w:pPr>
              <w:rPr>
                <w:lang w:val="de-DE"/>
              </w:rPr>
            </w:pPr>
          </w:p>
        </w:tc>
      </w:tr>
      <w:tr w:rsidR="003C38D3" w14:paraId="7E890024" w14:textId="77777777" w:rsidTr="001554E7">
        <w:tc>
          <w:tcPr>
            <w:tcW w:w="2689" w:type="dxa"/>
            <w:tcBorders>
              <w:top w:val="single" w:sz="4" w:space="0" w:color="auto"/>
              <w:bottom w:val="single" w:sz="4" w:space="0" w:color="auto"/>
              <w:right w:val="single" w:sz="4" w:space="0" w:color="auto"/>
            </w:tcBorders>
          </w:tcPr>
          <w:p w14:paraId="2D48B16A" w14:textId="77777777" w:rsidR="003C38D3" w:rsidRPr="00BA28FC" w:rsidRDefault="003C38D3" w:rsidP="001554E7">
            <w:pPr>
              <w:rPr>
                <w:lang w:val="de-DE"/>
              </w:rPr>
            </w:pPr>
            <w:permStart w:id="171069511" w:edGrp="everyone" w:colFirst="1" w:colLast="1"/>
            <w:permEnd w:id="1749101933"/>
            <w:r>
              <w:rPr>
                <w:lang w:val="de-DE"/>
              </w:rPr>
              <w:t>Adresse</w:t>
            </w:r>
          </w:p>
        </w:tc>
        <w:tc>
          <w:tcPr>
            <w:tcW w:w="5941" w:type="dxa"/>
            <w:tcBorders>
              <w:top w:val="single" w:sz="4" w:space="0" w:color="auto"/>
              <w:left w:val="single" w:sz="4" w:space="0" w:color="auto"/>
              <w:bottom w:val="single" w:sz="4" w:space="0" w:color="auto"/>
            </w:tcBorders>
          </w:tcPr>
          <w:p w14:paraId="58CAFE42" w14:textId="77777777" w:rsidR="003C38D3" w:rsidRPr="00BA28FC" w:rsidRDefault="003C38D3" w:rsidP="001554E7">
            <w:pPr>
              <w:rPr>
                <w:lang w:val="de-DE"/>
              </w:rPr>
            </w:pPr>
          </w:p>
        </w:tc>
      </w:tr>
      <w:tr w:rsidR="003C38D3" w14:paraId="29801C9E" w14:textId="77777777" w:rsidTr="001554E7">
        <w:tc>
          <w:tcPr>
            <w:tcW w:w="2689" w:type="dxa"/>
            <w:tcBorders>
              <w:top w:val="single" w:sz="4" w:space="0" w:color="auto"/>
              <w:bottom w:val="single" w:sz="4" w:space="0" w:color="auto"/>
              <w:right w:val="single" w:sz="4" w:space="0" w:color="auto"/>
            </w:tcBorders>
          </w:tcPr>
          <w:p w14:paraId="68D760EF" w14:textId="77777777" w:rsidR="003C38D3" w:rsidRPr="00BA28FC" w:rsidRDefault="003C38D3" w:rsidP="001554E7">
            <w:pPr>
              <w:rPr>
                <w:lang w:val="de-DE"/>
              </w:rPr>
            </w:pPr>
            <w:permStart w:id="24925326" w:edGrp="everyone" w:colFirst="1" w:colLast="1"/>
            <w:permEnd w:id="171069511"/>
            <w:r>
              <w:rPr>
                <w:lang w:val="de-DE"/>
              </w:rPr>
              <w:t>PLZ,Ort</w:t>
            </w:r>
          </w:p>
        </w:tc>
        <w:tc>
          <w:tcPr>
            <w:tcW w:w="5941" w:type="dxa"/>
            <w:tcBorders>
              <w:top w:val="single" w:sz="4" w:space="0" w:color="auto"/>
              <w:left w:val="single" w:sz="4" w:space="0" w:color="auto"/>
              <w:bottom w:val="single" w:sz="4" w:space="0" w:color="auto"/>
            </w:tcBorders>
          </w:tcPr>
          <w:p w14:paraId="29AE9468" w14:textId="77777777" w:rsidR="003C38D3" w:rsidRPr="00BA28FC" w:rsidRDefault="003C38D3" w:rsidP="001554E7">
            <w:pPr>
              <w:rPr>
                <w:lang w:val="de-DE"/>
              </w:rPr>
            </w:pPr>
          </w:p>
        </w:tc>
      </w:tr>
      <w:permEnd w:id="24925326"/>
    </w:tbl>
    <w:p w14:paraId="3D882E9C" w14:textId="44D13C31" w:rsidR="009709D3" w:rsidRDefault="009709D3" w:rsidP="009709D3">
      <w:pPr>
        <w:rPr>
          <w:b/>
          <w:bCs/>
          <w:lang w:val="de-DE"/>
        </w:rPr>
      </w:pPr>
    </w:p>
    <w:p w14:paraId="4C7A1246" w14:textId="77777777" w:rsidR="00BC2760" w:rsidRPr="00BA28FC" w:rsidRDefault="00BC2760" w:rsidP="00BC2760">
      <w:pPr>
        <w:rPr>
          <w:b/>
          <w:bCs/>
          <w:lang w:val="de-DE"/>
        </w:rPr>
      </w:pPr>
      <w:r>
        <w:rPr>
          <w:b/>
          <w:bCs/>
          <w:lang w:val="de-DE"/>
        </w:rPr>
        <w:t xml:space="preserve">* </w:t>
      </w:r>
      <w:r w:rsidRPr="0058501B">
        <w:rPr>
          <w:lang w:val="de-DE"/>
        </w:rPr>
        <w:t>Auf der Stromrechnung zu finden</w:t>
      </w:r>
    </w:p>
    <w:p w14:paraId="540363F1" w14:textId="77777777" w:rsidR="005A2F8F" w:rsidRDefault="005A2F8F" w:rsidP="009709D3">
      <w:pPr>
        <w:rPr>
          <w:b/>
          <w:bCs/>
          <w:lang w:val="de-DE"/>
        </w:rPr>
      </w:pPr>
    </w:p>
    <w:p w14:paraId="2C70FE13" w14:textId="5AC64DE7" w:rsidR="009709D3" w:rsidRDefault="005A2F8F" w:rsidP="009709D3">
      <w:pPr>
        <w:spacing w:after="0"/>
        <w:rPr>
          <w:b/>
          <w:bCs/>
          <w:lang w:val="de-DE"/>
        </w:rPr>
      </w:pPr>
      <w:r>
        <w:rPr>
          <w:b/>
          <w:bCs/>
          <w:lang w:val="de-DE"/>
        </w:rPr>
        <w:t>Kommunikationsart für Datenversand</w:t>
      </w:r>
      <w:r w:rsidR="00413323">
        <w:rPr>
          <w:b/>
          <w:bCs/>
          <w:lang w:val="de-DE"/>
        </w:rPr>
        <w:t xml:space="preserve"> (optional)</w:t>
      </w:r>
    </w:p>
    <w:p w14:paraId="20AC94DF" w14:textId="77777777" w:rsidR="005A2F8F" w:rsidRPr="003C38D3" w:rsidRDefault="005A2F8F" w:rsidP="009709D3">
      <w:pPr>
        <w:spacing w:after="0"/>
        <w:rPr>
          <w:b/>
          <w:bCs/>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2021"/>
        <w:gridCol w:w="1701"/>
        <w:gridCol w:w="4387"/>
      </w:tblGrid>
      <w:tr w:rsidR="00413323" w14:paraId="598B4775" w14:textId="77777777" w:rsidTr="00263A67">
        <w:permStart w:id="1636196397" w:edGrp="everyone" w:colFirst="2" w:colLast="2" w:displacedByCustomXml="next"/>
        <w:permStart w:id="1861230646" w:edGrp="everyone" w:colFirst="0" w:colLast="0" w:displacedByCustomXml="next"/>
        <w:sdt>
          <w:sdtPr>
            <w:rPr>
              <w:sz w:val="28"/>
              <w:szCs w:val="28"/>
              <w:lang w:val="de-DE"/>
            </w:rPr>
            <w:id w:val="88516635"/>
            <w14:checkbox>
              <w14:checked w14:val="0"/>
              <w14:checkedState w14:val="2612" w14:font="MS Gothic"/>
              <w14:uncheckedState w14:val="2610" w14:font="MS Gothic"/>
            </w14:checkbox>
          </w:sdtPr>
          <w:sdtEndPr/>
          <w:sdtContent>
            <w:tc>
              <w:tcPr>
                <w:tcW w:w="531" w:type="dxa"/>
                <w:tcBorders>
                  <w:bottom w:val="single" w:sz="4" w:space="0" w:color="auto"/>
                </w:tcBorders>
              </w:tcPr>
              <w:p w14:paraId="02890A9C" w14:textId="01DFD46D" w:rsidR="00413323" w:rsidRDefault="00A42B03" w:rsidP="00E81C7D">
                <w:pPr>
                  <w:jc w:val="center"/>
                  <w:rPr>
                    <w:lang w:val="de-DE"/>
                  </w:rPr>
                </w:pPr>
                <w:r>
                  <w:rPr>
                    <w:rFonts w:ascii="MS Gothic" w:eastAsia="MS Gothic" w:hAnsi="MS Gothic" w:hint="eastAsia"/>
                    <w:sz w:val="28"/>
                    <w:szCs w:val="28"/>
                    <w:lang w:val="de-DE"/>
                  </w:rPr>
                  <w:t>☐</w:t>
                </w:r>
              </w:p>
            </w:tc>
          </w:sdtContent>
        </w:sdt>
        <w:tc>
          <w:tcPr>
            <w:tcW w:w="2021" w:type="dxa"/>
            <w:tcBorders>
              <w:left w:val="nil"/>
              <w:bottom w:val="single" w:sz="4" w:space="0" w:color="auto"/>
              <w:right w:val="single" w:sz="4" w:space="0" w:color="auto"/>
            </w:tcBorders>
          </w:tcPr>
          <w:p w14:paraId="32D6B423" w14:textId="34B8EEB4" w:rsidR="00413323" w:rsidRPr="00BA28FC" w:rsidRDefault="00413323" w:rsidP="001554E7">
            <w:pPr>
              <w:rPr>
                <w:lang w:val="de-DE"/>
              </w:rPr>
            </w:pPr>
            <w:r>
              <w:rPr>
                <w:lang w:val="de-DE"/>
              </w:rPr>
              <w:t>Via Email</w:t>
            </w:r>
          </w:p>
        </w:tc>
        <w:tc>
          <w:tcPr>
            <w:tcW w:w="6088" w:type="dxa"/>
            <w:gridSpan w:val="2"/>
            <w:tcBorders>
              <w:bottom w:val="single" w:sz="4" w:space="0" w:color="auto"/>
            </w:tcBorders>
          </w:tcPr>
          <w:p w14:paraId="71C97B47" w14:textId="6DA0C628" w:rsidR="00413323" w:rsidRPr="00BA28FC" w:rsidRDefault="00413323" w:rsidP="001554E7">
            <w:pPr>
              <w:rPr>
                <w:lang w:val="de-DE"/>
              </w:rPr>
            </w:pPr>
          </w:p>
        </w:tc>
      </w:tr>
      <w:tr w:rsidR="00413323" w14:paraId="3D483D3F" w14:textId="77777777" w:rsidTr="00263A67">
        <w:permEnd w:id="1636196397" w:displacedByCustomXml="next"/>
        <w:permEnd w:id="1861230646" w:displacedByCustomXml="next"/>
        <w:permStart w:id="9250414" w:edGrp="everyone" w:colFirst="2" w:colLast="2" w:displacedByCustomXml="next"/>
        <w:permStart w:id="229916349" w:edGrp="everyone" w:colFirst="0" w:colLast="0" w:displacedByCustomXml="next"/>
        <w:sdt>
          <w:sdtPr>
            <w:rPr>
              <w:sz w:val="28"/>
              <w:szCs w:val="28"/>
              <w:lang w:val="de-DE"/>
            </w:rPr>
            <w:id w:val="-1999952720"/>
            <w14:checkbox>
              <w14:checked w14:val="0"/>
              <w14:checkedState w14:val="2612" w14:font="MS Gothic"/>
              <w14:uncheckedState w14:val="2610" w14:font="MS Gothic"/>
            </w14:checkbox>
          </w:sdtPr>
          <w:sdtEndPr/>
          <w:sdtContent>
            <w:tc>
              <w:tcPr>
                <w:tcW w:w="531" w:type="dxa"/>
                <w:tcBorders>
                  <w:top w:val="single" w:sz="4" w:space="0" w:color="auto"/>
                  <w:bottom w:val="single" w:sz="4" w:space="0" w:color="auto"/>
                </w:tcBorders>
              </w:tcPr>
              <w:p w14:paraId="72573F05" w14:textId="66B80253" w:rsidR="00413323" w:rsidRDefault="00A42B03" w:rsidP="00E81C7D">
                <w:pPr>
                  <w:jc w:val="center"/>
                  <w:rPr>
                    <w:lang w:val="de-DE"/>
                  </w:rPr>
                </w:pPr>
                <w:r>
                  <w:rPr>
                    <w:rFonts w:ascii="MS Gothic" w:eastAsia="MS Gothic" w:hAnsi="MS Gothic" w:hint="eastAsia"/>
                    <w:sz w:val="28"/>
                    <w:szCs w:val="28"/>
                    <w:lang w:val="de-DE"/>
                  </w:rPr>
                  <w:t>☐</w:t>
                </w:r>
              </w:p>
            </w:tc>
          </w:sdtContent>
        </w:sdt>
        <w:tc>
          <w:tcPr>
            <w:tcW w:w="2021" w:type="dxa"/>
            <w:tcBorders>
              <w:top w:val="single" w:sz="4" w:space="0" w:color="auto"/>
              <w:left w:val="nil"/>
              <w:bottom w:val="single" w:sz="4" w:space="0" w:color="auto"/>
              <w:right w:val="single" w:sz="4" w:space="0" w:color="auto"/>
            </w:tcBorders>
          </w:tcPr>
          <w:p w14:paraId="4F41264D" w14:textId="1E404025" w:rsidR="00413323" w:rsidRPr="00BA28FC" w:rsidRDefault="00413323" w:rsidP="001554E7">
            <w:pPr>
              <w:rPr>
                <w:lang w:val="de-DE"/>
              </w:rPr>
            </w:pPr>
            <w:r>
              <w:rPr>
                <w:lang w:val="de-DE"/>
              </w:rPr>
              <w:t>Via Kundenportal</w:t>
            </w:r>
          </w:p>
        </w:tc>
        <w:tc>
          <w:tcPr>
            <w:tcW w:w="6088" w:type="dxa"/>
            <w:gridSpan w:val="2"/>
            <w:tcBorders>
              <w:top w:val="single" w:sz="4" w:space="0" w:color="auto"/>
              <w:bottom w:val="single" w:sz="4" w:space="0" w:color="auto"/>
            </w:tcBorders>
          </w:tcPr>
          <w:p w14:paraId="116726CD" w14:textId="40526F75" w:rsidR="00413323" w:rsidRPr="00BA28FC" w:rsidRDefault="00413323" w:rsidP="001554E7">
            <w:pPr>
              <w:rPr>
                <w:lang w:val="de-DE"/>
              </w:rPr>
            </w:pPr>
          </w:p>
        </w:tc>
      </w:tr>
      <w:tr w:rsidR="00413323" w14:paraId="2E42FE45" w14:textId="77777777" w:rsidTr="00263A67">
        <w:permEnd w:id="9250414" w:displacedByCustomXml="next"/>
        <w:permEnd w:id="229916349" w:displacedByCustomXml="next"/>
        <w:permStart w:id="2132893848" w:edGrp="everyone" w:colFirst="2" w:colLast="2" w:displacedByCustomXml="next"/>
        <w:permStart w:id="326462441" w:edGrp="everyone" w:colFirst="0" w:colLast="0" w:displacedByCustomXml="next"/>
        <w:sdt>
          <w:sdtPr>
            <w:rPr>
              <w:sz w:val="28"/>
              <w:szCs w:val="28"/>
              <w:lang w:val="de-DE"/>
            </w:rPr>
            <w:id w:val="516126257"/>
            <w14:checkbox>
              <w14:checked w14:val="0"/>
              <w14:checkedState w14:val="2612" w14:font="MS Gothic"/>
              <w14:uncheckedState w14:val="2610" w14:font="MS Gothic"/>
            </w14:checkbox>
          </w:sdtPr>
          <w:sdtEndPr/>
          <w:sdtContent>
            <w:tc>
              <w:tcPr>
                <w:tcW w:w="531" w:type="dxa"/>
                <w:tcBorders>
                  <w:top w:val="single" w:sz="4" w:space="0" w:color="auto"/>
                </w:tcBorders>
              </w:tcPr>
              <w:p w14:paraId="27F4E692" w14:textId="7C94A45C" w:rsidR="00413323" w:rsidRDefault="00A42B03" w:rsidP="00E81C7D">
                <w:pPr>
                  <w:jc w:val="center"/>
                  <w:rPr>
                    <w:lang w:val="de-DE"/>
                  </w:rPr>
                </w:pPr>
                <w:r>
                  <w:rPr>
                    <w:rFonts w:ascii="MS Gothic" w:eastAsia="MS Gothic" w:hAnsi="MS Gothic" w:hint="eastAsia"/>
                    <w:sz w:val="28"/>
                    <w:szCs w:val="28"/>
                    <w:lang w:val="de-DE"/>
                  </w:rPr>
                  <w:t>☐</w:t>
                </w:r>
              </w:p>
            </w:tc>
          </w:sdtContent>
        </w:sdt>
        <w:tc>
          <w:tcPr>
            <w:tcW w:w="2021" w:type="dxa"/>
            <w:tcBorders>
              <w:top w:val="single" w:sz="4" w:space="0" w:color="auto"/>
              <w:left w:val="nil"/>
              <w:bottom w:val="single" w:sz="4" w:space="0" w:color="auto"/>
              <w:right w:val="single" w:sz="4" w:space="0" w:color="auto"/>
            </w:tcBorders>
          </w:tcPr>
          <w:p w14:paraId="17626B43" w14:textId="2C56FF0F" w:rsidR="00413323" w:rsidRPr="00BA28FC" w:rsidRDefault="00413323" w:rsidP="001554E7">
            <w:pPr>
              <w:rPr>
                <w:lang w:val="de-DE"/>
              </w:rPr>
            </w:pPr>
            <w:r>
              <w:rPr>
                <w:lang w:val="de-DE"/>
              </w:rPr>
              <w:t>Via FTPS-Server:</w:t>
            </w:r>
          </w:p>
        </w:tc>
        <w:tc>
          <w:tcPr>
            <w:tcW w:w="6088" w:type="dxa"/>
            <w:gridSpan w:val="2"/>
            <w:tcBorders>
              <w:top w:val="single" w:sz="4" w:space="0" w:color="auto"/>
              <w:bottom w:val="single" w:sz="4" w:space="0" w:color="auto"/>
            </w:tcBorders>
          </w:tcPr>
          <w:p w14:paraId="35B9A6DB" w14:textId="25CBDD99" w:rsidR="00413323" w:rsidRPr="00BA28FC" w:rsidRDefault="00413323" w:rsidP="001554E7">
            <w:pPr>
              <w:rPr>
                <w:lang w:val="de-DE"/>
              </w:rPr>
            </w:pPr>
          </w:p>
        </w:tc>
      </w:tr>
      <w:tr w:rsidR="00413323" w14:paraId="51B259F4" w14:textId="77777777" w:rsidTr="00263A67">
        <w:tc>
          <w:tcPr>
            <w:tcW w:w="531" w:type="dxa"/>
          </w:tcPr>
          <w:p w14:paraId="2CF550AD" w14:textId="77777777" w:rsidR="00413323" w:rsidRPr="00E81C7D" w:rsidRDefault="00413323" w:rsidP="00E81C7D">
            <w:pPr>
              <w:jc w:val="center"/>
              <w:rPr>
                <w:sz w:val="28"/>
                <w:szCs w:val="28"/>
                <w:lang w:val="de-DE"/>
              </w:rPr>
            </w:pPr>
            <w:permStart w:id="1860973960" w:edGrp="everyone" w:colFirst="0" w:colLast="0"/>
            <w:permStart w:id="1990353105" w:edGrp="everyone" w:colFirst="3" w:colLast="3"/>
            <w:permEnd w:id="326462441"/>
            <w:permEnd w:id="2132893848"/>
          </w:p>
        </w:tc>
        <w:tc>
          <w:tcPr>
            <w:tcW w:w="2021" w:type="dxa"/>
            <w:tcBorders>
              <w:top w:val="single" w:sz="4" w:space="0" w:color="auto"/>
            </w:tcBorders>
          </w:tcPr>
          <w:p w14:paraId="5A24BAAA" w14:textId="5009D1A8" w:rsidR="00413323" w:rsidRDefault="00413323" w:rsidP="001554E7">
            <w:pPr>
              <w:rPr>
                <w:lang w:val="de-DE"/>
              </w:rPr>
            </w:pPr>
            <w:r>
              <w:rPr>
                <w:lang w:val="de-DE"/>
              </w:rPr>
              <w:t>Zugangsdaten:</w:t>
            </w:r>
          </w:p>
        </w:tc>
        <w:tc>
          <w:tcPr>
            <w:tcW w:w="1701" w:type="dxa"/>
            <w:tcBorders>
              <w:top w:val="single" w:sz="4" w:space="0" w:color="auto"/>
              <w:left w:val="nil"/>
              <w:bottom w:val="single" w:sz="4" w:space="0" w:color="auto"/>
              <w:right w:val="single" w:sz="4" w:space="0" w:color="auto"/>
            </w:tcBorders>
          </w:tcPr>
          <w:p w14:paraId="3F0992EF" w14:textId="181F9C6B" w:rsidR="00413323" w:rsidRPr="00BA28FC" w:rsidRDefault="00413323" w:rsidP="001554E7">
            <w:pPr>
              <w:rPr>
                <w:lang w:val="de-DE"/>
              </w:rPr>
            </w:pPr>
            <w:r>
              <w:rPr>
                <w:lang w:val="de-DE"/>
              </w:rPr>
              <w:t>Benutzername:</w:t>
            </w:r>
          </w:p>
        </w:tc>
        <w:tc>
          <w:tcPr>
            <w:tcW w:w="4387" w:type="dxa"/>
            <w:tcBorders>
              <w:top w:val="single" w:sz="4" w:space="0" w:color="auto"/>
              <w:left w:val="single" w:sz="4" w:space="0" w:color="auto"/>
              <w:bottom w:val="single" w:sz="4" w:space="0" w:color="auto"/>
            </w:tcBorders>
          </w:tcPr>
          <w:p w14:paraId="4E19DFFA" w14:textId="57B7BE3A" w:rsidR="00413323" w:rsidRPr="00BA28FC" w:rsidRDefault="00413323" w:rsidP="001554E7">
            <w:pPr>
              <w:rPr>
                <w:lang w:val="de-DE"/>
              </w:rPr>
            </w:pPr>
          </w:p>
        </w:tc>
      </w:tr>
      <w:tr w:rsidR="00413323" w14:paraId="1C06EEE3" w14:textId="77777777" w:rsidTr="00263A67">
        <w:tc>
          <w:tcPr>
            <w:tcW w:w="531" w:type="dxa"/>
          </w:tcPr>
          <w:p w14:paraId="60FA45AA" w14:textId="77777777" w:rsidR="00413323" w:rsidRPr="00E81C7D" w:rsidRDefault="00413323" w:rsidP="00E81C7D">
            <w:pPr>
              <w:jc w:val="center"/>
              <w:rPr>
                <w:sz w:val="28"/>
                <w:szCs w:val="28"/>
                <w:lang w:val="de-DE"/>
              </w:rPr>
            </w:pPr>
            <w:permStart w:id="2087851172" w:edGrp="everyone" w:colFirst="0" w:colLast="0"/>
            <w:permStart w:id="644512026" w:edGrp="everyone" w:colFirst="3" w:colLast="3"/>
            <w:permEnd w:id="1860973960"/>
            <w:permEnd w:id="1990353105"/>
          </w:p>
        </w:tc>
        <w:tc>
          <w:tcPr>
            <w:tcW w:w="2021" w:type="dxa"/>
          </w:tcPr>
          <w:p w14:paraId="7C4F7899" w14:textId="77777777" w:rsidR="00413323" w:rsidRDefault="00413323" w:rsidP="001554E7">
            <w:pPr>
              <w:rPr>
                <w:lang w:val="de-DE"/>
              </w:rPr>
            </w:pPr>
          </w:p>
        </w:tc>
        <w:tc>
          <w:tcPr>
            <w:tcW w:w="1701" w:type="dxa"/>
            <w:tcBorders>
              <w:top w:val="single" w:sz="4" w:space="0" w:color="auto"/>
              <w:left w:val="nil"/>
              <w:bottom w:val="single" w:sz="4" w:space="0" w:color="auto"/>
              <w:right w:val="single" w:sz="4" w:space="0" w:color="auto"/>
            </w:tcBorders>
          </w:tcPr>
          <w:p w14:paraId="309783DD" w14:textId="26D1E7A6" w:rsidR="00413323" w:rsidRPr="00BA28FC" w:rsidRDefault="00413323" w:rsidP="001554E7">
            <w:pPr>
              <w:rPr>
                <w:lang w:val="de-DE"/>
              </w:rPr>
            </w:pPr>
            <w:r>
              <w:rPr>
                <w:lang w:val="de-DE"/>
              </w:rPr>
              <w:t>Passwort:</w:t>
            </w:r>
          </w:p>
        </w:tc>
        <w:tc>
          <w:tcPr>
            <w:tcW w:w="4387" w:type="dxa"/>
            <w:tcBorders>
              <w:top w:val="single" w:sz="4" w:space="0" w:color="auto"/>
              <w:left w:val="single" w:sz="4" w:space="0" w:color="auto"/>
              <w:bottom w:val="single" w:sz="4" w:space="0" w:color="auto"/>
            </w:tcBorders>
          </w:tcPr>
          <w:p w14:paraId="0FD290BA" w14:textId="6D56A8D2" w:rsidR="00413323" w:rsidRPr="00BA28FC" w:rsidRDefault="00413323" w:rsidP="001554E7">
            <w:pPr>
              <w:rPr>
                <w:lang w:val="de-DE"/>
              </w:rPr>
            </w:pPr>
          </w:p>
        </w:tc>
      </w:tr>
      <w:tr w:rsidR="00413323" w14:paraId="7A84A521" w14:textId="77777777" w:rsidTr="00263A67">
        <w:tc>
          <w:tcPr>
            <w:tcW w:w="531" w:type="dxa"/>
            <w:tcBorders>
              <w:bottom w:val="single" w:sz="4" w:space="0" w:color="auto"/>
            </w:tcBorders>
          </w:tcPr>
          <w:p w14:paraId="66126BCB" w14:textId="77777777" w:rsidR="00413323" w:rsidRPr="00E81C7D" w:rsidRDefault="00413323" w:rsidP="00E81C7D">
            <w:pPr>
              <w:jc w:val="center"/>
              <w:rPr>
                <w:sz w:val="28"/>
                <w:szCs w:val="28"/>
                <w:lang w:val="de-DE"/>
              </w:rPr>
            </w:pPr>
            <w:permStart w:id="137391708" w:edGrp="everyone" w:colFirst="0" w:colLast="0"/>
            <w:permEnd w:id="2087851172"/>
            <w:permEnd w:id="644512026"/>
          </w:p>
        </w:tc>
        <w:tc>
          <w:tcPr>
            <w:tcW w:w="8109" w:type="dxa"/>
            <w:gridSpan w:val="3"/>
            <w:tcBorders>
              <w:bottom w:val="single" w:sz="4" w:space="0" w:color="auto"/>
            </w:tcBorders>
          </w:tcPr>
          <w:p w14:paraId="7D066CB0" w14:textId="51420B4E" w:rsidR="00413323" w:rsidRPr="00BA28FC" w:rsidRDefault="00413323" w:rsidP="001554E7">
            <w:pPr>
              <w:rPr>
                <w:lang w:val="de-DE"/>
              </w:rPr>
            </w:pPr>
            <w:r>
              <w:rPr>
                <w:lang w:val="de-DE"/>
              </w:rPr>
              <w:t>Format des Datenversandes   - ebIX</w:t>
            </w:r>
            <w:r>
              <w:rPr>
                <w:lang w:val="de-DE"/>
              </w:rPr>
              <w:br/>
              <w:t xml:space="preserve">                                                         - csv</w:t>
            </w:r>
          </w:p>
        </w:tc>
      </w:tr>
      <w:tr w:rsidR="00263A67" w14:paraId="3DC627C6" w14:textId="77777777" w:rsidTr="00263A67">
        <w:permEnd w:id="137391708" w:displacedByCustomXml="next"/>
        <w:permStart w:id="830869308" w:edGrp="everyone" w:colFirst="2" w:colLast="2" w:displacedByCustomXml="next"/>
        <w:permStart w:id="1431912377" w:edGrp="everyone" w:colFirst="0" w:colLast="0" w:displacedByCustomXml="next"/>
        <w:sdt>
          <w:sdtPr>
            <w:rPr>
              <w:sz w:val="28"/>
              <w:szCs w:val="28"/>
              <w:lang w:val="de-DE"/>
            </w:rPr>
            <w:id w:val="-33509206"/>
            <w14:checkbox>
              <w14:checked w14:val="0"/>
              <w14:checkedState w14:val="2612" w14:font="MS Gothic"/>
              <w14:uncheckedState w14:val="2610" w14:font="MS Gothic"/>
            </w14:checkbox>
          </w:sdtPr>
          <w:sdtEndPr/>
          <w:sdtContent>
            <w:tc>
              <w:tcPr>
                <w:tcW w:w="531" w:type="dxa"/>
                <w:tcBorders>
                  <w:top w:val="single" w:sz="4" w:space="0" w:color="auto"/>
                </w:tcBorders>
              </w:tcPr>
              <w:p w14:paraId="60460D8C" w14:textId="601503EA" w:rsidR="00263A67" w:rsidRDefault="00263A67" w:rsidP="00E81C7D">
                <w:pPr>
                  <w:jc w:val="center"/>
                  <w:rPr>
                    <w:lang w:val="de-DE"/>
                  </w:rPr>
                </w:pPr>
                <w:r w:rsidRPr="00E81C7D">
                  <w:rPr>
                    <w:rFonts w:ascii="MS Gothic" w:eastAsia="MS Gothic" w:hAnsi="MS Gothic" w:hint="eastAsia"/>
                    <w:sz w:val="28"/>
                    <w:szCs w:val="28"/>
                    <w:lang w:val="de-DE"/>
                  </w:rPr>
                  <w:t>☐</w:t>
                </w:r>
              </w:p>
            </w:tc>
          </w:sdtContent>
        </w:sdt>
        <w:tc>
          <w:tcPr>
            <w:tcW w:w="2021" w:type="dxa"/>
            <w:tcBorders>
              <w:top w:val="single" w:sz="4" w:space="0" w:color="auto"/>
              <w:left w:val="nil"/>
              <w:bottom w:val="single" w:sz="4" w:space="0" w:color="auto"/>
              <w:right w:val="single" w:sz="4" w:space="0" w:color="auto"/>
            </w:tcBorders>
          </w:tcPr>
          <w:p w14:paraId="5B216752" w14:textId="59AD1B28" w:rsidR="00263A67" w:rsidRPr="00BA28FC" w:rsidRDefault="00263A67" w:rsidP="001554E7">
            <w:pPr>
              <w:rPr>
                <w:lang w:val="de-DE"/>
              </w:rPr>
            </w:pPr>
            <w:r>
              <w:rPr>
                <w:lang w:val="de-DE"/>
              </w:rPr>
              <w:t>Via SDAT CH-Hub:</w:t>
            </w:r>
          </w:p>
        </w:tc>
        <w:tc>
          <w:tcPr>
            <w:tcW w:w="6088" w:type="dxa"/>
            <w:gridSpan w:val="2"/>
            <w:tcBorders>
              <w:top w:val="single" w:sz="4" w:space="0" w:color="auto"/>
              <w:bottom w:val="single" w:sz="4" w:space="0" w:color="auto"/>
            </w:tcBorders>
          </w:tcPr>
          <w:p w14:paraId="2B858EDB" w14:textId="09C94730" w:rsidR="00263A67" w:rsidRPr="00BA28FC" w:rsidRDefault="00263A67" w:rsidP="001554E7">
            <w:pPr>
              <w:rPr>
                <w:lang w:val="de-DE"/>
              </w:rPr>
            </w:pPr>
          </w:p>
        </w:tc>
      </w:tr>
      <w:tr w:rsidR="00263A67" w14:paraId="5E609F32" w14:textId="77777777" w:rsidTr="00263A67">
        <w:tc>
          <w:tcPr>
            <w:tcW w:w="531" w:type="dxa"/>
          </w:tcPr>
          <w:p w14:paraId="53B6E657" w14:textId="77777777" w:rsidR="00263A67" w:rsidRPr="00E81C7D" w:rsidRDefault="00263A67" w:rsidP="00E81C7D">
            <w:pPr>
              <w:jc w:val="center"/>
              <w:rPr>
                <w:sz w:val="28"/>
                <w:szCs w:val="28"/>
                <w:lang w:val="de-DE"/>
              </w:rPr>
            </w:pPr>
            <w:permStart w:id="1124954351" w:edGrp="everyone" w:colFirst="0" w:colLast="0"/>
            <w:permStart w:id="1835929416" w:edGrp="everyone" w:colFirst="2" w:colLast="2"/>
            <w:permEnd w:id="1431912377"/>
            <w:permEnd w:id="830869308"/>
          </w:p>
        </w:tc>
        <w:tc>
          <w:tcPr>
            <w:tcW w:w="2021" w:type="dxa"/>
            <w:tcBorders>
              <w:top w:val="single" w:sz="4" w:space="0" w:color="auto"/>
              <w:left w:val="nil"/>
              <w:bottom w:val="single" w:sz="4" w:space="0" w:color="auto"/>
              <w:right w:val="single" w:sz="4" w:space="0" w:color="auto"/>
            </w:tcBorders>
          </w:tcPr>
          <w:p w14:paraId="2AAF7604" w14:textId="0FBF5697" w:rsidR="00263A67" w:rsidRDefault="00263A67" w:rsidP="001554E7">
            <w:pPr>
              <w:rPr>
                <w:lang w:val="de-DE"/>
              </w:rPr>
            </w:pPr>
            <w:r>
              <w:rPr>
                <w:lang w:val="de-DE"/>
              </w:rPr>
              <w:t>User:</w:t>
            </w:r>
          </w:p>
        </w:tc>
        <w:tc>
          <w:tcPr>
            <w:tcW w:w="6088" w:type="dxa"/>
            <w:gridSpan w:val="2"/>
            <w:tcBorders>
              <w:top w:val="single" w:sz="4" w:space="0" w:color="auto"/>
              <w:bottom w:val="single" w:sz="4" w:space="0" w:color="auto"/>
            </w:tcBorders>
          </w:tcPr>
          <w:p w14:paraId="052B04B7" w14:textId="77777777" w:rsidR="00263A67" w:rsidRPr="00BA28FC" w:rsidRDefault="00263A67" w:rsidP="001554E7">
            <w:pPr>
              <w:rPr>
                <w:lang w:val="de-DE"/>
              </w:rPr>
            </w:pPr>
          </w:p>
        </w:tc>
      </w:tr>
      <w:tr w:rsidR="00263A67" w14:paraId="04D1B1FD" w14:textId="77777777" w:rsidTr="00263A67">
        <w:tc>
          <w:tcPr>
            <w:tcW w:w="531" w:type="dxa"/>
            <w:tcBorders>
              <w:bottom w:val="single" w:sz="4" w:space="0" w:color="auto"/>
            </w:tcBorders>
          </w:tcPr>
          <w:p w14:paraId="5ADE0EDC" w14:textId="77777777" w:rsidR="00263A67" w:rsidRPr="00E81C7D" w:rsidRDefault="00263A67" w:rsidP="00E81C7D">
            <w:pPr>
              <w:jc w:val="center"/>
              <w:rPr>
                <w:sz w:val="28"/>
                <w:szCs w:val="28"/>
                <w:lang w:val="de-DE"/>
              </w:rPr>
            </w:pPr>
            <w:permStart w:id="1969491614" w:edGrp="everyone" w:colFirst="0" w:colLast="0"/>
            <w:permStart w:id="1263495870" w:edGrp="everyone" w:colFirst="2" w:colLast="2"/>
            <w:permEnd w:id="1124954351"/>
            <w:permEnd w:id="1835929416"/>
          </w:p>
        </w:tc>
        <w:tc>
          <w:tcPr>
            <w:tcW w:w="2021" w:type="dxa"/>
            <w:tcBorders>
              <w:top w:val="single" w:sz="4" w:space="0" w:color="auto"/>
              <w:left w:val="nil"/>
              <w:bottom w:val="single" w:sz="4" w:space="0" w:color="auto"/>
              <w:right w:val="single" w:sz="4" w:space="0" w:color="auto"/>
            </w:tcBorders>
          </w:tcPr>
          <w:p w14:paraId="13ED0237" w14:textId="1A92ECF1" w:rsidR="00263A67" w:rsidRDefault="00263A67" w:rsidP="001554E7">
            <w:pPr>
              <w:rPr>
                <w:lang w:val="de-DE"/>
              </w:rPr>
            </w:pPr>
            <w:r>
              <w:rPr>
                <w:lang w:val="de-DE"/>
              </w:rPr>
              <w:t>EIC-X Code:</w:t>
            </w:r>
          </w:p>
        </w:tc>
        <w:tc>
          <w:tcPr>
            <w:tcW w:w="6088" w:type="dxa"/>
            <w:gridSpan w:val="2"/>
            <w:tcBorders>
              <w:top w:val="single" w:sz="4" w:space="0" w:color="auto"/>
              <w:bottom w:val="single" w:sz="4" w:space="0" w:color="auto"/>
            </w:tcBorders>
          </w:tcPr>
          <w:p w14:paraId="2A867F63" w14:textId="77777777" w:rsidR="00263A67" w:rsidRPr="00BA28FC" w:rsidRDefault="00263A67" w:rsidP="001554E7">
            <w:pPr>
              <w:rPr>
                <w:lang w:val="de-DE"/>
              </w:rPr>
            </w:pPr>
          </w:p>
        </w:tc>
      </w:tr>
      <w:tr w:rsidR="00263A67" w14:paraId="20E3E696" w14:textId="77777777" w:rsidTr="00263A67">
        <w:permEnd w:id="1263495870" w:displacedByCustomXml="next"/>
        <w:permEnd w:id="1969491614" w:displacedByCustomXml="next"/>
        <w:permStart w:id="922245710" w:edGrp="everyone" w:colFirst="0" w:colLast="0" w:displacedByCustomXml="next"/>
        <w:sdt>
          <w:sdtPr>
            <w:rPr>
              <w:sz w:val="28"/>
              <w:szCs w:val="28"/>
              <w:lang w:val="de-DE"/>
            </w:rPr>
            <w:id w:val="1163507138"/>
            <w14:checkbox>
              <w14:checked w14:val="0"/>
              <w14:checkedState w14:val="2612" w14:font="MS Gothic"/>
              <w14:uncheckedState w14:val="2610" w14:font="MS Gothic"/>
            </w14:checkbox>
          </w:sdtPr>
          <w:sdtEndPr/>
          <w:sdtContent>
            <w:tc>
              <w:tcPr>
                <w:tcW w:w="531" w:type="dxa"/>
                <w:tcBorders>
                  <w:top w:val="single" w:sz="4" w:space="0" w:color="auto"/>
                  <w:bottom w:val="single" w:sz="4" w:space="0" w:color="auto"/>
                </w:tcBorders>
              </w:tcPr>
              <w:p w14:paraId="05057218" w14:textId="1A65E11A" w:rsidR="00263A67" w:rsidRDefault="00263A67" w:rsidP="00E81C7D">
                <w:pPr>
                  <w:jc w:val="center"/>
                  <w:rPr>
                    <w:lang w:val="de-DE"/>
                  </w:rPr>
                </w:pPr>
                <w:r w:rsidRPr="00413323">
                  <w:rPr>
                    <w:rFonts w:ascii="MS Gothic" w:eastAsia="MS Gothic" w:hAnsi="MS Gothic" w:hint="eastAsia"/>
                    <w:sz w:val="28"/>
                    <w:szCs w:val="28"/>
                    <w:lang w:val="de-DE"/>
                  </w:rPr>
                  <w:t>☐</w:t>
                </w:r>
              </w:p>
            </w:tc>
          </w:sdtContent>
        </w:sdt>
        <w:tc>
          <w:tcPr>
            <w:tcW w:w="8109" w:type="dxa"/>
            <w:gridSpan w:val="3"/>
            <w:tcBorders>
              <w:top w:val="single" w:sz="4" w:space="0" w:color="auto"/>
              <w:bottom w:val="single" w:sz="4" w:space="0" w:color="auto"/>
            </w:tcBorders>
          </w:tcPr>
          <w:p w14:paraId="34EA7053" w14:textId="5939E799" w:rsidR="00263A67" w:rsidRPr="00BA28FC" w:rsidRDefault="00263A67" w:rsidP="001554E7">
            <w:pPr>
              <w:rPr>
                <w:lang w:val="de-DE"/>
              </w:rPr>
            </w:pPr>
            <w:r>
              <w:rPr>
                <w:lang w:val="de-DE"/>
              </w:rPr>
              <w:t>Nutzung der Kundenschnittstelle mit Smart Meter Reader (Adapter)</w:t>
            </w:r>
          </w:p>
        </w:tc>
      </w:tr>
      <w:permEnd w:id="922245710"/>
    </w:tbl>
    <w:p w14:paraId="2DDE2041" w14:textId="77777777" w:rsidR="009709D3" w:rsidRDefault="009709D3" w:rsidP="0058501B">
      <w:pPr>
        <w:rPr>
          <w:b/>
          <w:bCs/>
          <w:lang w:val="de-DE"/>
        </w:rPr>
      </w:pPr>
    </w:p>
    <w:p w14:paraId="5CC1DCE4" w14:textId="77777777" w:rsidR="009709D3" w:rsidRDefault="009709D3" w:rsidP="009709D3">
      <w:pPr>
        <w:rPr>
          <w:b/>
          <w:bCs/>
          <w:lang w:val="de-DE"/>
        </w:rPr>
      </w:pPr>
    </w:p>
    <w:p w14:paraId="4347E3E0" w14:textId="77777777" w:rsidR="009709D3" w:rsidRDefault="009709D3" w:rsidP="00BA28FC">
      <w:pPr>
        <w:rPr>
          <w:b/>
          <w:bCs/>
          <w:lang w:val="de-DE"/>
        </w:rPr>
      </w:pPr>
    </w:p>
    <w:p w14:paraId="276BAE1E" w14:textId="77777777" w:rsidR="003C38D3" w:rsidRDefault="003C38D3" w:rsidP="003C38D3">
      <w:pPr>
        <w:rPr>
          <w:b/>
          <w:bCs/>
          <w:lang w:val="de-DE"/>
        </w:rPr>
      </w:pPr>
      <w:r w:rsidRPr="003C38D3">
        <w:rPr>
          <w:b/>
          <w:bCs/>
          <w:lang w:val="de-DE"/>
        </w:rPr>
        <w:lastRenderedPageBreak/>
        <w:t>Zusätzliche Bestandteile</w:t>
      </w:r>
    </w:p>
    <w:p w14:paraId="5D914A68" w14:textId="29E068A0" w:rsidR="00BC2760" w:rsidRPr="003C38D3" w:rsidRDefault="00BC2760" w:rsidP="003C38D3">
      <w:pPr>
        <w:rPr>
          <w:b/>
          <w:bCs/>
          <w:lang w:val="de-DE"/>
        </w:rPr>
      </w:pPr>
      <w:r w:rsidRPr="003C38D3">
        <w:rPr>
          <w:lang w:val="de-DE"/>
        </w:rPr>
        <w:t>Die Anmeldung richtet sich nach der aktuell gültigen Gesetzgebung und den</w:t>
      </w:r>
      <w:r>
        <w:rPr>
          <w:lang w:val="de-DE"/>
        </w:rPr>
        <w:t xml:space="preserve"> </w:t>
      </w:r>
      <w:r w:rsidRPr="003C38D3">
        <w:rPr>
          <w:lang w:val="de-DE"/>
        </w:rPr>
        <w:t>allgemein anerkannten Branchenvorgaben.</w:t>
      </w:r>
    </w:p>
    <w:tbl>
      <w:tblPr>
        <w:tblStyle w:val="Tabellenraster"/>
        <w:tblW w:w="0" w:type="auto"/>
        <w:tblLook w:val="04A0" w:firstRow="1" w:lastRow="0" w:firstColumn="1" w:lastColumn="0" w:noHBand="0" w:noVBand="1"/>
      </w:tblPr>
      <w:tblGrid>
        <w:gridCol w:w="2830"/>
        <w:gridCol w:w="5800"/>
      </w:tblGrid>
      <w:tr w:rsidR="00BC2760" w:rsidRPr="00BC2760" w14:paraId="3976B0AE" w14:textId="77777777" w:rsidTr="00BC2760">
        <w:tc>
          <w:tcPr>
            <w:tcW w:w="2830" w:type="dxa"/>
            <w:tcBorders>
              <w:top w:val="single" w:sz="4" w:space="0" w:color="auto"/>
              <w:left w:val="nil"/>
              <w:bottom w:val="single" w:sz="4" w:space="0" w:color="auto"/>
              <w:right w:val="nil"/>
            </w:tcBorders>
          </w:tcPr>
          <w:p w14:paraId="61581859" w14:textId="52E95E17" w:rsidR="00BC2760" w:rsidRPr="00BC2760" w:rsidRDefault="00BC2760" w:rsidP="00BC2760">
            <w:pPr>
              <w:pStyle w:val="Listenabsatz"/>
              <w:numPr>
                <w:ilvl w:val="0"/>
                <w:numId w:val="22"/>
              </w:numPr>
              <w:rPr>
                <w:sz w:val="18"/>
                <w:szCs w:val="18"/>
                <w:lang w:val="de-DE"/>
              </w:rPr>
            </w:pPr>
            <w:r w:rsidRPr="00BC2760">
              <w:rPr>
                <w:sz w:val="18"/>
                <w:szCs w:val="18"/>
                <w:lang w:val="de-DE"/>
              </w:rPr>
              <w:t>Bedingungen und Pflichten</w:t>
            </w:r>
          </w:p>
        </w:tc>
        <w:tc>
          <w:tcPr>
            <w:tcW w:w="5800" w:type="dxa"/>
            <w:tcBorders>
              <w:top w:val="single" w:sz="4" w:space="0" w:color="auto"/>
              <w:left w:val="nil"/>
              <w:bottom w:val="single" w:sz="4" w:space="0" w:color="auto"/>
              <w:right w:val="nil"/>
            </w:tcBorders>
          </w:tcPr>
          <w:p w14:paraId="2378174B" w14:textId="3849B45A" w:rsidR="00BC2760" w:rsidRDefault="00BC2760" w:rsidP="00BC2760">
            <w:pPr>
              <w:pStyle w:val="Listenabsatz"/>
              <w:numPr>
                <w:ilvl w:val="1"/>
                <w:numId w:val="22"/>
              </w:numPr>
              <w:rPr>
                <w:sz w:val="18"/>
                <w:szCs w:val="18"/>
              </w:rPr>
            </w:pPr>
            <w:r w:rsidRPr="00BC2760">
              <w:rPr>
                <w:sz w:val="18"/>
                <w:szCs w:val="18"/>
              </w:rPr>
              <w:t>Die Vertretung erklärt in der beigelegten Vollmacht, von den am vZEV teilnehmenden Parteien (Grundeigentümer, Mieter und / oder Pächter) zur rechtskräftigen Unterzeichnung dieser Anmeldung und zum Erhalt deren Messdaten durch den VNB, bevollmächtigt zu sein. Sie erklärt weiter, dass sie bevollmächtigt ist, sämtliche notwendigen Willenserklärungen im Zusammenhang mit der Gründung und dem Betrieb des vZEV rechtswirksam für den vZEV abzugeben und zu empfangen. Sie ist alleinige Ansprechperson gegenüber dem Verteilnetzbetreiber (VNB) und haftet im Falle einer ungenügenden Bevollmächtigung.</w:t>
            </w:r>
          </w:p>
          <w:p w14:paraId="4C0F41D1" w14:textId="77777777" w:rsidR="00784CB0" w:rsidRPr="00BC2760" w:rsidRDefault="00784CB0" w:rsidP="00784CB0">
            <w:pPr>
              <w:pStyle w:val="Listenabsatz"/>
              <w:rPr>
                <w:sz w:val="18"/>
                <w:szCs w:val="18"/>
              </w:rPr>
            </w:pPr>
          </w:p>
          <w:p w14:paraId="51226C51" w14:textId="7F662D83" w:rsidR="00BC2760" w:rsidRDefault="00BC2760" w:rsidP="00BC2760">
            <w:pPr>
              <w:pStyle w:val="Listenabsatz"/>
              <w:numPr>
                <w:ilvl w:val="1"/>
                <w:numId w:val="22"/>
              </w:numPr>
              <w:rPr>
                <w:sz w:val="18"/>
                <w:szCs w:val="18"/>
              </w:rPr>
            </w:pPr>
            <w:r w:rsidRPr="00BC2760">
              <w:rPr>
                <w:sz w:val="18"/>
                <w:szCs w:val="18"/>
              </w:rPr>
              <w:t>Mieter und Pächter dürfen nur mit dem Einverständnis des Grundeigentümers am vZEV teilnehmen. Sie dürfen sich bei Einführung des vZEV nicht für die Grundversorgung durch den Netzbetreiber entschieden haben. Der vZEV leistet dafür Gewähr, dass diese Voraussetzung erfüllt ist. Mieter und Pächter, welche sich bei Einführung des vZEV für die Grundversorgung entschieden haben, bilden nicht Gegenstand dieser Anmeldung. Die Vertretung ist dafür verantwortlich, dem VNB die am vZEV teilnehmenden Mieter und Pächter mitzuteilen und die Einverständnisse der Mieter einzuholen.</w:t>
            </w:r>
          </w:p>
          <w:p w14:paraId="042FA620" w14:textId="77777777" w:rsidR="00784CB0" w:rsidRPr="00784CB0" w:rsidRDefault="00784CB0" w:rsidP="00784CB0">
            <w:pPr>
              <w:rPr>
                <w:sz w:val="18"/>
                <w:szCs w:val="18"/>
              </w:rPr>
            </w:pPr>
          </w:p>
          <w:p w14:paraId="429400A2" w14:textId="77777777" w:rsidR="00BC2760" w:rsidRDefault="00BC2760" w:rsidP="00BC2760">
            <w:pPr>
              <w:pStyle w:val="Listenabsatz"/>
              <w:numPr>
                <w:ilvl w:val="1"/>
                <w:numId w:val="22"/>
              </w:numPr>
              <w:rPr>
                <w:sz w:val="18"/>
                <w:szCs w:val="18"/>
              </w:rPr>
            </w:pPr>
            <w:r w:rsidRPr="00BC2760">
              <w:rPr>
                <w:sz w:val="18"/>
                <w:szCs w:val="18"/>
              </w:rPr>
              <w:t>Technische Grundlage für die Erstellung des vZEV bildet das Vorhandensein einer geeigneten Messinfrastruktur. Die Messpflicht obliegt dem VNB. Die korrekte Abrechnung innerhalb des vZEV liegt in der Verantwortung der vZEV.</w:t>
            </w:r>
          </w:p>
          <w:p w14:paraId="302CFD80" w14:textId="77777777" w:rsidR="00784CB0" w:rsidRDefault="00784CB0" w:rsidP="00784CB0">
            <w:pPr>
              <w:pStyle w:val="Listenabsatz"/>
              <w:rPr>
                <w:sz w:val="18"/>
                <w:szCs w:val="18"/>
              </w:rPr>
            </w:pPr>
          </w:p>
          <w:p w14:paraId="4CA095B0" w14:textId="77777777" w:rsidR="00BC2760" w:rsidRDefault="00BC2760" w:rsidP="00BC2760">
            <w:pPr>
              <w:pStyle w:val="Listenabsatz"/>
              <w:numPr>
                <w:ilvl w:val="1"/>
                <w:numId w:val="22"/>
              </w:numPr>
              <w:rPr>
                <w:sz w:val="18"/>
                <w:szCs w:val="18"/>
              </w:rPr>
            </w:pPr>
            <w:r w:rsidRPr="00BC2760">
              <w:rPr>
                <w:sz w:val="18"/>
                <w:szCs w:val="18"/>
              </w:rPr>
              <w:t>Bei einem Mieterwechsel ist der neue Mieter automatisch Teil des vZEV. Die Grundeigentümer leisten Gewähr, bei Mieterwechsel die Nachmieter vertraglich zur Teilnahme am vZEV zu verpflichten. Bei einem Eigentü- merwechsel ist der neue Eigentümer ebenfalls automatisch Teil des vZEV. Die Grundeigentümer verpflichten sich, die Teilnahme am vZEV im Grundbuch festzulegen.</w:t>
            </w:r>
          </w:p>
          <w:p w14:paraId="039B2D32" w14:textId="77777777" w:rsidR="00784CB0" w:rsidRPr="00784CB0" w:rsidRDefault="00784CB0" w:rsidP="00784CB0">
            <w:pPr>
              <w:rPr>
                <w:sz w:val="18"/>
                <w:szCs w:val="18"/>
              </w:rPr>
            </w:pPr>
          </w:p>
          <w:p w14:paraId="3D2C607C" w14:textId="77777777" w:rsidR="00BC2760" w:rsidRDefault="00BC2760" w:rsidP="00BC2760">
            <w:pPr>
              <w:pStyle w:val="Listenabsatz"/>
              <w:numPr>
                <w:ilvl w:val="1"/>
                <w:numId w:val="22"/>
              </w:numPr>
              <w:rPr>
                <w:sz w:val="18"/>
                <w:szCs w:val="18"/>
              </w:rPr>
            </w:pPr>
            <w:r w:rsidRPr="00BC2760">
              <w:rPr>
                <w:sz w:val="18"/>
                <w:szCs w:val="18"/>
              </w:rPr>
              <w:t>Der Eigentümer einer elektrischen Installation ist gemäss der Niederspannungsinstallationsverordnung (NIV) für die periodische Kontrolle verantwortlich. Der vZEV leistet dafür Gewähr, dass die Rechte und Pflichten in Bezug auf Elektroinstallationen an den bezeichneten Vertreter übertragen werden. Damit ist der Vertreter der vZEV für Kontrollaufforderungen nach NIV zuständig. Die Zustellung erfolgt ausschliesslich an ihn.</w:t>
            </w:r>
          </w:p>
          <w:p w14:paraId="36262FDB" w14:textId="77777777" w:rsidR="00784CB0" w:rsidRPr="00784CB0" w:rsidRDefault="00784CB0" w:rsidP="00784CB0">
            <w:pPr>
              <w:rPr>
                <w:sz w:val="18"/>
                <w:szCs w:val="18"/>
              </w:rPr>
            </w:pPr>
          </w:p>
          <w:p w14:paraId="3F4BBB87" w14:textId="77777777" w:rsidR="00BC2760" w:rsidRDefault="00BC2760" w:rsidP="00BC2760">
            <w:pPr>
              <w:pStyle w:val="Listenabsatz"/>
              <w:numPr>
                <w:ilvl w:val="1"/>
                <w:numId w:val="22"/>
              </w:numPr>
              <w:rPr>
                <w:sz w:val="18"/>
                <w:szCs w:val="18"/>
              </w:rPr>
            </w:pPr>
            <w:r w:rsidRPr="00BC2760">
              <w:rPr>
                <w:sz w:val="18"/>
                <w:szCs w:val="18"/>
              </w:rPr>
              <w:t>Der vZEV-Vertreter erhält vom VNB die Abrechnung für den gesamten vZEV und ist verpflichtet, diesen Rechnungsbetrag zu bezahlen. Er haftet gegenüber dem VNB für den Rechnungsbetrag.</w:t>
            </w:r>
          </w:p>
          <w:p w14:paraId="5765F532" w14:textId="77777777" w:rsidR="00784CB0" w:rsidRPr="00784CB0" w:rsidRDefault="00784CB0" w:rsidP="00784CB0">
            <w:pPr>
              <w:pStyle w:val="Listenabsatz"/>
              <w:rPr>
                <w:sz w:val="18"/>
                <w:szCs w:val="18"/>
              </w:rPr>
            </w:pPr>
          </w:p>
          <w:p w14:paraId="0BAAFB48" w14:textId="17AF5A6A" w:rsidR="00784CB0" w:rsidRPr="00BC2760" w:rsidRDefault="00784CB0" w:rsidP="00784CB0">
            <w:pPr>
              <w:pStyle w:val="Listenabsatz"/>
              <w:rPr>
                <w:sz w:val="18"/>
                <w:szCs w:val="18"/>
              </w:rPr>
            </w:pPr>
          </w:p>
        </w:tc>
      </w:tr>
    </w:tbl>
    <w:p w14:paraId="05AEA270" w14:textId="77777777" w:rsidR="00BC2760" w:rsidRDefault="00BC2760" w:rsidP="003C38D3">
      <w:pPr>
        <w:rPr>
          <w:lang w:val="de-DE"/>
        </w:rPr>
      </w:pPr>
    </w:p>
    <w:p w14:paraId="14F7284D" w14:textId="53835A89" w:rsidR="00784CB0" w:rsidRDefault="00784CB0">
      <w:pPr>
        <w:rPr>
          <w:lang w:val="de-DE"/>
        </w:rPr>
      </w:pPr>
      <w:r>
        <w:rPr>
          <w:lang w:val="de-DE"/>
        </w:rPr>
        <w:br w:type="page"/>
      </w:r>
    </w:p>
    <w:tbl>
      <w:tblPr>
        <w:tblStyle w:val="Tabellenraster"/>
        <w:tblW w:w="0" w:type="auto"/>
        <w:tblLook w:val="04A0" w:firstRow="1" w:lastRow="0" w:firstColumn="1" w:lastColumn="0" w:noHBand="0" w:noVBand="1"/>
      </w:tblPr>
      <w:tblGrid>
        <w:gridCol w:w="2830"/>
        <w:gridCol w:w="5800"/>
      </w:tblGrid>
      <w:tr w:rsidR="00784CB0" w:rsidRPr="00BC2760" w14:paraId="31D30142" w14:textId="77777777" w:rsidTr="0075606D">
        <w:tc>
          <w:tcPr>
            <w:tcW w:w="2830" w:type="dxa"/>
            <w:tcBorders>
              <w:top w:val="single" w:sz="4" w:space="0" w:color="auto"/>
              <w:left w:val="nil"/>
              <w:bottom w:val="single" w:sz="4" w:space="0" w:color="auto"/>
              <w:right w:val="nil"/>
            </w:tcBorders>
          </w:tcPr>
          <w:p w14:paraId="1CE4D1D8" w14:textId="77777777" w:rsidR="00784CB0" w:rsidRPr="00BC2760" w:rsidRDefault="00784CB0" w:rsidP="0075606D">
            <w:pPr>
              <w:pStyle w:val="Listenabsatz"/>
              <w:numPr>
                <w:ilvl w:val="0"/>
                <w:numId w:val="22"/>
              </w:numPr>
              <w:rPr>
                <w:sz w:val="18"/>
                <w:szCs w:val="18"/>
                <w:lang w:val="de-DE"/>
              </w:rPr>
            </w:pPr>
            <w:r w:rsidRPr="00BC2760">
              <w:rPr>
                <w:sz w:val="18"/>
                <w:szCs w:val="18"/>
                <w:lang w:val="de-DE"/>
              </w:rPr>
              <w:lastRenderedPageBreak/>
              <w:t>Bedingungen und Pflichten</w:t>
            </w:r>
          </w:p>
        </w:tc>
        <w:tc>
          <w:tcPr>
            <w:tcW w:w="5800" w:type="dxa"/>
            <w:tcBorders>
              <w:top w:val="single" w:sz="4" w:space="0" w:color="auto"/>
              <w:left w:val="nil"/>
              <w:bottom w:val="single" w:sz="4" w:space="0" w:color="auto"/>
              <w:right w:val="nil"/>
            </w:tcBorders>
          </w:tcPr>
          <w:p w14:paraId="3C66A968" w14:textId="0E221E04" w:rsidR="00784CB0" w:rsidRDefault="00784CB0" w:rsidP="009778A3">
            <w:pPr>
              <w:pStyle w:val="Listenabsatz"/>
              <w:numPr>
                <w:ilvl w:val="1"/>
                <w:numId w:val="22"/>
              </w:numPr>
              <w:rPr>
                <w:sz w:val="18"/>
                <w:szCs w:val="18"/>
              </w:rPr>
            </w:pPr>
            <w:r w:rsidRPr="00784CB0">
              <w:rPr>
                <w:sz w:val="18"/>
                <w:szCs w:val="18"/>
              </w:rPr>
              <w:t>Der VNB stellt sicher, dass ab Inbetriebnahme des vZEV alle Messpunkte des VNB im vZEV mit Smart Metern ausgerüstet sind</w:t>
            </w:r>
            <w:r>
              <w:rPr>
                <w:sz w:val="18"/>
                <w:szCs w:val="18"/>
              </w:rPr>
              <w:t>.</w:t>
            </w:r>
            <w:r w:rsidRPr="00784CB0">
              <w:rPr>
                <w:sz w:val="18"/>
                <w:szCs w:val="18"/>
              </w:rPr>
              <w:t xml:space="preserve"> </w:t>
            </w:r>
          </w:p>
          <w:p w14:paraId="157CFC35" w14:textId="77777777" w:rsidR="00784CB0" w:rsidRPr="00784CB0" w:rsidRDefault="00784CB0" w:rsidP="00784CB0">
            <w:pPr>
              <w:pStyle w:val="Listenabsatz"/>
              <w:ind w:left="360"/>
              <w:rPr>
                <w:sz w:val="18"/>
                <w:szCs w:val="18"/>
              </w:rPr>
            </w:pPr>
          </w:p>
          <w:p w14:paraId="7D18D4FF" w14:textId="690290B5" w:rsidR="00784CB0" w:rsidRDefault="00784CB0" w:rsidP="00B222ED">
            <w:pPr>
              <w:pStyle w:val="Listenabsatz"/>
              <w:numPr>
                <w:ilvl w:val="1"/>
                <w:numId w:val="22"/>
              </w:numPr>
              <w:rPr>
                <w:sz w:val="18"/>
                <w:szCs w:val="18"/>
              </w:rPr>
            </w:pPr>
            <w:r w:rsidRPr="00784CB0">
              <w:rPr>
                <w:sz w:val="18"/>
                <w:szCs w:val="18"/>
              </w:rPr>
              <w:t xml:space="preserve">Der VNB stellt dem Vertreter des vZEV die 15-Minuten-Daten von Bezug und Lieferung aller Messpunkte digital zu. Der Versand erfolgt auf die in diesem Formular angegebene Kommunikationsart für den Datenversand. Der vZEV hat die Funktionalität der angegebenen Kommunikationsart für den Datenversand sicherzustellen. Funktioniert sie nicht, führt dies zu keinem Verzug vom VNB. Der Vertreter ist für die Bearbeitung der Abrechnung innerhalb des vZEV zuständig. </w:t>
            </w:r>
          </w:p>
          <w:p w14:paraId="33280D65" w14:textId="77777777" w:rsidR="00784CB0" w:rsidRPr="00784CB0" w:rsidRDefault="00784CB0" w:rsidP="00784CB0">
            <w:pPr>
              <w:rPr>
                <w:sz w:val="18"/>
                <w:szCs w:val="18"/>
              </w:rPr>
            </w:pPr>
          </w:p>
          <w:p w14:paraId="4FE51AD1" w14:textId="28697ACA" w:rsidR="00784CB0" w:rsidRDefault="00784CB0" w:rsidP="00B54094">
            <w:pPr>
              <w:pStyle w:val="Listenabsatz"/>
              <w:numPr>
                <w:ilvl w:val="1"/>
                <w:numId w:val="22"/>
              </w:numPr>
              <w:rPr>
                <w:sz w:val="18"/>
                <w:szCs w:val="18"/>
              </w:rPr>
            </w:pPr>
            <w:r w:rsidRPr="00784CB0">
              <w:rPr>
                <w:sz w:val="18"/>
                <w:szCs w:val="18"/>
              </w:rPr>
              <w:t xml:space="preserve">Grundlage der Abrechnung bilden die über die virtuelle Hauptmessung des vZEV erhobenen Messdaten sowie die jeweils anwendbaren Tarife. Die Abrechnung erfolgt quartalsweise, erstmals im Folgemonat nach bewilligter Anmeldung des vZEV. Die Abrechnung wird an die im Anmeldeformular definierte Adresse der vZEV-Vertretung gesendet.  </w:t>
            </w:r>
          </w:p>
          <w:p w14:paraId="7EFD57BB" w14:textId="77777777" w:rsidR="00784CB0" w:rsidRPr="00784CB0" w:rsidRDefault="00784CB0" w:rsidP="00784CB0">
            <w:pPr>
              <w:rPr>
                <w:sz w:val="18"/>
                <w:szCs w:val="18"/>
              </w:rPr>
            </w:pPr>
          </w:p>
          <w:p w14:paraId="2342A9AE" w14:textId="1A25BB07" w:rsidR="00784CB0" w:rsidRDefault="00784CB0" w:rsidP="0075606D">
            <w:pPr>
              <w:pStyle w:val="Listenabsatz"/>
              <w:numPr>
                <w:ilvl w:val="1"/>
                <w:numId w:val="22"/>
              </w:numPr>
              <w:rPr>
                <w:sz w:val="18"/>
                <w:szCs w:val="18"/>
              </w:rPr>
            </w:pPr>
            <w:r w:rsidRPr="00784CB0">
              <w:rPr>
                <w:sz w:val="18"/>
                <w:szCs w:val="18"/>
              </w:rPr>
              <w:t>Die interne Kostenverrechnung und Ertragsvergütung der verbrauchten sowie der durch die Energieerzeugungsanlage produzierten Energie ist Sache des vZEV</w:t>
            </w:r>
            <w:r>
              <w:rPr>
                <w:sz w:val="18"/>
                <w:szCs w:val="18"/>
              </w:rPr>
              <w:t xml:space="preserve">. </w:t>
            </w:r>
          </w:p>
          <w:p w14:paraId="649F8194" w14:textId="77777777" w:rsidR="00784CB0" w:rsidRPr="00784CB0" w:rsidRDefault="00784CB0" w:rsidP="00784CB0">
            <w:pPr>
              <w:rPr>
                <w:sz w:val="18"/>
                <w:szCs w:val="18"/>
              </w:rPr>
            </w:pPr>
          </w:p>
          <w:p w14:paraId="563B08F2" w14:textId="77777777" w:rsidR="00784CB0" w:rsidRPr="00BC2760" w:rsidRDefault="00784CB0" w:rsidP="0075606D">
            <w:pPr>
              <w:pStyle w:val="Listenabsatz"/>
              <w:rPr>
                <w:sz w:val="18"/>
                <w:szCs w:val="18"/>
              </w:rPr>
            </w:pPr>
          </w:p>
        </w:tc>
      </w:tr>
      <w:tr w:rsidR="00784CB0" w:rsidRPr="00BC2760" w14:paraId="400412B8" w14:textId="77777777" w:rsidTr="0075606D">
        <w:tc>
          <w:tcPr>
            <w:tcW w:w="2830" w:type="dxa"/>
            <w:tcBorders>
              <w:top w:val="single" w:sz="4" w:space="0" w:color="auto"/>
              <w:left w:val="nil"/>
              <w:bottom w:val="single" w:sz="4" w:space="0" w:color="auto"/>
              <w:right w:val="nil"/>
            </w:tcBorders>
          </w:tcPr>
          <w:p w14:paraId="60AD2E24" w14:textId="1FA735D5" w:rsidR="00784CB0" w:rsidRPr="00BC2760" w:rsidRDefault="00784CB0" w:rsidP="0075606D">
            <w:pPr>
              <w:pStyle w:val="Listenabsatz"/>
              <w:numPr>
                <w:ilvl w:val="0"/>
                <w:numId w:val="22"/>
              </w:numPr>
              <w:rPr>
                <w:sz w:val="18"/>
                <w:szCs w:val="18"/>
                <w:lang w:val="de-DE"/>
              </w:rPr>
            </w:pPr>
            <w:r>
              <w:rPr>
                <w:sz w:val="18"/>
                <w:szCs w:val="18"/>
                <w:lang w:val="de-DE"/>
              </w:rPr>
              <w:t>Prüfung der Anmeldung</w:t>
            </w:r>
          </w:p>
        </w:tc>
        <w:tc>
          <w:tcPr>
            <w:tcW w:w="5800" w:type="dxa"/>
            <w:tcBorders>
              <w:top w:val="single" w:sz="4" w:space="0" w:color="auto"/>
              <w:left w:val="nil"/>
              <w:bottom w:val="single" w:sz="4" w:space="0" w:color="auto"/>
              <w:right w:val="nil"/>
            </w:tcBorders>
          </w:tcPr>
          <w:p w14:paraId="329B9944" w14:textId="77777777" w:rsidR="00784CB0" w:rsidRDefault="00784CB0" w:rsidP="009778A3">
            <w:pPr>
              <w:pStyle w:val="Listenabsatz"/>
              <w:numPr>
                <w:ilvl w:val="1"/>
                <w:numId w:val="22"/>
              </w:numPr>
              <w:rPr>
                <w:sz w:val="18"/>
                <w:szCs w:val="18"/>
              </w:rPr>
            </w:pPr>
            <w:r w:rsidRPr="00784CB0">
              <w:rPr>
                <w:sz w:val="18"/>
                <w:szCs w:val="18"/>
              </w:rPr>
              <w:t>Die Anmeldung muss mindestens drei Monate vor Inbetriebnahme des vZEV erfolgen. Sind nicht sämtliche Anforderungen erfüllt, wird der VNB dies dem Vertreter mitteilen. Der vZEV ist erst rechtswirksam angemeldet, wenn der Nachweis erbracht und vom VNB bestätigt ist, dass sämtliche Voraussetzungen erfüllt sind</w:t>
            </w:r>
            <w:r>
              <w:rPr>
                <w:sz w:val="18"/>
                <w:szCs w:val="18"/>
              </w:rPr>
              <w:t>.</w:t>
            </w:r>
          </w:p>
          <w:p w14:paraId="20AF2E16" w14:textId="77777777" w:rsidR="00784CB0" w:rsidRDefault="00784CB0" w:rsidP="00784CB0">
            <w:pPr>
              <w:pStyle w:val="Listenabsatz"/>
              <w:ind w:left="360"/>
              <w:rPr>
                <w:sz w:val="18"/>
                <w:szCs w:val="18"/>
              </w:rPr>
            </w:pPr>
          </w:p>
          <w:p w14:paraId="6ED016B5" w14:textId="64C524D7" w:rsidR="00784CB0" w:rsidRPr="00784CB0" w:rsidRDefault="00784CB0" w:rsidP="00784CB0">
            <w:pPr>
              <w:pStyle w:val="Listenabsatz"/>
              <w:ind w:left="360"/>
              <w:rPr>
                <w:sz w:val="18"/>
                <w:szCs w:val="18"/>
              </w:rPr>
            </w:pPr>
          </w:p>
        </w:tc>
      </w:tr>
    </w:tbl>
    <w:p w14:paraId="713517F4" w14:textId="77777777" w:rsidR="00BC2760" w:rsidRDefault="00BC2760" w:rsidP="003C38D3">
      <w:pPr>
        <w:rPr>
          <w:lang w:val="de-DE"/>
        </w:rPr>
      </w:pPr>
    </w:p>
    <w:p w14:paraId="20B1099D" w14:textId="77777777" w:rsidR="00784CB0" w:rsidRDefault="00784CB0" w:rsidP="003C38D3">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784CB0" w14:paraId="3A93D150" w14:textId="77777777" w:rsidTr="00784CB0">
        <w:tc>
          <w:tcPr>
            <w:tcW w:w="3114" w:type="dxa"/>
            <w:tcBorders>
              <w:bottom w:val="single" w:sz="4" w:space="0" w:color="auto"/>
            </w:tcBorders>
          </w:tcPr>
          <w:p w14:paraId="40331C69" w14:textId="77777777" w:rsidR="00784CB0" w:rsidRDefault="00784CB0" w:rsidP="003C38D3">
            <w:pPr>
              <w:rPr>
                <w:lang w:val="de-DE"/>
              </w:rPr>
            </w:pPr>
            <w:permStart w:id="1137798212" w:edGrp="everyone" w:colFirst="2" w:colLast="2"/>
            <w:permStart w:id="170225591" w:edGrp="everyone" w:colFirst="0" w:colLast="0"/>
          </w:p>
        </w:tc>
        <w:tc>
          <w:tcPr>
            <w:tcW w:w="236" w:type="dxa"/>
          </w:tcPr>
          <w:p w14:paraId="69343AA6" w14:textId="77777777" w:rsidR="00784CB0" w:rsidRDefault="00784CB0" w:rsidP="003C38D3">
            <w:pPr>
              <w:rPr>
                <w:lang w:val="de-DE"/>
              </w:rPr>
            </w:pPr>
          </w:p>
        </w:tc>
        <w:tc>
          <w:tcPr>
            <w:tcW w:w="5280" w:type="dxa"/>
            <w:tcBorders>
              <w:bottom w:val="single" w:sz="4" w:space="0" w:color="auto"/>
            </w:tcBorders>
          </w:tcPr>
          <w:p w14:paraId="03D5C283" w14:textId="5808EB35" w:rsidR="00784CB0" w:rsidRDefault="00784CB0" w:rsidP="003C38D3">
            <w:pPr>
              <w:rPr>
                <w:lang w:val="de-DE"/>
              </w:rPr>
            </w:pPr>
          </w:p>
        </w:tc>
      </w:tr>
      <w:permEnd w:id="1137798212"/>
      <w:permEnd w:id="170225591"/>
      <w:tr w:rsidR="00784CB0" w14:paraId="4EC9F504" w14:textId="77777777" w:rsidTr="00784CB0">
        <w:tc>
          <w:tcPr>
            <w:tcW w:w="3114" w:type="dxa"/>
            <w:tcBorders>
              <w:top w:val="single" w:sz="4" w:space="0" w:color="auto"/>
            </w:tcBorders>
          </w:tcPr>
          <w:p w14:paraId="53D1CCF8" w14:textId="247F5216" w:rsidR="00784CB0" w:rsidRDefault="00784CB0" w:rsidP="003C38D3">
            <w:pPr>
              <w:rPr>
                <w:lang w:val="de-DE"/>
              </w:rPr>
            </w:pPr>
            <w:r>
              <w:rPr>
                <w:lang w:val="de-DE"/>
              </w:rPr>
              <w:t>Ort / Datum</w:t>
            </w:r>
          </w:p>
        </w:tc>
        <w:tc>
          <w:tcPr>
            <w:tcW w:w="236" w:type="dxa"/>
          </w:tcPr>
          <w:p w14:paraId="058EBB8F" w14:textId="77777777" w:rsidR="00784CB0" w:rsidRDefault="00784CB0" w:rsidP="003C38D3">
            <w:pPr>
              <w:rPr>
                <w:lang w:val="de-DE"/>
              </w:rPr>
            </w:pPr>
          </w:p>
        </w:tc>
        <w:tc>
          <w:tcPr>
            <w:tcW w:w="5280" w:type="dxa"/>
            <w:tcBorders>
              <w:top w:val="single" w:sz="4" w:space="0" w:color="auto"/>
            </w:tcBorders>
          </w:tcPr>
          <w:p w14:paraId="32B116F1" w14:textId="13BAEFD0" w:rsidR="00784CB0" w:rsidRDefault="00784CB0" w:rsidP="003C38D3">
            <w:pPr>
              <w:rPr>
                <w:lang w:val="de-DE"/>
              </w:rPr>
            </w:pPr>
            <w:r>
              <w:rPr>
                <w:lang w:val="de-DE"/>
              </w:rPr>
              <w:t>Vorname, Name der Vertretung vZEV</w:t>
            </w:r>
          </w:p>
        </w:tc>
      </w:tr>
    </w:tbl>
    <w:p w14:paraId="6E428DFB" w14:textId="77777777" w:rsidR="00784CB0" w:rsidRDefault="00784CB0" w:rsidP="003C38D3">
      <w:pPr>
        <w:rPr>
          <w:lang w:val="de-DE"/>
        </w:rPr>
      </w:pPr>
    </w:p>
    <w:p w14:paraId="62795F91" w14:textId="655430EA" w:rsidR="006E7936" w:rsidRDefault="006E7936">
      <w:pPr>
        <w:rPr>
          <w:lang w:val="de-DE"/>
        </w:rPr>
      </w:pPr>
      <w:r>
        <w:rPr>
          <w:lang w:val="de-DE"/>
        </w:rPr>
        <w:br w:type="page"/>
      </w:r>
    </w:p>
    <w:p w14:paraId="69E568C8" w14:textId="2921A408" w:rsidR="006E7936" w:rsidRPr="006E7936" w:rsidRDefault="006E7936" w:rsidP="003C38D3">
      <w:pPr>
        <w:rPr>
          <w:b/>
          <w:bCs/>
          <w:lang w:val="de-DE"/>
        </w:rPr>
      </w:pPr>
      <w:r w:rsidRPr="006E7936">
        <w:rPr>
          <w:b/>
          <w:bCs/>
          <w:lang w:val="de-DE"/>
        </w:rPr>
        <w:lastRenderedPageBreak/>
        <w:t>Anhang 1</w:t>
      </w:r>
    </w:p>
    <w:p w14:paraId="69C6FE8F" w14:textId="7C5F9DFE" w:rsidR="003C38D3" w:rsidRDefault="006E7936" w:rsidP="003C38D3">
      <w:r w:rsidRPr="006E7936">
        <w:t>Vollmacht für die Gründung und Vertretung des virtuellen Zusammenschlusses zum Eigenverbrauch (vZEV).</w:t>
      </w:r>
    </w:p>
    <w:p w14:paraId="65DF4095" w14:textId="77777777" w:rsidR="006E7936" w:rsidRDefault="006E7936" w:rsidP="003C38D3"/>
    <w:p w14:paraId="6691A1C2" w14:textId="08617CC9" w:rsidR="006E7936" w:rsidRDefault="006E7936" w:rsidP="003C38D3">
      <w:r>
        <w:t>Vollmachtgeber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6E7936" w14:paraId="7CD6EA38" w14:textId="77777777" w:rsidTr="0075606D">
        <w:tc>
          <w:tcPr>
            <w:tcW w:w="2689" w:type="dxa"/>
            <w:tcBorders>
              <w:bottom w:val="single" w:sz="4" w:space="0" w:color="auto"/>
              <w:right w:val="single" w:sz="4" w:space="0" w:color="auto"/>
            </w:tcBorders>
          </w:tcPr>
          <w:p w14:paraId="3E98C22C" w14:textId="77777777" w:rsidR="006E7936" w:rsidRPr="00BA28FC" w:rsidRDefault="006E7936" w:rsidP="0075606D">
            <w:pPr>
              <w:rPr>
                <w:lang w:val="de-DE"/>
              </w:rPr>
            </w:pPr>
            <w:permStart w:id="517430198" w:edGrp="everyone" w:colFirst="1" w:colLast="1"/>
            <w:r>
              <w:rPr>
                <w:lang w:val="de-DE"/>
              </w:rPr>
              <w:t>vZEV</w:t>
            </w:r>
            <w:r w:rsidRPr="00BA28FC">
              <w:rPr>
                <w:lang w:val="de-DE"/>
              </w:rPr>
              <w:t xml:space="preserve"> VertreterIn / Firma</w:t>
            </w:r>
          </w:p>
        </w:tc>
        <w:tc>
          <w:tcPr>
            <w:tcW w:w="5941" w:type="dxa"/>
            <w:tcBorders>
              <w:left w:val="single" w:sz="4" w:space="0" w:color="auto"/>
              <w:bottom w:val="single" w:sz="4" w:space="0" w:color="auto"/>
            </w:tcBorders>
          </w:tcPr>
          <w:p w14:paraId="055DDC3E" w14:textId="77777777" w:rsidR="006E7936" w:rsidRPr="00BA28FC" w:rsidRDefault="006E7936" w:rsidP="0075606D">
            <w:pPr>
              <w:rPr>
                <w:lang w:val="de-DE"/>
              </w:rPr>
            </w:pPr>
          </w:p>
        </w:tc>
      </w:tr>
      <w:tr w:rsidR="006E7936" w14:paraId="15179E15" w14:textId="77777777" w:rsidTr="0075606D">
        <w:tc>
          <w:tcPr>
            <w:tcW w:w="2689" w:type="dxa"/>
            <w:tcBorders>
              <w:top w:val="single" w:sz="4" w:space="0" w:color="auto"/>
              <w:bottom w:val="single" w:sz="4" w:space="0" w:color="auto"/>
              <w:right w:val="single" w:sz="4" w:space="0" w:color="auto"/>
            </w:tcBorders>
          </w:tcPr>
          <w:p w14:paraId="5BE47348" w14:textId="77777777" w:rsidR="006E7936" w:rsidRPr="00BA28FC" w:rsidRDefault="006E7936" w:rsidP="0075606D">
            <w:pPr>
              <w:rPr>
                <w:lang w:val="de-DE"/>
              </w:rPr>
            </w:pPr>
            <w:permStart w:id="764306422" w:edGrp="everyone" w:colFirst="1" w:colLast="1"/>
            <w:permEnd w:id="517430198"/>
            <w:r>
              <w:rPr>
                <w:lang w:val="de-DE"/>
              </w:rPr>
              <w:t>Vorname, Name</w:t>
            </w:r>
          </w:p>
        </w:tc>
        <w:tc>
          <w:tcPr>
            <w:tcW w:w="5941" w:type="dxa"/>
            <w:tcBorders>
              <w:top w:val="single" w:sz="4" w:space="0" w:color="auto"/>
              <w:left w:val="single" w:sz="4" w:space="0" w:color="auto"/>
              <w:bottom w:val="single" w:sz="4" w:space="0" w:color="auto"/>
            </w:tcBorders>
          </w:tcPr>
          <w:p w14:paraId="6627849E" w14:textId="77777777" w:rsidR="006E7936" w:rsidRPr="00BA28FC" w:rsidRDefault="006E7936" w:rsidP="0075606D">
            <w:pPr>
              <w:rPr>
                <w:lang w:val="de-DE"/>
              </w:rPr>
            </w:pPr>
          </w:p>
        </w:tc>
      </w:tr>
      <w:tr w:rsidR="006E7936" w14:paraId="04CEFA15" w14:textId="77777777" w:rsidTr="0075606D">
        <w:tc>
          <w:tcPr>
            <w:tcW w:w="2689" w:type="dxa"/>
            <w:tcBorders>
              <w:top w:val="single" w:sz="4" w:space="0" w:color="auto"/>
              <w:bottom w:val="single" w:sz="4" w:space="0" w:color="auto"/>
              <w:right w:val="single" w:sz="4" w:space="0" w:color="auto"/>
            </w:tcBorders>
          </w:tcPr>
          <w:p w14:paraId="461848B2" w14:textId="77777777" w:rsidR="006E7936" w:rsidRPr="00BA28FC" w:rsidRDefault="006E7936" w:rsidP="0075606D">
            <w:pPr>
              <w:rPr>
                <w:lang w:val="de-DE"/>
              </w:rPr>
            </w:pPr>
            <w:permStart w:id="42291982" w:edGrp="everyone" w:colFirst="1" w:colLast="1"/>
            <w:permEnd w:id="764306422"/>
            <w:r>
              <w:rPr>
                <w:lang w:val="de-DE"/>
              </w:rPr>
              <w:t>Adresse</w:t>
            </w:r>
          </w:p>
        </w:tc>
        <w:tc>
          <w:tcPr>
            <w:tcW w:w="5941" w:type="dxa"/>
            <w:tcBorders>
              <w:top w:val="single" w:sz="4" w:space="0" w:color="auto"/>
              <w:left w:val="single" w:sz="4" w:space="0" w:color="auto"/>
              <w:bottom w:val="single" w:sz="4" w:space="0" w:color="auto"/>
            </w:tcBorders>
          </w:tcPr>
          <w:p w14:paraId="2CA9AFEE" w14:textId="77777777" w:rsidR="006E7936" w:rsidRPr="00BA28FC" w:rsidRDefault="006E7936" w:rsidP="0075606D">
            <w:pPr>
              <w:rPr>
                <w:lang w:val="de-DE"/>
              </w:rPr>
            </w:pPr>
          </w:p>
        </w:tc>
      </w:tr>
      <w:tr w:rsidR="006E7936" w14:paraId="02A1A907" w14:textId="77777777" w:rsidTr="0075606D">
        <w:tc>
          <w:tcPr>
            <w:tcW w:w="2689" w:type="dxa"/>
            <w:tcBorders>
              <w:top w:val="single" w:sz="4" w:space="0" w:color="auto"/>
              <w:bottom w:val="single" w:sz="4" w:space="0" w:color="auto"/>
              <w:right w:val="single" w:sz="4" w:space="0" w:color="auto"/>
            </w:tcBorders>
          </w:tcPr>
          <w:p w14:paraId="135CA916" w14:textId="77777777" w:rsidR="006E7936" w:rsidRPr="00BA28FC" w:rsidRDefault="006E7936" w:rsidP="0075606D">
            <w:pPr>
              <w:rPr>
                <w:lang w:val="de-DE"/>
              </w:rPr>
            </w:pPr>
            <w:permStart w:id="1987860098" w:edGrp="everyone" w:colFirst="1" w:colLast="1"/>
            <w:permEnd w:id="42291982"/>
            <w:r>
              <w:rPr>
                <w:lang w:val="de-DE"/>
              </w:rPr>
              <w:t>PLZ,Ort</w:t>
            </w:r>
          </w:p>
        </w:tc>
        <w:tc>
          <w:tcPr>
            <w:tcW w:w="5941" w:type="dxa"/>
            <w:tcBorders>
              <w:top w:val="single" w:sz="4" w:space="0" w:color="auto"/>
              <w:left w:val="single" w:sz="4" w:space="0" w:color="auto"/>
              <w:bottom w:val="single" w:sz="4" w:space="0" w:color="auto"/>
            </w:tcBorders>
          </w:tcPr>
          <w:p w14:paraId="64CF5FF8" w14:textId="77777777" w:rsidR="006E7936" w:rsidRPr="00BA28FC" w:rsidRDefault="006E7936" w:rsidP="0075606D">
            <w:pPr>
              <w:rPr>
                <w:lang w:val="de-DE"/>
              </w:rPr>
            </w:pPr>
          </w:p>
        </w:tc>
      </w:tr>
      <w:tr w:rsidR="006E7936" w14:paraId="5C5F3987" w14:textId="77777777" w:rsidTr="0075606D">
        <w:tc>
          <w:tcPr>
            <w:tcW w:w="2689" w:type="dxa"/>
            <w:tcBorders>
              <w:top w:val="single" w:sz="4" w:space="0" w:color="auto"/>
              <w:bottom w:val="single" w:sz="4" w:space="0" w:color="auto"/>
              <w:right w:val="single" w:sz="4" w:space="0" w:color="auto"/>
            </w:tcBorders>
          </w:tcPr>
          <w:p w14:paraId="0EDE35A8" w14:textId="77777777" w:rsidR="006E7936" w:rsidRPr="00BA28FC" w:rsidRDefault="006E7936" w:rsidP="0075606D">
            <w:pPr>
              <w:rPr>
                <w:lang w:val="de-DE"/>
              </w:rPr>
            </w:pPr>
            <w:permStart w:id="1959544215" w:edGrp="everyone" w:colFirst="1" w:colLast="1"/>
            <w:permEnd w:id="1987860098"/>
            <w:r>
              <w:rPr>
                <w:lang w:val="de-DE"/>
              </w:rPr>
              <w:t>Email</w:t>
            </w:r>
          </w:p>
        </w:tc>
        <w:tc>
          <w:tcPr>
            <w:tcW w:w="5941" w:type="dxa"/>
            <w:tcBorders>
              <w:top w:val="single" w:sz="4" w:space="0" w:color="auto"/>
              <w:left w:val="single" w:sz="4" w:space="0" w:color="auto"/>
              <w:bottom w:val="single" w:sz="4" w:space="0" w:color="auto"/>
            </w:tcBorders>
          </w:tcPr>
          <w:p w14:paraId="7DBD25C7" w14:textId="77777777" w:rsidR="006E7936" w:rsidRPr="00BA28FC" w:rsidRDefault="006E7936" w:rsidP="0075606D">
            <w:pPr>
              <w:rPr>
                <w:lang w:val="de-DE"/>
              </w:rPr>
            </w:pPr>
          </w:p>
        </w:tc>
      </w:tr>
      <w:tr w:rsidR="006E7936" w14:paraId="4C58EDE5" w14:textId="77777777" w:rsidTr="0075606D">
        <w:tc>
          <w:tcPr>
            <w:tcW w:w="2689" w:type="dxa"/>
            <w:tcBorders>
              <w:top w:val="single" w:sz="4" w:space="0" w:color="auto"/>
              <w:bottom w:val="single" w:sz="4" w:space="0" w:color="auto"/>
              <w:right w:val="single" w:sz="4" w:space="0" w:color="auto"/>
            </w:tcBorders>
          </w:tcPr>
          <w:p w14:paraId="4C2EE229" w14:textId="77777777" w:rsidR="006E7936" w:rsidRPr="00BA28FC" w:rsidRDefault="006E7936" w:rsidP="0075606D">
            <w:pPr>
              <w:rPr>
                <w:lang w:val="de-DE"/>
              </w:rPr>
            </w:pPr>
            <w:permStart w:id="700778737" w:edGrp="everyone" w:colFirst="1" w:colLast="1"/>
            <w:permEnd w:id="1959544215"/>
            <w:r>
              <w:rPr>
                <w:lang w:val="de-DE"/>
              </w:rPr>
              <w:t>Telefon</w:t>
            </w:r>
          </w:p>
        </w:tc>
        <w:tc>
          <w:tcPr>
            <w:tcW w:w="5941" w:type="dxa"/>
            <w:tcBorders>
              <w:top w:val="single" w:sz="4" w:space="0" w:color="auto"/>
              <w:left w:val="single" w:sz="4" w:space="0" w:color="auto"/>
              <w:bottom w:val="single" w:sz="4" w:space="0" w:color="auto"/>
            </w:tcBorders>
          </w:tcPr>
          <w:p w14:paraId="3DA70ADF" w14:textId="77777777" w:rsidR="006E7936" w:rsidRPr="00BA28FC" w:rsidRDefault="006E7936" w:rsidP="0075606D">
            <w:pPr>
              <w:rPr>
                <w:lang w:val="de-DE"/>
              </w:rPr>
            </w:pPr>
          </w:p>
        </w:tc>
      </w:tr>
      <w:permEnd w:id="700778737"/>
    </w:tbl>
    <w:p w14:paraId="3E58EEB9" w14:textId="77777777" w:rsidR="006E7936" w:rsidRDefault="006E7936" w:rsidP="003C38D3">
      <w:pPr>
        <w:rPr>
          <w:lang w:val="de-DE"/>
        </w:rPr>
      </w:pPr>
    </w:p>
    <w:p w14:paraId="3D99F93A" w14:textId="1404F9A8" w:rsidR="006E7936" w:rsidRDefault="006E7936" w:rsidP="003C38D3">
      <w:pPr>
        <w:rPr>
          <w:lang w:val="de-DE"/>
        </w:rPr>
      </w:pPr>
      <w:r>
        <w:rPr>
          <w:lang w:val="de-DE"/>
        </w:rPr>
        <w:t>Vollmachtnehmer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6E7936" w14:paraId="10CA71B9" w14:textId="77777777" w:rsidTr="0075606D">
        <w:tc>
          <w:tcPr>
            <w:tcW w:w="2689" w:type="dxa"/>
            <w:tcBorders>
              <w:bottom w:val="single" w:sz="4" w:space="0" w:color="auto"/>
              <w:right w:val="single" w:sz="4" w:space="0" w:color="auto"/>
            </w:tcBorders>
          </w:tcPr>
          <w:p w14:paraId="79E6012A" w14:textId="77777777" w:rsidR="006E7936" w:rsidRPr="00BA28FC" w:rsidRDefault="006E7936" w:rsidP="0075606D">
            <w:pPr>
              <w:rPr>
                <w:lang w:val="de-DE"/>
              </w:rPr>
            </w:pPr>
            <w:permStart w:id="1966349599" w:edGrp="everyone" w:colFirst="1" w:colLast="1"/>
            <w:r>
              <w:rPr>
                <w:lang w:val="de-DE"/>
              </w:rPr>
              <w:t>vZEV</w:t>
            </w:r>
            <w:r w:rsidRPr="00BA28FC">
              <w:rPr>
                <w:lang w:val="de-DE"/>
              </w:rPr>
              <w:t xml:space="preserve"> VertreterIn / Firma</w:t>
            </w:r>
          </w:p>
        </w:tc>
        <w:tc>
          <w:tcPr>
            <w:tcW w:w="5941" w:type="dxa"/>
            <w:tcBorders>
              <w:left w:val="single" w:sz="4" w:space="0" w:color="auto"/>
              <w:bottom w:val="single" w:sz="4" w:space="0" w:color="auto"/>
            </w:tcBorders>
          </w:tcPr>
          <w:p w14:paraId="07C7A325" w14:textId="77777777" w:rsidR="006E7936" w:rsidRPr="00BA28FC" w:rsidRDefault="006E7936" w:rsidP="0075606D">
            <w:pPr>
              <w:rPr>
                <w:lang w:val="de-DE"/>
              </w:rPr>
            </w:pPr>
          </w:p>
        </w:tc>
      </w:tr>
      <w:tr w:rsidR="006E7936" w14:paraId="524095D6" w14:textId="77777777" w:rsidTr="0075606D">
        <w:tc>
          <w:tcPr>
            <w:tcW w:w="2689" w:type="dxa"/>
            <w:tcBorders>
              <w:top w:val="single" w:sz="4" w:space="0" w:color="auto"/>
              <w:bottom w:val="single" w:sz="4" w:space="0" w:color="auto"/>
              <w:right w:val="single" w:sz="4" w:space="0" w:color="auto"/>
            </w:tcBorders>
          </w:tcPr>
          <w:p w14:paraId="41799149" w14:textId="77777777" w:rsidR="006E7936" w:rsidRPr="00BA28FC" w:rsidRDefault="006E7936" w:rsidP="0075606D">
            <w:pPr>
              <w:rPr>
                <w:lang w:val="de-DE"/>
              </w:rPr>
            </w:pPr>
            <w:permStart w:id="198319752" w:edGrp="everyone" w:colFirst="1" w:colLast="1"/>
            <w:permEnd w:id="1966349599"/>
            <w:r>
              <w:rPr>
                <w:lang w:val="de-DE"/>
              </w:rPr>
              <w:t>Vorname, Name</w:t>
            </w:r>
          </w:p>
        </w:tc>
        <w:tc>
          <w:tcPr>
            <w:tcW w:w="5941" w:type="dxa"/>
            <w:tcBorders>
              <w:top w:val="single" w:sz="4" w:space="0" w:color="auto"/>
              <w:left w:val="single" w:sz="4" w:space="0" w:color="auto"/>
              <w:bottom w:val="single" w:sz="4" w:space="0" w:color="auto"/>
            </w:tcBorders>
          </w:tcPr>
          <w:p w14:paraId="6FC77781" w14:textId="77777777" w:rsidR="006E7936" w:rsidRPr="00BA28FC" w:rsidRDefault="006E7936" w:rsidP="0075606D">
            <w:pPr>
              <w:rPr>
                <w:lang w:val="de-DE"/>
              </w:rPr>
            </w:pPr>
          </w:p>
        </w:tc>
      </w:tr>
      <w:tr w:rsidR="006E7936" w14:paraId="69F4738B" w14:textId="77777777" w:rsidTr="0075606D">
        <w:tc>
          <w:tcPr>
            <w:tcW w:w="2689" w:type="dxa"/>
            <w:tcBorders>
              <w:top w:val="single" w:sz="4" w:space="0" w:color="auto"/>
              <w:bottom w:val="single" w:sz="4" w:space="0" w:color="auto"/>
              <w:right w:val="single" w:sz="4" w:space="0" w:color="auto"/>
            </w:tcBorders>
          </w:tcPr>
          <w:p w14:paraId="12C103E5" w14:textId="77777777" w:rsidR="006E7936" w:rsidRPr="00BA28FC" w:rsidRDefault="006E7936" w:rsidP="0075606D">
            <w:pPr>
              <w:rPr>
                <w:lang w:val="de-DE"/>
              </w:rPr>
            </w:pPr>
            <w:permStart w:id="1687697463" w:edGrp="everyone" w:colFirst="1" w:colLast="1"/>
            <w:permEnd w:id="198319752"/>
            <w:r>
              <w:rPr>
                <w:lang w:val="de-DE"/>
              </w:rPr>
              <w:t>Adresse</w:t>
            </w:r>
          </w:p>
        </w:tc>
        <w:tc>
          <w:tcPr>
            <w:tcW w:w="5941" w:type="dxa"/>
            <w:tcBorders>
              <w:top w:val="single" w:sz="4" w:space="0" w:color="auto"/>
              <w:left w:val="single" w:sz="4" w:space="0" w:color="auto"/>
              <w:bottom w:val="single" w:sz="4" w:space="0" w:color="auto"/>
            </w:tcBorders>
          </w:tcPr>
          <w:p w14:paraId="11BF10CE" w14:textId="77777777" w:rsidR="006E7936" w:rsidRPr="00BA28FC" w:rsidRDefault="006E7936" w:rsidP="0075606D">
            <w:pPr>
              <w:rPr>
                <w:lang w:val="de-DE"/>
              </w:rPr>
            </w:pPr>
          </w:p>
        </w:tc>
      </w:tr>
      <w:tr w:rsidR="006E7936" w14:paraId="1341B5CD" w14:textId="77777777" w:rsidTr="0075606D">
        <w:tc>
          <w:tcPr>
            <w:tcW w:w="2689" w:type="dxa"/>
            <w:tcBorders>
              <w:top w:val="single" w:sz="4" w:space="0" w:color="auto"/>
              <w:bottom w:val="single" w:sz="4" w:space="0" w:color="auto"/>
              <w:right w:val="single" w:sz="4" w:space="0" w:color="auto"/>
            </w:tcBorders>
          </w:tcPr>
          <w:p w14:paraId="62018AFD" w14:textId="77777777" w:rsidR="006E7936" w:rsidRPr="00BA28FC" w:rsidRDefault="006E7936" w:rsidP="0075606D">
            <w:pPr>
              <w:rPr>
                <w:lang w:val="de-DE"/>
              </w:rPr>
            </w:pPr>
            <w:permStart w:id="930117177" w:edGrp="everyone" w:colFirst="1" w:colLast="1"/>
            <w:permEnd w:id="1687697463"/>
            <w:r>
              <w:rPr>
                <w:lang w:val="de-DE"/>
              </w:rPr>
              <w:t>PLZ,Ort</w:t>
            </w:r>
          </w:p>
        </w:tc>
        <w:tc>
          <w:tcPr>
            <w:tcW w:w="5941" w:type="dxa"/>
            <w:tcBorders>
              <w:top w:val="single" w:sz="4" w:space="0" w:color="auto"/>
              <w:left w:val="single" w:sz="4" w:space="0" w:color="auto"/>
              <w:bottom w:val="single" w:sz="4" w:space="0" w:color="auto"/>
            </w:tcBorders>
          </w:tcPr>
          <w:p w14:paraId="703DF089" w14:textId="77777777" w:rsidR="006E7936" w:rsidRPr="00BA28FC" w:rsidRDefault="006E7936" w:rsidP="0075606D">
            <w:pPr>
              <w:rPr>
                <w:lang w:val="de-DE"/>
              </w:rPr>
            </w:pPr>
          </w:p>
        </w:tc>
      </w:tr>
      <w:tr w:rsidR="006E7936" w14:paraId="5953195D" w14:textId="77777777" w:rsidTr="0075606D">
        <w:tc>
          <w:tcPr>
            <w:tcW w:w="2689" w:type="dxa"/>
            <w:tcBorders>
              <w:top w:val="single" w:sz="4" w:space="0" w:color="auto"/>
              <w:bottom w:val="single" w:sz="4" w:space="0" w:color="auto"/>
              <w:right w:val="single" w:sz="4" w:space="0" w:color="auto"/>
            </w:tcBorders>
          </w:tcPr>
          <w:p w14:paraId="5AE84107" w14:textId="77777777" w:rsidR="006E7936" w:rsidRPr="00BA28FC" w:rsidRDefault="006E7936" w:rsidP="0075606D">
            <w:pPr>
              <w:rPr>
                <w:lang w:val="de-DE"/>
              </w:rPr>
            </w:pPr>
            <w:permStart w:id="1045461078" w:edGrp="everyone" w:colFirst="1" w:colLast="1"/>
            <w:permEnd w:id="930117177"/>
            <w:r>
              <w:rPr>
                <w:lang w:val="de-DE"/>
              </w:rPr>
              <w:t>Email</w:t>
            </w:r>
          </w:p>
        </w:tc>
        <w:tc>
          <w:tcPr>
            <w:tcW w:w="5941" w:type="dxa"/>
            <w:tcBorders>
              <w:top w:val="single" w:sz="4" w:space="0" w:color="auto"/>
              <w:left w:val="single" w:sz="4" w:space="0" w:color="auto"/>
              <w:bottom w:val="single" w:sz="4" w:space="0" w:color="auto"/>
            </w:tcBorders>
          </w:tcPr>
          <w:p w14:paraId="1B13954B" w14:textId="77777777" w:rsidR="006E7936" w:rsidRPr="00BA28FC" w:rsidRDefault="006E7936" w:rsidP="0075606D">
            <w:pPr>
              <w:rPr>
                <w:lang w:val="de-DE"/>
              </w:rPr>
            </w:pPr>
          </w:p>
        </w:tc>
      </w:tr>
      <w:tr w:rsidR="006E7936" w14:paraId="128810E6" w14:textId="77777777" w:rsidTr="0075606D">
        <w:tc>
          <w:tcPr>
            <w:tcW w:w="2689" w:type="dxa"/>
            <w:tcBorders>
              <w:top w:val="single" w:sz="4" w:space="0" w:color="auto"/>
              <w:bottom w:val="single" w:sz="4" w:space="0" w:color="auto"/>
              <w:right w:val="single" w:sz="4" w:space="0" w:color="auto"/>
            </w:tcBorders>
          </w:tcPr>
          <w:p w14:paraId="6400EAB0" w14:textId="77777777" w:rsidR="006E7936" w:rsidRPr="00BA28FC" w:rsidRDefault="006E7936" w:rsidP="0075606D">
            <w:pPr>
              <w:rPr>
                <w:lang w:val="de-DE"/>
              </w:rPr>
            </w:pPr>
            <w:permStart w:id="156652152" w:edGrp="everyone" w:colFirst="1" w:colLast="1"/>
            <w:permEnd w:id="1045461078"/>
            <w:r>
              <w:rPr>
                <w:lang w:val="de-DE"/>
              </w:rPr>
              <w:t>Telefon</w:t>
            </w:r>
          </w:p>
        </w:tc>
        <w:tc>
          <w:tcPr>
            <w:tcW w:w="5941" w:type="dxa"/>
            <w:tcBorders>
              <w:top w:val="single" w:sz="4" w:space="0" w:color="auto"/>
              <w:left w:val="single" w:sz="4" w:space="0" w:color="auto"/>
              <w:bottom w:val="single" w:sz="4" w:space="0" w:color="auto"/>
            </w:tcBorders>
          </w:tcPr>
          <w:p w14:paraId="12383CFA" w14:textId="77777777" w:rsidR="006E7936" w:rsidRPr="00BA28FC" w:rsidRDefault="006E7936" w:rsidP="0075606D">
            <w:pPr>
              <w:rPr>
                <w:lang w:val="de-DE"/>
              </w:rPr>
            </w:pPr>
          </w:p>
        </w:tc>
      </w:tr>
      <w:permEnd w:id="156652152"/>
    </w:tbl>
    <w:p w14:paraId="41D3EADD" w14:textId="77777777" w:rsidR="006E7936" w:rsidRDefault="006E7936" w:rsidP="003C38D3">
      <w:pPr>
        <w:rPr>
          <w:lang w:val="de-DE"/>
        </w:rPr>
      </w:pPr>
    </w:p>
    <w:p w14:paraId="3FC44C12" w14:textId="77777777" w:rsidR="006E7936" w:rsidRPr="006E7936" w:rsidRDefault="006E7936" w:rsidP="006E7936">
      <w:r w:rsidRPr="006E7936">
        <w:t>Hiermit erklärt der Vollmachtgeber, dass dem o.g. Vollmachtnehmer die Befugnis erteilt wurde, alle Angelegenheiten / Rechtsgeschäfte, die im Zusammenhang mit der Bildung und dem Betrieb eines virtuellen Zusammenschlusses zum Eigenverbrauch stehen, zu vollziehen.</w:t>
      </w:r>
    </w:p>
    <w:p w14:paraId="74F38DED" w14:textId="325C367C" w:rsidR="006E7936" w:rsidRDefault="006E7936" w:rsidP="006E7936">
      <w:r w:rsidRPr="006E7936">
        <w:t>Die vorliegende Vollmacht ist ausschliesslich für die Bildung, Verwaltung und Abwicklung eines vZEVs gültig. Sie ist nicht übertragbar und erlischt mit Widerruf</w:t>
      </w:r>
      <w:r w:rsidR="00ED78A2">
        <w:t>.</w:t>
      </w:r>
    </w:p>
    <w:p w14:paraId="079CB8DE" w14:textId="77777777" w:rsidR="00ED78A2" w:rsidRDefault="00ED78A2" w:rsidP="006E793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ED78A2" w14:paraId="139B2907" w14:textId="77777777" w:rsidTr="0075606D">
        <w:tc>
          <w:tcPr>
            <w:tcW w:w="3114" w:type="dxa"/>
            <w:tcBorders>
              <w:bottom w:val="single" w:sz="4" w:space="0" w:color="auto"/>
            </w:tcBorders>
          </w:tcPr>
          <w:p w14:paraId="32D569D6" w14:textId="77777777" w:rsidR="00ED78A2" w:rsidRDefault="00ED78A2" w:rsidP="0075606D">
            <w:pPr>
              <w:rPr>
                <w:lang w:val="de-DE"/>
              </w:rPr>
            </w:pPr>
            <w:permStart w:id="913858740" w:edGrp="everyone" w:colFirst="0" w:colLast="0"/>
            <w:permStart w:id="492066341" w:edGrp="everyone" w:colFirst="2" w:colLast="2"/>
          </w:p>
        </w:tc>
        <w:tc>
          <w:tcPr>
            <w:tcW w:w="236" w:type="dxa"/>
          </w:tcPr>
          <w:p w14:paraId="404A0006" w14:textId="77777777" w:rsidR="00ED78A2" w:rsidRDefault="00ED78A2" w:rsidP="0075606D">
            <w:pPr>
              <w:rPr>
                <w:lang w:val="de-DE"/>
              </w:rPr>
            </w:pPr>
          </w:p>
        </w:tc>
        <w:tc>
          <w:tcPr>
            <w:tcW w:w="5280" w:type="dxa"/>
            <w:tcBorders>
              <w:bottom w:val="single" w:sz="4" w:space="0" w:color="auto"/>
            </w:tcBorders>
          </w:tcPr>
          <w:p w14:paraId="71EFB261" w14:textId="77777777" w:rsidR="00ED78A2" w:rsidRDefault="00ED78A2" w:rsidP="0075606D">
            <w:pPr>
              <w:rPr>
                <w:lang w:val="de-DE"/>
              </w:rPr>
            </w:pPr>
          </w:p>
        </w:tc>
      </w:tr>
      <w:permEnd w:id="913858740"/>
      <w:permEnd w:id="492066341"/>
      <w:tr w:rsidR="00ED78A2" w14:paraId="3906D4A9" w14:textId="77777777" w:rsidTr="0075606D">
        <w:tc>
          <w:tcPr>
            <w:tcW w:w="3114" w:type="dxa"/>
            <w:tcBorders>
              <w:top w:val="single" w:sz="4" w:space="0" w:color="auto"/>
            </w:tcBorders>
          </w:tcPr>
          <w:p w14:paraId="4281B9B3" w14:textId="77777777" w:rsidR="00ED78A2" w:rsidRDefault="00ED78A2" w:rsidP="0075606D">
            <w:pPr>
              <w:rPr>
                <w:lang w:val="de-DE"/>
              </w:rPr>
            </w:pPr>
            <w:r>
              <w:rPr>
                <w:lang w:val="de-DE"/>
              </w:rPr>
              <w:t>Ort / Datum</w:t>
            </w:r>
          </w:p>
        </w:tc>
        <w:tc>
          <w:tcPr>
            <w:tcW w:w="236" w:type="dxa"/>
          </w:tcPr>
          <w:p w14:paraId="05BDDECC" w14:textId="77777777" w:rsidR="00ED78A2" w:rsidRDefault="00ED78A2" w:rsidP="0075606D">
            <w:pPr>
              <w:rPr>
                <w:lang w:val="de-DE"/>
              </w:rPr>
            </w:pPr>
          </w:p>
        </w:tc>
        <w:tc>
          <w:tcPr>
            <w:tcW w:w="5280" w:type="dxa"/>
            <w:tcBorders>
              <w:top w:val="single" w:sz="4" w:space="0" w:color="auto"/>
            </w:tcBorders>
          </w:tcPr>
          <w:p w14:paraId="6018F89F" w14:textId="75FFB134" w:rsidR="00ED78A2" w:rsidRDefault="00ED78A2" w:rsidP="0075606D">
            <w:pPr>
              <w:rPr>
                <w:lang w:val="de-DE"/>
              </w:rPr>
            </w:pPr>
            <w:r>
              <w:rPr>
                <w:lang w:val="de-DE"/>
              </w:rPr>
              <w:t>Vollmachtgeber</w:t>
            </w:r>
          </w:p>
        </w:tc>
      </w:tr>
    </w:tbl>
    <w:p w14:paraId="4106897D" w14:textId="77777777" w:rsidR="00ED78A2" w:rsidRDefault="00ED78A2" w:rsidP="006E7936">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ED78A2" w14:paraId="7A13F2EC" w14:textId="77777777" w:rsidTr="0075606D">
        <w:tc>
          <w:tcPr>
            <w:tcW w:w="3114" w:type="dxa"/>
            <w:tcBorders>
              <w:bottom w:val="single" w:sz="4" w:space="0" w:color="auto"/>
            </w:tcBorders>
          </w:tcPr>
          <w:p w14:paraId="552C03A9" w14:textId="77777777" w:rsidR="00ED78A2" w:rsidRDefault="00ED78A2" w:rsidP="0075606D">
            <w:pPr>
              <w:rPr>
                <w:lang w:val="de-DE"/>
              </w:rPr>
            </w:pPr>
            <w:permStart w:id="525098457" w:edGrp="everyone" w:colFirst="2" w:colLast="2"/>
            <w:permStart w:id="2004835703" w:edGrp="everyone" w:colFirst="0" w:colLast="0"/>
          </w:p>
        </w:tc>
        <w:tc>
          <w:tcPr>
            <w:tcW w:w="236" w:type="dxa"/>
          </w:tcPr>
          <w:p w14:paraId="14954FED" w14:textId="77777777" w:rsidR="00ED78A2" w:rsidRDefault="00ED78A2" w:rsidP="0075606D">
            <w:pPr>
              <w:rPr>
                <w:lang w:val="de-DE"/>
              </w:rPr>
            </w:pPr>
          </w:p>
        </w:tc>
        <w:tc>
          <w:tcPr>
            <w:tcW w:w="5280" w:type="dxa"/>
            <w:tcBorders>
              <w:bottom w:val="single" w:sz="4" w:space="0" w:color="auto"/>
            </w:tcBorders>
          </w:tcPr>
          <w:p w14:paraId="3F27EF4B" w14:textId="77777777" w:rsidR="00ED78A2" w:rsidRDefault="00ED78A2" w:rsidP="0075606D">
            <w:pPr>
              <w:rPr>
                <w:lang w:val="de-DE"/>
              </w:rPr>
            </w:pPr>
          </w:p>
        </w:tc>
      </w:tr>
      <w:permEnd w:id="525098457"/>
      <w:permEnd w:id="2004835703"/>
      <w:tr w:rsidR="00ED78A2" w14:paraId="39A88A33" w14:textId="77777777" w:rsidTr="0075606D">
        <w:tc>
          <w:tcPr>
            <w:tcW w:w="3114" w:type="dxa"/>
            <w:tcBorders>
              <w:top w:val="single" w:sz="4" w:space="0" w:color="auto"/>
            </w:tcBorders>
          </w:tcPr>
          <w:p w14:paraId="6A5B5067" w14:textId="77777777" w:rsidR="00ED78A2" w:rsidRDefault="00ED78A2" w:rsidP="0075606D">
            <w:pPr>
              <w:rPr>
                <w:lang w:val="de-DE"/>
              </w:rPr>
            </w:pPr>
            <w:r>
              <w:rPr>
                <w:lang w:val="de-DE"/>
              </w:rPr>
              <w:t>Ort / Datum</w:t>
            </w:r>
          </w:p>
        </w:tc>
        <w:tc>
          <w:tcPr>
            <w:tcW w:w="236" w:type="dxa"/>
          </w:tcPr>
          <w:p w14:paraId="4C28653F" w14:textId="77777777" w:rsidR="00ED78A2" w:rsidRDefault="00ED78A2" w:rsidP="0075606D">
            <w:pPr>
              <w:rPr>
                <w:lang w:val="de-DE"/>
              </w:rPr>
            </w:pPr>
          </w:p>
        </w:tc>
        <w:tc>
          <w:tcPr>
            <w:tcW w:w="5280" w:type="dxa"/>
            <w:tcBorders>
              <w:top w:val="single" w:sz="4" w:space="0" w:color="auto"/>
            </w:tcBorders>
          </w:tcPr>
          <w:p w14:paraId="44C0F5F5" w14:textId="054F9F8C" w:rsidR="00ED78A2" w:rsidRDefault="00ED78A2" w:rsidP="0075606D">
            <w:pPr>
              <w:rPr>
                <w:lang w:val="de-DE"/>
              </w:rPr>
            </w:pPr>
            <w:r>
              <w:rPr>
                <w:lang w:val="de-DE"/>
              </w:rPr>
              <w:t>Volllmachtnehmer</w:t>
            </w:r>
          </w:p>
        </w:tc>
      </w:tr>
    </w:tbl>
    <w:p w14:paraId="199DC8C6" w14:textId="77777777" w:rsidR="00ED78A2" w:rsidRDefault="00ED78A2" w:rsidP="006E7936">
      <w:pPr>
        <w:rPr>
          <w:lang w:val="de-DE"/>
        </w:rPr>
      </w:pPr>
    </w:p>
    <w:bookmarkEnd w:id="0"/>
    <w:p w14:paraId="4AC07A87" w14:textId="77777777" w:rsidR="006E7936" w:rsidRDefault="006E7936" w:rsidP="003C38D3">
      <w:pPr>
        <w:rPr>
          <w:lang w:val="de-DE"/>
        </w:rPr>
      </w:pPr>
    </w:p>
    <w:sectPr w:rsidR="006E7936" w:rsidSect="00BC3B8E">
      <w:headerReference w:type="default" r:id="rId8"/>
      <w:footerReference w:type="default" r:id="rId9"/>
      <w:headerReference w:type="first" r:id="rId10"/>
      <w:pgSz w:w="12240" w:h="15840"/>
      <w:pgMar w:top="1563" w:right="1800" w:bottom="1985" w:left="1800" w:header="45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43100" w14:textId="77777777" w:rsidR="00F3779E" w:rsidRPr="00E95CFD" w:rsidRDefault="00F3779E" w:rsidP="00D60DFC">
      <w:pPr>
        <w:spacing w:after="0" w:line="240" w:lineRule="auto"/>
      </w:pPr>
      <w:r w:rsidRPr="00E95CFD">
        <w:separator/>
      </w:r>
    </w:p>
  </w:endnote>
  <w:endnote w:type="continuationSeparator" w:id="0">
    <w:p w14:paraId="0411E093" w14:textId="77777777" w:rsidR="00F3779E" w:rsidRPr="00E95CFD" w:rsidRDefault="00F3779E" w:rsidP="00D60DFC">
      <w:pPr>
        <w:spacing w:after="0" w:line="240" w:lineRule="auto"/>
      </w:pPr>
      <w:r w:rsidRPr="00E95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823A" w14:textId="4BEA9DFB" w:rsidR="00CF1BC5" w:rsidRPr="00E95CFD" w:rsidRDefault="00CF1BC5" w:rsidP="00CF1BC5">
    <w:pPr>
      <w:pStyle w:val="Kopfzeile"/>
      <w:ind w:left="3480" w:hanging="3480"/>
      <w:rPr>
        <w:sz w:val="20"/>
        <w:szCs w:val="20"/>
      </w:rPr>
    </w:pPr>
    <w:r w:rsidRPr="00E95CFD">
      <w:rPr>
        <w:sz w:val="20"/>
        <w:szCs w:val="20"/>
      </w:rPr>
      <w:t>Elektro – und Wasserkorporation Wartau / Poststrasse 45 / 9478 Azmoos</w:t>
    </w:r>
  </w:p>
  <w:p w14:paraId="6D2E433B" w14:textId="1069714C" w:rsidR="00CF1BC5" w:rsidRPr="00E95CFD" w:rsidRDefault="00CF1BC5" w:rsidP="00CF1BC5">
    <w:pPr>
      <w:pStyle w:val="Kopfzeile"/>
      <w:ind w:left="3480" w:hanging="3480"/>
      <w:rPr>
        <w:sz w:val="20"/>
        <w:szCs w:val="20"/>
      </w:rPr>
    </w:pPr>
    <w:r w:rsidRPr="00E95CFD">
      <w:rPr>
        <w:sz w:val="20"/>
        <w:szCs w:val="20"/>
      </w:rPr>
      <w:t xml:space="preserve">+41 81 750 21 21 / </w:t>
    </w:r>
    <w:hyperlink r:id="rId1" w:history="1">
      <w:r w:rsidRPr="00E95CFD">
        <w:rPr>
          <w:rStyle w:val="Hyperlink"/>
          <w:sz w:val="20"/>
          <w:szCs w:val="20"/>
        </w:rPr>
        <w:t>info@ewwartau.ch</w:t>
      </w:r>
    </w:hyperlink>
    <w:r w:rsidRPr="00E95CFD">
      <w:rPr>
        <w:sz w:val="20"/>
        <w:szCs w:val="20"/>
      </w:rPr>
      <w:t xml:space="preserve"> / ewwartau.ch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EFCA" w14:textId="77777777" w:rsidR="00F3779E" w:rsidRPr="00E95CFD" w:rsidRDefault="00F3779E" w:rsidP="00D60DFC">
      <w:pPr>
        <w:spacing w:after="0" w:line="240" w:lineRule="auto"/>
      </w:pPr>
      <w:r w:rsidRPr="00E95CFD">
        <w:separator/>
      </w:r>
    </w:p>
  </w:footnote>
  <w:footnote w:type="continuationSeparator" w:id="0">
    <w:p w14:paraId="2337264F" w14:textId="77777777" w:rsidR="00F3779E" w:rsidRPr="00E95CFD" w:rsidRDefault="00F3779E" w:rsidP="00D60DFC">
      <w:pPr>
        <w:spacing w:after="0" w:line="240" w:lineRule="auto"/>
      </w:pPr>
      <w:r w:rsidRPr="00E95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55DD0" w14:textId="43FEFFB5" w:rsidR="00BC3B8E" w:rsidRPr="00E95CFD" w:rsidRDefault="00BC3B8E" w:rsidP="00CF1BC5">
    <w:pPr>
      <w:pStyle w:val="Kopfzeile"/>
      <w:ind w:left="3480" w:hanging="3480"/>
      <w:rPr>
        <w:sz w:val="18"/>
        <w:szCs w:val="18"/>
      </w:rPr>
    </w:pPr>
    <w:r w:rsidRPr="00E95CFD">
      <w:rPr>
        <w:noProof/>
      </w:rPr>
      <w:drawing>
        <wp:inline distT="0" distB="0" distL="0" distR="0" wp14:anchorId="71B5C371" wp14:editId="6517AE33">
          <wp:extent cx="2200582" cy="266737"/>
          <wp:effectExtent l="0" t="0" r="9525" b="0"/>
          <wp:docPr id="13670524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52472" name=""/>
                  <pic:cNvPicPr/>
                </pic:nvPicPr>
                <pic:blipFill>
                  <a:blip r:embed="rId1"/>
                  <a:stretch>
                    <a:fillRect/>
                  </a:stretch>
                </pic:blipFill>
                <pic:spPr>
                  <a:xfrm>
                    <a:off x="0" y="0"/>
                    <a:ext cx="2200582" cy="26673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59C95" w14:textId="0407A858" w:rsidR="00BC3B8E" w:rsidRPr="00E95CFD" w:rsidRDefault="00BC3B8E">
    <w:pPr>
      <w:pStyle w:val="Kopfzeile"/>
    </w:pPr>
  </w:p>
  <w:p w14:paraId="314233D1" w14:textId="77777777" w:rsidR="00BC3B8E" w:rsidRPr="00E95CFD" w:rsidRDefault="00BC3B8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7E34249"/>
    <w:multiLevelType w:val="hybridMultilevel"/>
    <w:tmpl w:val="95CC372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91A6095"/>
    <w:multiLevelType w:val="hybridMultilevel"/>
    <w:tmpl w:val="E1BCA23A"/>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C325DD9"/>
    <w:multiLevelType w:val="hybridMultilevel"/>
    <w:tmpl w:val="2D88039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61D6071"/>
    <w:multiLevelType w:val="multilevel"/>
    <w:tmpl w:val="11BE0980"/>
    <w:lvl w:ilvl="0">
      <w:start w:val="1"/>
      <w:numFmt w:val="decimal"/>
      <w:lvlText w:val="%1"/>
      <w:lvlJc w:val="left"/>
      <w:pPr>
        <w:ind w:left="390" w:hanging="390"/>
      </w:pPr>
      <w:rPr>
        <w:rFonts w:eastAsiaTheme="majorEastAsia" w:cstheme="majorBidi" w:hint="default"/>
        <w:b/>
        <w:sz w:val="26"/>
      </w:rPr>
    </w:lvl>
    <w:lvl w:ilvl="1">
      <w:start w:val="1"/>
      <w:numFmt w:val="decimal"/>
      <w:lvlText w:val="%1.%2"/>
      <w:lvlJc w:val="left"/>
      <w:pPr>
        <w:ind w:left="390" w:hanging="390"/>
      </w:pPr>
      <w:rPr>
        <w:rFonts w:eastAsiaTheme="majorEastAsia" w:cstheme="majorBidi" w:hint="default"/>
        <w:b/>
        <w:sz w:val="26"/>
      </w:rPr>
    </w:lvl>
    <w:lvl w:ilvl="2">
      <w:start w:val="1"/>
      <w:numFmt w:val="decimal"/>
      <w:lvlText w:val="%1.%2.%3"/>
      <w:lvlJc w:val="left"/>
      <w:pPr>
        <w:ind w:left="720" w:hanging="720"/>
      </w:pPr>
      <w:rPr>
        <w:rFonts w:eastAsiaTheme="majorEastAsia" w:cstheme="majorBidi" w:hint="default"/>
        <w:b/>
        <w:sz w:val="26"/>
      </w:rPr>
    </w:lvl>
    <w:lvl w:ilvl="3">
      <w:start w:val="1"/>
      <w:numFmt w:val="decimal"/>
      <w:lvlText w:val="%1.%2.%3.%4"/>
      <w:lvlJc w:val="left"/>
      <w:pPr>
        <w:ind w:left="720" w:hanging="720"/>
      </w:pPr>
      <w:rPr>
        <w:rFonts w:eastAsiaTheme="majorEastAsia" w:cstheme="majorBidi" w:hint="default"/>
        <w:b/>
        <w:sz w:val="26"/>
      </w:rPr>
    </w:lvl>
    <w:lvl w:ilvl="4">
      <w:start w:val="1"/>
      <w:numFmt w:val="decimal"/>
      <w:lvlText w:val="%1.%2.%3.%4.%5"/>
      <w:lvlJc w:val="left"/>
      <w:pPr>
        <w:ind w:left="1080" w:hanging="1080"/>
      </w:pPr>
      <w:rPr>
        <w:rFonts w:eastAsiaTheme="majorEastAsia" w:cstheme="majorBidi" w:hint="default"/>
        <w:b/>
        <w:sz w:val="26"/>
      </w:rPr>
    </w:lvl>
    <w:lvl w:ilvl="5">
      <w:start w:val="1"/>
      <w:numFmt w:val="decimal"/>
      <w:lvlText w:val="%1.%2.%3.%4.%5.%6"/>
      <w:lvlJc w:val="left"/>
      <w:pPr>
        <w:ind w:left="1080" w:hanging="1080"/>
      </w:pPr>
      <w:rPr>
        <w:rFonts w:eastAsiaTheme="majorEastAsia" w:cstheme="majorBidi" w:hint="default"/>
        <w:b/>
        <w:sz w:val="26"/>
      </w:rPr>
    </w:lvl>
    <w:lvl w:ilvl="6">
      <w:start w:val="1"/>
      <w:numFmt w:val="decimal"/>
      <w:lvlText w:val="%1.%2.%3.%4.%5.%6.%7"/>
      <w:lvlJc w:val="left"/>
      <w:pPr>
        <w:ind w:left="1440" w:hanging="1440"/>
      </w:pPr>
      <w:rPr>
        <w:rFonts w:eastAsiaTheme="majorEastAsia" w:cstheme="majorBidi" w:hint="default"/>
        <w:b/>
        <w:sz w:val="26"/>
      </w:rPr>
    </w:lvl>
    <w:lvl w:ilvl="7">
      <w:start w:val="1"/>
      <w:numFmt w:val="decimal"/>
      <w:lvlText w:val="%1.%2.%3.%4.%5.%6.%7.%8"/>
      <w:lvlJc w:val="left"/>
      <w:pPr>
        <w:ind w:left="1440" w:hanging="1440"/>
      </w:pPr>
      <w:rPr>
        <w:rFonts w:eastAsiaTheme="majorEastAsia" w:cstheme="majorBidi" w:hint="default"/>
        <w:b/>
        <w:sz w:val="26"/>
      </w:rPr>
    </w:lvl>
    <w:lvl w:ilvl="8">
      <w:start w:val="1"/>
      <w:numFmt w:val="decimal"/>
      <w:lvlText w:val="%1.%2.%3.%4.%5.%6.%7.%8.%9"/>
      <w:lvlJc w:val="left"/>
      <w:pPr>
        <w:ind w:left="1800" w:hanging="1800"/>
      </w:pPr>
      <w:rPr>
        <w:rFonts w:eastAsiaTheme="majorEastAsia" w:cstheme="majorBidi" w:hint="default"/>
        <w:b/>
        <w:sz w:val="26"/>
      </w:rPr>
    </w:lvl>
  </w:abstractNum>
  <w:abstractNum w:abstractNumId="13" w15:restartNumberingAfterBreak="0">
    <w:nsid w:val="35C05180"/>
    <w:multiLevelType w:val="hybridMultilevel"/>
    <w:tmpl w:val="79D09A1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45A7E59"/>
    <w:multiLevelType w:val="hybridMultilevel"/>
    <w:tmpl w:val="22BAA15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5690305"/>
    <w:multiLevelType w:val="hybridMultilevel"/>
    <w:tmpl w:val="0452FB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FB33E81"/>
    <w:multiLevelType w:val="hybridMultilevel"/>
    <w:tmpl w:val="525E70F8"/>
    <w:lvl w:ilvl="0" w:tplc="006EDF2C">
      <w:start w:val="3"/>
      <w:numFmt w:val="decimal"/>
      <w:lvlText w:val="%1"/>
      <w:lvlJc w:val="left"/>
      <w:pPr>
        <w:ind w:left="750" w:hanging="360"/>
      </w:pPr>
      <w:rPr>
        <w:rFonts w:hint="default"/>
      </w:rPr>
    </w:lvl>
    <w:lvl w:ilvl="1" w:tplc="08070019" w:tentative="1">
      <w:start w:val="1"/>
      <w:numFmt w:val="lowerLetter"/>
      <w:lvlText w:val="%2."/>
      <w:lvlJc w:val="left"/>
      <w:pPr>
        <w:ind w:left="1470" w:hanging="360"/>
      </w:pPr>
    </w:lvl>
    <w:lvl w:ilvl="2" w:tplc="0807001B" w:tentative="1">
      <w:start w:val="1"/>
      <w:numFmt w:val="lowerRoman"/>
      <w:lvlText w:val="%3."/>
      <w:lvlJc w:val="right"/>
      <w:pPr>
        <w:ind w:left="2190" w:hanging="180"/>
      </w:pPr>
    </w:lvl>
    <w:lvl w:ilvl="3" w:tplc="0807000F" w:tentative="1">
      <w:start w:val="1"/>
      <w:numFmt w:val="decimal"/>
      <w:lvlText w:val="%4."/>
      <w:lvlJc w:val="left"/>
      <w:pPr>
        <w:ind w:left="2910" w:hanging="360"/>
      </w:pPr>
    </w:lvl>
    <w:lvl w:ilvl="4" w:tplc="08070019" w:tentative="1">
      <w:start w:val="1"/>
      <w:numFmt w:val="lowerLetter"/>
      <w:lvlText w:val="%5."/>
      <w:lvlJc w:val="left"/>
      <w:pPr>
        <w:ind w:left="3630" w:hanging="360"/>
      </w:pPr>
    </w:lvl>
    <w:lvl w:ilvl="5" w:tplc="0807001B" w:tentative="1">
      <w:start w:val="1"/>
      <w:numFmt w:val="lowerRoman"/>
      <w:lvlText w:val="%6."/>
      <w:lvlJc w:val="right"/>
      <w:pPr>
        <w:ind w:left="4350" w:hanging="180"/>
      </w:pPr>
    </w:lvl>
    <w:lvl w:ilvl="6" w:tplc="0807000F" w:tentative="1">
      <w:start w:val="1"/>
      <w:numFmt w:val="decimal"/>
      <w:lvlText w:val="%7."/>
      <w:lvlJc w:val="left"/>
      <w:pPr>
        <w:ind w:left="5070" w:hanging="360"/>
      </w:pPr>
    </w:lvl>
    <w:lvl w:ilvl="7" w:tplc="08070019" w:tentative="1">
      <w:start w:val="1"/>
      <w:numFmt w:val="lowerLetter"/>
      <w:lvlText w:val="%8."/>
      <w:lvlJc w:val="left"/>
      <w:pPr>
        <w:ind w:left="5790" w:hanging="360"/>
      </w:pPr>
    </w:lvl>
    <w:lvl w:ilvl="8" w:tplc="0807001B" w:tentative="1">
      <w:start w:val="1"/>
      <w:numFmt w:val="lowerRoman"/>
      <w:lvlText w:val="%9."/>
      <w:lvlJc w:val="right"/>
      <w:pPr>
        <w:ind w:left="6510" w:hanging="180"/>
      </w:pPr>
    </w:lvl>
  </w:abstractNum>
  <w:abstractNum w:abstractNumId="17" w15:restartNumberingAfterBreak="0">
    <w:nsid w:val="5EF2289B"/>
    <w:multiLevelType w:val="hybridMultilevel"/>
    <w:tmpl w:val="FE06DC2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67BF48A3"/>
    <w:multiLevelType w:val="hybridMultilevel"/>
    <w:tmpl w:val="79D09A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C50925"/>
    <w:multiLevelType w:val="hybridMultilevel"/>
    <w:tmpl w:val="86F041F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04C5B54"/>
    <w:multiLevelType w:val="multilevel"/>
    <w:tmpl w:val="BC3A6EC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98603E"/>
    <w:multiLevelType w:val="multilevel"/>
    <w:tmpl w:val="359CF7F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185243374">
    <w:abstractNumId w:val="8"/>
  </w:num>
  <w:num w:numId="2" w16cid:durableId="1500847447">
    <w:abstractNumId w:val="6"/>
  </w:num>
  <w:num w:numId="3" w16cid:durableId="908736384">
    <w:abstractNumId w:val="5"/>
  </w:num>
  <w:num w:numId="4" w16cid:durableId="105004732">
    <w:abstractNumId w:val="4"/>
  </w:num>
  <w:num w:numId="5" w16cid:durableId="1740862108">
    <w:abstractNumId w:val="7"/>
  </w:num>
  <w:num w:numId="6" w16cid:durableId="908073483">
    <w:abstractNumId w:val="3"/>
  </w:num>
  <w:num w:numId="7" w16cid:durableId="579944658">
    <w:abstractNumId w:val="2"/>
  </w:num>
  <w:num w:numId="8" w16cid:durableId="6299573">
    <w:abstractNumId w:val="1"/>
  </w:num>
  <w:num w:numId="9" w16cid:durableId="798062818">
    <w:abstractNumId w:val="0"/>
  </w:num>
  <w:num w:numId="10" w16cid:durableId="1777938515">
    <w:abstractNumId w:val="12"/>
  </w:num>
  <w:num w:numId="11" w16cid:durableId="579019624">
    <w:abstractNumId w:val="16"/>
  </w:num>
  <w:num w:numId="12" w16cid:durableId="552038922">
    <w:abstractNumId w:val="9"/>
  </w:num>
  <w:num w:numId="13" w16cid:durableId="1566262115">
    <w:abstractNumId w:val="19"/>
  </w:num>
  <w:num w:numId="14" w16cid:durableId="1407991898">
    <w:abstractNumId w:val="14"/>
  </w:num>
  <w:num w:numId="15" w16cid:durableId="473254215">
    <w:abstractNumId w:val="20"/>
  </w:num>
  <w:num w:numId="16" w16cid:durableId="2105880430">
    <w:abstractNumId w:val="13"/>
  </w:num>
  <w:num w:numId="17" w16cid:durableId="701444312">
    <w:abstractNumId w:val="17"/>
  </w:num>
  <w:num w:numId="18" w16cid:durableId="1440760136">
    <w:abstractNumId w:val="18"/>
  </w:num>
  <w:num w:numId="19" w16cid:durableId="1818375345">
    <w:abstractNumId w:val="11"/>
  </w:num>
  <w:num w:numId="20" w16cid:durableId="1564411719">
    <w:abstractNumId w:val="10"/>
  </w:num>
  <w:num w:numId="21" w16cid:durableId="506676760">
    <w:abstractNumId w:val="15"/>
  </w:num>
  <w:num w:numId="22" w16cid:durableId="5422529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V3G8owfvTdEoU8Qa4doj8vQs8MDH55w9uv/F/DKdrKC1tZ8kvG0ltmo2mf8b+zXNbXUsitZXgrvYOmoxAR1DQ==" w:salt="1iZTWcYSy9GEbky/Xsaqzw=="/>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ABC"/>
    <w:rsid w:val="00034616"/>
    <w:rsid w:val="00034AE8"/>
    <w:rsid w:val="0005392C"/>
    <w:rsid w:val="0006063C"/>
    <w:rsid w:val="0007235F"/>
    <w:rsid w:val="00082569"/>
    <w:rsid w:val="00087309"/>
    <w:rsid w:val="000950A1"/>
    <w:rsid w:val="00096477"/>
    <w:rsid w:val="000A5E62"/>
    <w:rsid w:val="000B3942"/>
    <w:rsid w:val="000D39D3"/>
    <w:rsid w:val="000D6516"/>
    <w:rsid w:val="000E459E"/>
    <w:rsid w:val="000F16EF"/>
    <w:rsid w:val="00101FF9"/>
    <w:rsid w:val="001035C3"/>
    <w:rsid w:val="0011575A"/>
    <w:rsid w:val="00121DD1"/>
    <w:rsid w:val="00133BF4"/>
    <w:rsid w:val="00136761"/>
    <w:rsid w:val="001378A9"/>
    <w:rsid w:val="0014734B"/>
    <w:rsid w:val="0015074B"/>
    <w:rsid w:val="00160B68"/>
    <w:rsid w:val="00160FC9"/>
    <w:rsid w:val="00177B53"/>
    <w:rsid w:val="00181712"/>
    <w:rsid w:val="00191415"/>
    <w:rsid w:val="001A6A42"/>
    <w:rsid w:val="00221A73"/>
    <w:rsid w:val="00263A67"/>
    <w:rsid w:val="002662E0"/>
    <w:rsid w:val="00282445"/>
    <w:rsid w:val="002938C1"/>
    <w:rsid w:val="0029639D"/>
    <w:rsid w:val="00297864"/>
    <w:rsid w:val="00297F19"/>
    <w:rsid w:val="002C327A"/>
    <w:rsid w:val="002D2FDB"/>
    <w:rsid w:val="002D5437"/>
    <w:rsid w:val="0031098C"/>
    <w:rsid w:val="00324879"/>
    <w:rsid w:val="00326F90"/>
    <w:rsid w:val="003502D2"/>
    <w:rsid w:val="00351BE2"/>
    <w:rsid w:val="00363D43"/>
    <w:rsid w:val="00375E73"/>
    <w:rsid w:val="003A1EBF"/>
    <w:rsid w:val="003A38CC"/>
    <w:rsid w:val="003C38D3"/>
    <w:rsid w:val="003F2D34"/>
    <w:rsid w:val="003F731F"/>
    <w:rsid w:val="00410691"/>
    <w:rsid w:val="00413323"/>
    <w:rsid w:val="00422ACA"/>
    <w:rsid w:val="00435EEC"/>
    <w:rsid w:val="00444B8F"/>
    <w:rsid w:val="00450182"/>
    <w:rsid w:val="004515E2"/>
    <w:rsid w:val="00454733"/>
    <w:rsid w:val="0047370B"/>
    <w:rsid w:val="00484727"/>
    <w:rsid w:val="00491763"/>
    <w:rsid w:val="004B1B57"/>
    <w:rsid w:val="004F1D64"/>
    <w:rsid w:val="004F502C"/>
    <w:rsid w:val="00532297"/>
    <w:rsid w:val="00535B63"/>
    <w:rsid w:val="0055138C"/>
    <w:rsid w:val="00562A64"/>
    <w:rsid w:val="00564475"/>
    <w:rsid w:val="00581D93"/>
    <w:rsid w:val="0058501B"/>
    <w:rsid w:val="00593E3F"/>
    <w:rsid w:val="005A2F8F"/>
    <w:rsid w:val="005C050E"/>
    <w:rsid w:val="005C5787"/>
    <w:rsid w:val="005D22DA"/>
    <w:rsid w:val="005E1C10"/>
    <w:rsid w:val="005E20D6"/>
    <w:rsid w:val="00605265"/>
    <w:rsid w:val="0061034D"/>
    <w:rsid w:val="00635CC2"/>
    <w:rsid w:val="0064114B"/>
    <w:rsid w:val="00644A74"/>
    <w:rsid w:val="00647BB6"/>
    <w:rsid w:val="006514C2"/>
    <w:rsid w:val="006544E0"/>
    <w:rsid w:val="00656FDC"/>
    <w:rsid w:val="00670484"/>
    <w:rsid w:val="00671563"/>
    <w:rsid w:val="0067491E"/>
    <w:rsid w:val="0067581C"/>
    <w:rsid w:val="00683AA7"/>
    <w:rsid w:val="00687CA9"/>
    <w:rsid w:val="006B4B14"/>
    <w:rsid w:val="006C0E24"/>
    <w:rsid w:val="006C6B7B"/>
    <w:rsid w:val="006D00B4"/>
    <w:rsid w:val="006D6563"/>
    <w:rsid w:val="006E7936"/>
    <w:rsid w:val="00706143"/>
    <w:rsid w:val="00714B39"/>
    <w:rsid w:val="007337A2"/>
    <w:rsid w:val="00736BB9"/>
    <w:rsid w:val="007750F5"/>
    <w:rsid w:val="00784CB0"/>
    <w:rsid w:val="00786F0D"/>
    <w:rsid w:val="007A5CD1"/>
    <w:rsid w:val="007C4F61"/>
    <w:rsid w:val="007D7EB3"/>
    <w:rsid w:val="007E4739"/>
    <w:rsid w:val="0082562C"/>
    <w:rsid w:val="008604D9"/>
    <w:rsid w:val="0088395C"/>
    <w:rsid w:val="00883F0B"/>
    <w:rsid w:val="008854B2"/>
    <w:rsid w:val="008A1217"/>
    <w:rsid w:val="008A79E3"/>
    <w:rsid w:val="008B12FC"/>
    <w:rsid w:val="008D1F2C"/>
    <w:rsid w:val="008F235A"/>
    <w:rsid w:val="008F2F3E"/>
    <w:rsid w:val="008F4F81"/>
    <w:rsid w:val="00901EF9"/>
    <w:rsid w:val="009709D3"/>
    <w:rsid w:val="00970EA8"/>
    <w:rsid w:val="0097376E"/>
    <w:rsid w:val="00980A1E"/>
    <w:rsid w:val="009924FB"/>
    <w:rsid w:val="009A34E8"/>
    <w:rsid w:val="009B3DBF"/>
    <w:rsid w:val="009D4708"/>
    <w:rsid w:val="00A315B9"/>
    <w:rsid w:val="00A36EB8"/>
    <w:rsid w:val="00A42B03"/>
    <w:rsid w:val="00A45B40"/>
    <w:rsid w:val="00A849E2"/>
    <w:rsid w:val="00AA1D8D"/>
    <w:rsid w:val="00AB4628"/>
    <w:rsid w:val="00AE71D6"/>
    <w:rsid w:val="00B0152E"/>
    <w:rsid w:val="00B06094"/>
    <w:rsid w:val="00B25228"/>
    <w:rsid w:val="00B433DA"/>
    <w:rsid w:val="00B44060"/>
    <w:rsid w:val="00B47730"/>
    <w:rsid w:val="00B55E86"/>
    <w:rsid w:val="00B72E4A"/>
    <w:rsid w:val="00BA28FC"/>
    <w:rsid w:val="00BB266B"/>
    <w:rsid w:val="00BB37FF"/>
    <w:rsid w:val="00BB38DD"/>
    <w:rsid w:val="00BC10A0"/>
    <w:rsid w:val="00BC1476"/>
    <w:rsid w:val="00BC2760"/>
    <w:rsid w:val="00BC38B7"/>
    <w:rsid w:val="00BC3B8E"/>
    <w:rsid w:val="00BE670C"/>
    <w:rsid w:val="00BF63F5"/>
    <w:rsid w:val="00BF7BA0"/>
    <w:rsid w:val="00C07B84"/>
    <w:rsid w:val="00C35CA7"/>
    <w:rsid w:val="00C46902"/>
    <w:rsid w:val="00C54A02"/>
    <w:rsid w:val="00C71E40"/>
    <w:rsid w:val="00C7781E"/>
    <w:rsid w:val="00C82353"/>
    <w:rsid w:val="00CA2B2C"/>
    <w:rsid w:val="00CB0664"/>
    <w:rsid w:val="00CB2C99"/>
    <w:rsid w:val="00CD325B"/>
    <w:rsid w:val="00CD55AB"/>
    <w:rsid w:val="00CD70D6"/>
    <w:rsid w:val="00CE2C86"/>
    <w:rsid w:val="00CE4DE1"/>
    <w:rsid w:val="00CF1BC5"/>
    <w:rsid w:val="00CF535A"/>
    <w:rsid w:val="00D10593"/>
    <w:rsid w:val="00D22E3F"/>
    <w:rsid w:val="00D60DFC"/>
    <w:rsid w:val="00DA0E29"/>
    <w:rsid w:val="00DA354E"/>
    <w:rsid w:val="00E0361B"/>
    <w:rsid w:val="00E13644"/>
    <w:rsid w:val="00E4232F"/>
    <w:rsid w:val="00E43D35"/>
    <w:rsid w:val="00E81C7D"/>
    <w:rsid w:val="00E95CFD"/>
    <w:rsid w:val="00ED486B"/>
    <w:rsid w:val="00ED78A2"/>
    <w:rsid w:val="00EE366C"/>
    <w:rsid w:val="00EE3CB2"/>
    <w:rsid w:val="00EF3191"/>
    <w:rsid w:val="00F242B5"/>
    <w:rsid w:val="00F3779E"/>
    <w:rsid w:val="00F46744"/>
    <w:rsid w:val="00F559BA"/>
    <w:rsid w:val="00F71919"/>
    <w:rsid w:val="00F8026D"/>
    <w:rsid w:val="00F95A31"/>
    <w:rsid w:val="00F976BA"/>
    <w:rsid w:val="00FB0715"/>
    <w:rsid w:val="00FB4D25"/>
    <w:rsid w:val="00FC693F"/>
    <w:rsid w:val="00FD4DDE"/>
    <w:rsid w:val="00FF18D8"/>
    <w:rsid w:val="00FF4A51"/>
    <w:rsid w:val="00FF7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C13A88"/>
  <w14:defaultImageDpi w14:val="330"/>
  <w15:docId w15:val="{D13B1440-ED35-4B1B-A6F7-8928C369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0E24"/>
    <w:rPr>
      <w:lang w:val="de-CH"/>
    </w:rPr>
  </w:style>
  <w:style w:type="paragraph" w:styleId="berschrift1">
    <w:name w:val="heading 1"/>
    <w:basedOn w:val="Standard"/>
    <w:next w:val="Standard"/>
    <w:link w:val="berschrift1Zchn"/>
    <w:uiPriority w:val="9"/>
    <w:qFormat/>
    <w:rsid w:val="00CF1BC5"/>
    <w:pPr>
      <w:keepNext/>
      <w:keepLines/>
      <w:spacing w:before="480" w:after="0"/>
      <w:outlineLvl w:val="0"/>
    </w:pPr>
    <w:rPr>
      <w:rFonts w:asciiTheme="majorHAnsi" w:eastAsiaTheme="majorEastAsia" w:hAnsiTheme="majorHAnsi" w:cstheme="majorBidi"/>
      <w:b/>
      <w:bCs/>
      <w:sz w:val="32"/>
      <w:szCs w:val="28"/>
    </w:rPr>
  </w:style>
  <w:style w:type="paragraph" w:styleId="berschrift2">
    <w:name w:val="heading 2"/>
    <w:basedOn w:val="Standard"/>
    <w:next w:val="Standard"/>
    <w:link w:val="berschrift2Zchn"/>
    <w:uiPriority w:val="9"/>
    <w:unhideWhenUsed/>
    <w:qFormat/>
    <w:rsid w:val="00CF1BC5"/>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CF1BC5"/>
    <w:rPr>
      <w:rFonts w:asciiTheme="majorHAnsi" w:eastAsiaTheme="majorEastAsia" w:hAnsiTheme="majorHAnsi" w:cstheme="majorBidi"/>
      <w:b/>
      <w:bCs/>
      <w:sz w:val="32"/>
      <w:szCs w:val="28"/>
    </w:rPr>
  </w:style>
  <w:style w:type="character" w:customStyle="1" w:styleId="berschrift2Zchn">
    <w:name w:val="Überschrift 2 Zchn"/>
    <w:basedOn w:val="Absatz-Standardschriftart"/>
    <w:link w:val="berschrift2"/>
    <w:uiPriority w:val="9"/>
    <w:rsid w:val="00CF1BC5"/>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1"/>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qFormat/>
    <w:rsid w:val="00CF1BC5"/>
    <w:pPr>
      <w:spacing w:line="240" w:lineRule="auto"/>
    </w:pPr>
    <w:rPr>
      <w:b/>
      <w:bCs/>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unhideWhenUsed/>
    <w:qFormat/>
    <w:rsid w:val="00CF1BC5"/>
    <w:pPr>
      <w:outlineLvl w:val="9"/>
    </w:pPr>
  </w:style>
  <w:style w:type="table" w:styleId="Tabellenraster">
    <w:name w:val="Table Grid"/>
    <w:basedOn w:val="NormaleTabelle"/>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Verzeichnis1">
    <w:name w:val="toc 1"/>
    <w:basedOn w:val="Standard"/>
    <w:next w:val="Standard"/>
    <w:autoRedefine/>
    <w:uiPriority w:val="39"/>
    <w:unhideWhenUsed/>
    <w:rsid w:val="0014734B"/>
    <w:pPr>
      <w:spacing w:after="100"/>
    </w:pPr>
  </w:style>
  <w:style w:type="character" w:styleId="Hyperlink">
    <w:name w:val="Hyperlink"/>
    <w:basedOn w:val="Absatz-Standardschriftart"/>
    <w:uiPriority w:val="99"/>
    <w:unhideWhenUsed/>
    <w:rsid w:val="0014734B"/>
    <w:rPr>
      <w:color w:val="0000FF" w:themeColor="hyperlink"/>
      <w:u w:val="single"/>
    </w:rPr>
  </w:style>
  <w:style w:type="paragraph" w:styleId="Verzeichnis2">
    <w:name w:val="toc 2"/>
    <w:basedOn w:val="Standard"/>
    <w:next w:val="Standard"/>
    <w:autoRedefine/>
    <w:uiPriority w:val="39"/>
    <w:unhideWhenUsed/>
    <w:rsid w:val="0014734B"/>
    <w:pPr>
      <w:spacing w:after="100"/>
      <w:ind w:left="220"/>
    </w:pPr>
  </w:style>
  <w:style w:type="table" w:styleId="Gitternetztabelle4Akzent2">
    <w:name w:val="Grid Table 4 Accent 2"/>
    <w:basedOn w:val="NormaleTabelle"/>
    <w:uiPriority w:val="49"/>
    <w:rsid w:val="00D1059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2Akzent1">
    <w:name w:val="Grid Table 2 Accent 1"/>
    <w:basedOn w:val="NormaleTabelle"/>
    <w:uiPriority w:val="47"/>
    <w:rsid w:val="00D1059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6farbig">
    <w:name w:val="Grid Table 6 Colorful"/>
    <w:basedOn w:val="NormaleTabelle"/>
    <w:uiPriority w:val="51"/>
    <w:rsid w:val="00D105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3">
    <w:name w:val="Grid Table 3"/>
    <w:basedOn w:val="NormaleTabelle"/>
    <w:uiPriority w:val="99"/>
    <w:rsid w:val="00D105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entabelle4">
    <w:name w:val="List Table 4"/>
    <w:basedOn w:val="NormaleTabelle"/>
    <w:uiPriority w:val="49"/>
    <w:rsid w:val="00D105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
    <w:name w:val="List Table 6 Colorful"/>
    <w:basedOn w:val="NormaleTabelle"/>
    <w:uiPriority w:val="51"/>
    <w:rsid w:val="00D1059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3">
    <w:name w:val="Plain Table 3"/>
    <w:basedOn w:val="NormaleTabelle"/>
    <w:uiPriority w:val="99"/>
    <w:rsid w:val="00D105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99"/>
    <w:rsid w:val="00D105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1">
    <w:name w:val="Grid Table 1 Light Accent 1"/>
    <w:basedOn w:val="NormaleTabelle"/>
    <w:uiPriority w:val="46"/>
    <w:rsid w:val="00BB266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BB266B"/>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netztabelle4">
    <w:name w:val="Grid Table 4"/>
    <w:basedOn w:val="NormaleTabelle"/>
    <w:uiPriority w:val="49"/>
    <w:rsid w:val="00BB26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3Akzent2">
    <w:name w:val="Grid Table 3 Accent 2"/>
    <w:basedOn w:val="NormaleTabelle"/>
    <w:uiPriority w:val="48"/>
    <w:rsid w:val="00BB266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3Akzent4">
    <w:name w:val="Grid Table 3 Accent 4"/>
    <w:basedOn w:val="NormaleTabelle"/>
    <w:uiPriority w:val="48"/>
    <w:rsid w:val="00BB266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netztabelle3Akzent5">
    <w:name w:val="Grid Table 3 Accent 5"/>
    <w:basedOn w:val="NormaleTabelle"/>
    <w:uiPriority w:val="48"/>
    <w:rsid w:val="00BB266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Abbildungsverzeichnis">
    <w:name w:val="table of figures"/>
    <w:basedOn w:val="Standard"/>
    <w:next w:val="Standard"/>
    <w:uiPriority w:val="99"/>
    <w:unhideWhenUsed/>
    <w:rsid w:val="00C7781E"/>
    <w:pPr>
      <w:spacing w:after="0"/>
    </w:pPr>
  </w:style>
  <w:style w:type="character" w:styleId="NichtaufgelsteErwhnung">
    <w:name w:val="Unresolved Mention"/>
    <w:basedOn w:val="Absatz-Standardschriftart"/>
    <w:uiPriority w:val="99"/>
    <w:semiHidden/>
    <w:unhideWhenUsed/>
    <w:rsid w:val="00CF1BC5"/>
    <w:rPr>
      <w:color w:val="605E5C"/>
      <w:shd w:val="clear" w:color="auto" w:fill="E1DFDD"/>
    </w:rPr>
  </w:style>
  <w:style w:type="paragraph" w:styleId="Verzeichnis3">
    <w:name w:val="toc 3"/>
    <w:basedOn w:val="Standard"/>
    <w:next w:val="Standard"/>
    <w:autoRedefine/>
    <w:uiPriority w:val="39"/>
    <w:unhideWhenUsed/>
    <w:rsid w:val="00CE2C8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943738">
      <w:bodyDiv w:val="1"/>
      <w:marLeft w:val="0"/>
      <w:marRight w:val="0"/>
      <w:marTop w:val="0"/>
      <w:marBottom w:val="0"/>
      <w:divBdr>
        <w:top w:val="none" w:sz="0" w:space="0" w:color="auto"/>
        <w:left w:val="none" w:sz="0" w:space="0" w:color="auto"/>
        <w:bottom w:val="none" w:sz="0" w:space="0" w:color="auto"/>
        <w:right w:val="none" w:sz="0" w:space="0" w:color="auto"/>
      </w:divBdr>
    </w:div>
    <w:div w:id="817385896">
      <w:bodyDiv w:val="1"/>
      <w:marLeft w:val="0"/>
      <w:marRight w:val="0"/>
      <w:marTop w:val="0"/>
      <w:marBottom w:val="0"/>
      <w:divBdr>
        <w:top w:val="none" w:sz="0" w:space="0" w:color="auto"/>
        <w:left w:val="none" w:sz="0" w:space="0" w:color="auto"/>
        <w:bottom w:val="none" w:sz="0" w:space="0" w:color="auto"/>
        <w:right w:val="none" w:sz="0" w:space="0" w:color="auto"/>
      </w:divBdr>
    </w:div>
    <w:div w:id="1585912350">
      <w:bodyDiv w:val="1"/>
      <w:marLeft w:val="0"/>
      <w:marRight w:val="0"/>
      <w:marTop w:val="0"/>
      <w:marBottom w:val="0"/>
      <w:divBdr>
        <w:top w:val="none" w:sz="0" w:space="0" w:color="auto"/>
        <w:left w:val="none" w:sz="0" w:space="0" w:color="auto"/>
        <w:bottom w:val="none" w:sz="0" w:space="0" w:color="auto"/>
        <w:right w:val="none" w:sz="0" w:space="0" w:color="auto"/>
      </w:divBdr>
    </w:div>
    <w:div w:id="2010063924">
      <w:bodyDiv w:val="1"/>
      <w:marLeft w:val="0"/>
      <w:marRight w:val="0"/>
      <w:marTop w:val="0"/>
      <w:marBottom w:val="0"/>
      <w:divBdr>
        <w:top w:val="none" w:sz="0" w:space="0" w:color="auto"/>
        <w:left w:val="none" w:sz="0" w:space="0" w:color="auto"/>
        <w:bottom w:val="none" w:sz="0" w:space="0" w:color="auto"/>
        <w:right w:val="none" w:sz="0" w:space="0" w:color="auto"/>
      </w:divBdr>
    </w:div>
    <w:div w:id="2099672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ewwartau.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946F0-6979-4563-BF57-C508E21A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848</Words>
  <Characters>5346</Characters>
  <Application>Microsoft Office Word</Application>
  <DocSecurity>8</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Thomas Nadig</cp:lastModifiedBy>
  <cp:revision>3</cp:revision>
  <cp:lastPrinted>2026-07-06T07:59:00Z</cp:lastPrinted>
  <dcterms:created xsi:type="dcterms:W3CDTF">2026-07-09T12:13:00Z</dcterms:created>
  <dcterms:modified xsi:type="dcterms:W3CDTF">2026-07-09T12:18:00Z</dcterms:modified>
  <cp:category/>
</cp:coreProperties>
</file>