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5CAC9" w14:textId="28577B4B" w:rsidR="00A315B9" w:rsidRPr="00E95CFD" w:rsidRDefault="009506A7" w:rsidP="00786F0D">
      <w:pPr>
        <w:jc w:val="center"/>
        <w:rPr>
          <w:rFonts w:asciiTheme="majorHAnsi" w:hAnsiTheme="majorHAnsi" w:cstheme="majorHAnsi"/>
          <w:sz w:val="36"/>
        </w:rPr>
      </w:pPr>
      <w:r w:rsidRPr="009506A7">
        <w:rPr>
          <w:rFonts w:ascii="Calibri Light" w:eastAsiaTheme="majorEastAsia" w:hAnsi="Calibri Light" w:cs="Calibri Light"/>
          <w:b/>
          <w:spacing w:val="5"/>
          <w:kern w:val="28"/>
          <w:sz w:val="72"/>
          <w:szCs w:val="52"/>
        </w:rPr>
        <w:t>Formular zur Prüfung der Machbarkeit eines vZEV</w:t>
      </w:r>
      <w:r w:rsidR="006544E0" w:rsidRPr="00E95CFD">
        <w:rPr>
          <w:rFonts w:asciiTheme="majorHAnsi" w:hAnsiTheme="majorHAnsi" w:cstheme="majorHAnsi"/>
          <w:sz w:val="36"/>
        </w:rPr>
        <w:br/>
      </w:r>
      <w:r w:rsidR="006544E0" w:rsidRPr="00E95CFD">
        <w:rPr>
          <w:rFonts w:asciiTheme="majorHAnsi" w:hAnsiTheme="majorHAnsi" w:cstheme="majorHAnsi"/>
          <w:sz w:val="36"/>
        </w:rPr>
        <w:br/>
      </w:r>
    </w:p>
    <w:p w14:paraId="36415850" w14:textId="77777777" w:rsidR="00A315B9" w:rsidRPr="00E95CFD" w:rsidRDefault="00A315B9" w:rsidP="00786F0D">
      <w:pPr>
        <w:jc w:val="center"/>
        <w:rPr>
          <w:rFonts w:asciiTheme="majorHAnsi" w:hAnsiTheme="majorHAnsi" w:cstheme="majorHAnsi"/>
          <w:sz w:val="36"/>
        </w:rPr>
      </w:pPr>
    </w:p>
    <w:p w14:paraId="20033F54" w14:textId="3EABB8A2" w:rsidR="00A315B9" w:rsidRPr="00E95CFD" w:rsidRDefault="005E1C10" w:rsidP="00786F0D">
      <w:pPr>
        <w:jc w:val="center"/>
        <w:rPr>
          <w:rFonts w:asciiTheme="majorHAnsi" w:hAnsiTheme="majorHAnsi" w:cstheme="majorHAnsi"/>
          <w:sz w:val="40"/>
        </w:rPr>
      </w:pPr>
      <w:r>
        <w:rPr>
          <w:rFonts w:asciiTheme="majorHAnsi" w:hAnsiTheme="majorHAnsi" w:cstheme="majorHAnsi"/>
          <w:sz w:val="40"/>
        </w:rPr>
        <w:t xml:space="preserve">Dokument Version: </w:t>
      </w:r>
      <w:r w:rsidR="005A2F8F">
        <w:rPr>
          <w:rFonts w:asciiTheme="majorHAnsi" w:hAnsiTheme="majorHAnsi" w:cstheme="majorHAnsi"/>
          <w:sz w:val="40"/>
        </w:rPr>
        <w:t>1</w:t>
      </w:r>
      <w:r>
        <w:rPr>
          <w:rFonts w:asciiTheme="majorHAnsi" w:hAnsiTheme="majorHAnsi" w:cstheme="majorHAnsi"/>
          <w:sz w:val="40"/>
        </w:rPr>
        <w:t>.0</w:t>
      </w:r>
    </w:p>
    <w:p w14:paraId="37A13B01" w14:textId="3F5FC0D8" w:rsidR="00786F0D" w:rsidRPr="00E95CFD" w:rsidRDefault="004F1D64" w:rsidP="0014734B">
      <w:pPr>
        <w:jc w:val="center"/>
        <w:rPr>
          <w:rFonts w:asciiTheme="majorHAnsi" w:hAnsiTheme="majorHAnsi" w:cstheme="majorHAnsi"/>
          <w:sz w:val="40"/>
        </w:rPr>
      </w:pPr>
      <w:r w:rsidRPr="00E95CFD">
        <w:rPr>
          <w:rFonts w:asciiTheme="majorHAnsi" w:hAnsiTheme="majorHAnsi" w:cstheme="majorHAnsi"/>
          <w:sz w:val="40"/>
        </w:rPr>
        <w:t xml:space="preserve">Datum: </w:t>
      </w:r>
      <w:r w:rsidR="00970EA8">
        <w:rPr>
          <w:rFonts w:asciiTheme="majorHAnsi" w:hAnsiTheme="majorHAnsi" w:cstheme="majorHAnsi"/>
          <w:sz w:val="40"/>
        </w:rPr>
        <w:t>0</w:t>
      </w:r>
      <w:r w:rsidR="005A2F8F">
        <w:rPr>
          <w:rFonts w:asciiTheme="majorHAnsi" w:hAnsiTheme="majorHAnsi" w:cstheme="majorHAnsi"/>
          <w:sz w:val="40"/>
        </w:rPr>
        <w:t>8</w:t>
      </w:r>
      <w:r w:rsidRPr="00E95CFD">
        <w:rPr>
          <w:rFonts w:asciiTheme="majorHAnsi" w:hAnsiTheme="majorHAnsi" w:cstheme="majorHAnsi"/>
          <w:sz w:val="40"/>
        </w:rPr>
        <w:t>.0</w:t>
      </w:r>
      <w:r w:rsidR="007337A2">
        <w:rPr>
          <w:rFonts w:asciiTheme="majorHAnsi" w:hAnsiTheme="majorHAnsi" w:cstheme="majorHAnsi"/>
          <w:sz w:val="40"/>
        </w:rPr>
        <w:t>7</w:t>
      </w:r>
      <w:r w:rsidRPr="00E95CFD">
        <w:rPr>
          <w:rFonts w:asciiTheme="majorHAnsi" w:hAnsiTheme="majorHAnsi" w:cstheme="majorHAnsi"/>
          <w:sz w:val="40"/>
        </w:rPr>
        <w:t>.2026</w:t>
      </w:r>
    </w:p>
    <w:p w14:paraId="3F6165C3" w14:textId="77777777" w:rsidR="0014734B" w:rsidRPr="00E95CFD" w:rsidRDefault="0014734B" w:rsidP="0014734B">
      <w:pPr>
        <w:jc w:val="center"/>
        <w:rPr>
          <w:rFonts w:asciiTheme="majorHAnsi" w:hAnsiTheme="majorHAnsi" w:cstheme="majorHAnsi"/>
          <w:sz w:val="40"/>
        </w:rPr>
      </w:pPr>
    </w:p>
    <w:p w14:paraId="1689BFDC" w14:textId="6DE1212B" w:rsidR="0014734B" w:rsidRPr="00E95CFD" w:rsidRDefault="0014734B" w:rsidP="0014734B">
      <w:pPr>
        <w:jc w:val="center"/>
        <w:rPr>
          <w:rFonts w:asciiTheme="majorHAnsi" w:hAnsiTheme="majorHAnsi" w:cstheme="majorHAnsi"/>
          <w:sz w:val="40"/>
        </w:rPr>
      </w:pPr>
    </w:p>
    <w:p w14:paraId="01C94154" w14:textId="00107A19" w:rsidR="00B55E86" w:rsidRPr="00706143" w:rsidRDefault="006544E0" w:rsidP="00706143">
      <w:pPr>
        <w:jc w:val="center"/>
        <w:rPr>
          <w:rFonts w:asciiTheme="majorHAnsi" w:hAnsiTheme="majorHAnsi" w:cstheme="majorHAnsi"/>
          <w:sz w:val="36"/>
        </w:rPr>
      </w:pPr>
      <w:r w:rsidRPr="00E95CFD">
        <w:rPr>
          <w:rFonts w:asciiTheme="majorHAnsi" w:hAnsiTheme="majorHAnsi" w:cstheme="majorHAnsi"/>
          <w:sz w:val="36"/>
        </w:rPr>
        <w:br w:type="page"/>
      </w:r>
    </w:p>
    <w:p w14:paraId="2B7FD01F" w14:textId="301EB0F7" w:rsidR="003C7596" w:rsidRPr="003C7596" w:rsidRDefault="009506A7" w:rsidP="009506A7">
      <w:pPr>
        <w:rPr>
          <w:b/>
          <w:bCs/>
          <w:sz w:val="32"/>
          <w:szCs w:val="32"/>
        </w:rPr>
      </w:pPr>
      <w:bookmarkStart w:id="0" w:name="_Toc231483522"/>
      <w:r w:rsidRPr="009506A7">
        <w:rPr>
          <w:b/>
          <w:bCs/>
          <w:sz w:val="32"/>
          <w:szCs w:val="32"/>
        </w:rPr>
        <w:lastRenderedPageBreak/>
        <w:t>Bitte um Prüfung der Machbarkeit eines virtuellen Zusammenschlusses zum Eigenverbrauch (vZEV)</w:t>
      </w:r>
    </w:p>
    <w:p w14:paraId="3506BF10" w14:textId="77777777" w:rsidR="00721797" w:rsidRDefault="00721797" w:rsidP="009506A7"/>
    <w:p w14:paraId="161A4028" w14:textId="56B33BB7" w:rsidR="009506A7" w:rsidRPr="009506A7" w:rsidRDefault="009506A7" w:rsidP="009506A7">
      <w:r w:rsidRPr="009506A7">
        <w:t>Sehr geehrte Damen und Herren,</w:t>
      </w:r>
    </w:p>
    <w:p w14:paraId="370E1B23" w14:textId="3F05E083" w:rsidR="009506A7" w:rsidRPr="009506A7" w:rsidRDefault="009506A7" w:rsidP="009506A7">
      <w:r w:rsidRPr="009506A7">
        <w:t>Ich bitte Sie, mir mitzuteilen, ob an den untenstehenden</w:t>
      </w:r>
      <w:r w:rsidR="00721797">
        <w:t xml:space="preserve"> </w:t>
      </w:r>
      <w:r w:rsidRPr="009506A7">
        <w:t>Liegenschaften aufgrund der Netztopologie ein virtueller ZEV umgesetzt werden kann. Vielen Dank für die Bearbeitung.</w:t>
      </w:r>
    </w:p>
    <w:p w14:paraId="5CACA5F0" w14:textId="4262D251" w:rsidR="009506A7" w:rsidRDefault="009506A7" w:rsidP="009506A7">
      <w:r w:rsidRPr="009506A7">
        <w:t>Mit freundlichen Grüssen</w:t>
      </w:r>
    </w:p>
    <w:p w14:paraId="4DE63A0B" w14:textId="77777777" w:rsidR="00721797" w:rsidRPr="003C7596" w:rsidRDefault="00721797" w:rsidP="009506A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9506A7" w:rsidRPr="00BA28FC" w14:paraId="56CBD215" w14:textId="77777777" w:rsidTr="009506A7">
        <w:tc>
          <w:tcPr>
            <w:tcW w:w="5387" w:type="dxa"/>
            <w:tcBorders>
              <w:bottom w:val="single" w:sz="4" w:space="0" w:color="auto"/>
            </w:tcBorders>
          </w:tcPr>
          <w:p w14:paraId="604BCB87" w14:textId="0F01F492" w:rsidR="009506A7" w:rsidRPr="00BA28FC" w:rsidRDefault="009506A7" w:rsidP="008D3710">
            <w:pPr>
              <w:rPr>
                <w:lang w:val="de-DE"/>
              </w:rPr>
            </w:pPr>
            <w:permStart w:id="953450228" w:edGrp="everyone" w:colFirst="0" w:colLast="0"/>
          </w:p>
        </w:tc>
      </w:tr>
      <w:permEnd w:id="953450228"/>
      <w:tr w:rsidR="009506A7" w:rsidRPr="00BA28FC" w14:paraId="204FD5F2" w14:textId="77777777" w:rsidTr="009506A7">
        <w:tc>
          <w:tcPr>
            <w:tcW w:w="5387" w:type="dxa"/>
            <w:tcBorders>
              <w:top w:val="single" w:sz="4" w:space="0" w:color="auto"/>
            </w:tcBorders>
          </w:tcPr>
          <w:p w14:paraId="644759E0" w14:textId="31F9AA07" w:rsidR="009506A7" w:rsidRPr="009506A7" w:rsidRDefault="009506A7" w:rsidP="008D3710">
            <w:pPr>
              <w:rPr>
                <w:sz w:val="18"/>
                <w:szCs w:val="18"/>
                <w:lang w:val="de-DE"/>
              </w:rPr>
            </w:pPr>
            <w:r w:rsidRPr="009506A7">
              <w:rPr>
                <w:sz w:val="18"/>
                <w:szCs w:val="18"/>
              </w:rPr>
              <w:t>Unterzeichnet von vZEV-Initiant oder deren offizielle Vertretung (Nachweis beilegen)</w:t>
            </w:r>
          </w:p>
        </w:tc>
      </w:tr>
    </w:tbl>
    <w:p w14:paraId="3299B899" w14:textId="77777777" w:rsidR="00A47F83" w:rsidRDefault="00A47F83" w:rsidP="0058501B">
      <w:pPr>
        <w:rPr>
          <w:sz w:val="18"/>
          <w:szCs w:val="18"/>
          <w:lang w:val="de-DE"/>
        </w:rPr>
      </w:pPr>
    </w:p>
    <w:p w14:paraId="2A0C3401" w14:textId="5A3B5E33" w:rsidR="00BA28FC" w:rsidRPr="009506A7" w:rsidRDefault="009506A7" w:rsidP="0058501B">
      <w:pPr>
        <w:rPr>
          <w:sz w:val="18"/>
          <w:szCs w:val="18"/>
          <w:lang w:val="de-DE"/>
        </w:rPr>
      </w:pPr>
      <w:r w:rsidRPr="009506A7">
        <w:rPr>
          <w:sz w:val="18"/>
          <w:szCs w:val="18"/>
          <w:lang w:val="de-DE"/>
        </w:rPr>
        <w:t>Bitte richten Sie Ihre Rückmeldung an: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5941"/>
      </w:tblGrid>
      <w:tr w:rsidR="00BA28FC" w14:paraId="25CF3981" w14:textId="77777777" w:rsidTr="00034AE8">
        <w:tc>
          <w:tcPr>
            <w:tcW w:w="2689" w:type="dxa"/>
            <w:tcBorders>
              <w:bottom w:val="single" w:sz="4" w:space="0" w:color="auto"/>
              <w:right w:val="single" w:sz="4" w:space="0" w:color="auto"/>
            </w:tcBorders>
          </w:tcPr>
          <w:p w14:paraId="55EC34E6" w14:textId="68A53AC8" w:rsidR="00BA28FC" w:rsidRPr="00BA28FC" w:rsidRDefault="00BA28FC" w:rsidP="00BA28FC">
            <w:pPr>
              <w:rPr>
                <w:lang w:val="de-DE"/>
              </w:rPr>
            </w:pPr>
            <w:permStart w:id="12986376" w:edGrp="everyone" w:colFirst="1" w:colLast="1"/>
            <w:r w:rsidRPr="00BA28FC">
              <w:rPr>
                <w:lang w:val="de-DE"/>
              </w:rPr>
              <w:t>Firma</w:t>
            </w:r>
          </w:p>
        </w:tc>
        <w:tc>
          <w:tcPr>
            <w:tcW w:w="5941" w:type="dxa"/>
            <w:tcBorders>
              <w:left w:val="single" w:sz="4" w:space="0" w:color="auto"/>
              <w:bottom w:val="single" w:sz="4" w:space="0" w:color="auto"/>
            </w:tcBorders>
          </w:tcPr>
          <w:p w14:paraId="61B632FF" w14:textId="71BD5D0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38969D59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CDAD" w14:textId="16AE8295" w:rsidR="00BA28FC" w:rsidRPr="00BA28FC" w:rsidRDefault="00BA28FC" w:rsidP="00BA28FC">
            <w:pPr>
              <w:rPr>
                <w:lang w:val="de-DE"/>
              </w:rPr>
            </w:pPr>
            <w:permStart w:id="696190299" w:edGrp="everyone" w:colFirst="1" w:colLast="1"/>
            <w:permEnd w:id="12986376"/>
            <w:r>
              <w:rPr>
                <w:lang w:val="de-DE"/>
              </w:rPr>
              <w:t>Vo</w:t>
            </w:r>
            <w:r w:rsidR="00AA3F12">
              <w:rPr>
                <w:lang w:val="de-DE"/>
              </w:rPr>
              <w:t>rnam</w:t>
            </w:r>
            <w:r>
              <w:rPr>
                <w:lang w:val="de-DE"/>
              </w:rPr>
              <w:t>e, Name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82815" w14:textId="62714F44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2FD4AED2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5019" w14:textId="6E9B2673" w:rsidR="00BA28FC" w:rsidRPr="00BA28FC" w:rsidRDefault="00BA28FC" w:rsidP="00BA28FC">
            <w:pPr>
              <w:rPr>
                <w:lang w:val="de-DE"/>
              </w:rPr>
            </w:pPr>
            <w:permStart w:id="786181590" w:edGrp="everyone" w:colFirst="1" w:colLast="1"/>
            <w:permEnd w:id="696190299"/>
            <w:r>
              <w:rPr>
                <w:lang w:val="de-DE"/>
              </w:rPr>
              <w:t>Email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6C086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tr w:rsidR="00BA28FC" w14:paraId="0E7CCD03" w14:textId="77777777" w:rsidTr="00034AE8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7579" w14:textId="7C86A30D" w:rsidR="00BA28FC" w:rsidRPr="00BA28FC" w:rsidRDefault="00BA28FC" w:rsidP="00BA28FC">
            <w:pPr>
              <w:rPr>
                <w:lang w:val="de-DE"/>
              </w:rPr>
            </w:pPr>
            <w:permStart w:id="130898956" w:edGrp="everyone" w:colFirst="1" w:colLast="1"/>
            <w:permEnd w:id="786181590"/>
            <w:r>
              <w:rPr>
                <w:lang w:val="de-DE"/>
              </w:rPr>
              <w:t>Telefon</w:t>
            </w:r>
          </w:p>
        </w:tc>
        <w:tc>
          <w:tcPr>
            <w:tcW w:w="5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E6BDC" w14:textId="77777777" w:rsidR="00BA28FC" w:rsidRPr="00BA28FC" w:rsidRDefault="00BA28FC" w:rsidP="00BA28FC">
            <w:pPr>
              <w:rPr>
                <w:lang w:val="de-DE"/>
              </w:rPr>
            </w:pPr>
          </w:p>
        </w:tc>
      </w:tr>
      <w:permEnd w:id="130898956"/>
    </w:tbl>
    <w:p w14:paraId="7A15BF28" w14:textId="32C1FA7C" w:rsidR="003C7596" w:rsidRPr="003C7596" w:rsidRDefault="003C7596" w:rsidP="00BA28FC">
      <w:pPr>
        <w:rPr>
          <w:sz w:val="18"/>
          <w:szCs w:val="18"/>
          <w:lang w:val="de-DE"/>
        </w:rPr>
      </w:pPr>
    </w:p>
    <w:p w14:paraId="7D20B70E" w14:textId="77777777" w:rsidR="009709D3" w:rsidRDefault="009709D3" w:rsidP="00BA28FC">
      <w:pPr>
        <w:rPr>
          <w:b/>
          <w:bCs/>
          <w:lang w:val="de-DE"/>
        </w:rPr>
      </w:pPr>
    </w:p>
    <w:p w14:paraId="68ED392C" w14:textId="724F77F2" w:rsidR="00BA28FC" w:rsidRDefault="00BA28FC" w:rsidP="00BA28FC">
      <w:pPr>
        <w:rPr>
          <w:b/>
          <w:bCs/>
          <w:lang w:val="de-DE"/>
        </w:rPr>
      </w:pPr>
      <w:r w:rsidRPr="00BA28FC">
        <w:rPr>
          <w:b/>
          <w:bCs/>
          <w:lang w:val="de-DE"/>
        </w:rPr>
        <w:t xml:space="preserve">Angaben </w:t>
      </w:r>
      <w:r w:rsidR="003C7596">
        <w:rPr>
          <w:b/>
          <w:bCs/>
          <w:lang w:val="de-DE"/>
        </w:rPr>
        <w:t>v</w:t>
      </w:r>
      <w:r w:rsidR="005A2F8F">
        <w:rPr>
          <w:b/>
          <w:bCs/>
          <w:lang w:val="de-DE"/>
        </w:rPr>
        <w:t>ZEV</w:t>
      </w:r>
      <w:r w:rsidRPr="00BA28FC">
        <w:rPr>
          <w:b/>
          <w:bCs/>
          <w:lang w:val="de-DE"/>
        </w:rPr>
        <w:t>-</w:t>
      </w:r>
      <w:r w:rsidR="003C7596">
        <w:rPr>
          <w:b/>
          <w:bCs/>
          <w:lang w:val="de-DE"/>
        </w:rPr>
        <w:t>Vertretung</w:t>
      </w:r>
      <w:permStart w:id="1161121354" w:edGrp="everyone"/>
      <w:permEnd w:id="1161121354"/>
    </w:p>
    <w:p w14:paraId="6FB74B76" w14:textId="01C2C796" w:rsidR="00BA28FC" w:rsidRPr="003C38D3" w:rsidRDefault="00BA28FC" w:rsidP="00BA28FC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>Standort 1</w:t>
      </w:r>
      <w:r w:rsidR="003C7596">
        <w:rPr>
          <w:b/>
          <w:bCs/>
          <w:lang w:val="de-DE"/>
        </w:rPr>
        <w:tab/>
      </w:r>
      <w:r w:rsidR="003C7596">
        <w:rPr>
          <w:b/>
          <w:bCs/>
          <w:lang w:val="de-DE"/>
        </w:rPr>
        <w:tab/>
      </w:r>
      <w:r w:rsidR="003C7596">
        <w:rPr>
          <w:b/>
          <w:bCs/>
          <w:lang w:val="de-DE"/>
        </w:rPr>
        <w:tab/>
      </w:r>
      <w:r w:rsidR="003C7596">
        <w:rPr>
          <w:b/>
          <w:bCs/>
          <w:lang w:val="de-DE"/>
        </w:rPr>
        <w:tab/>
      </w:r>
      <w:r w:rsidR="003C7596">
        <w:rPr>
          <w:b/>
          <w:bCs/>
          <w:lang w:val="de-DE"/>
        </w:rPr>
        <w:tab/>
      </w:r>
      <w:r w:rsidR="003C7596">
        <w:rPr>
          <w:b/>
          <w:bCs/>
          <w:lang w:val="de-DE"/>
        </w:rPr>
        <w:tab/>
      </w:r>
      <w:r w:rsidR="003C7596">
        <w:rPr>
          <w:b/>
          <w:bCs/>
          <w:lang w:val="de-DE"/>
        </w:rPr>
        <w:tab/>
        <w:t>Beispiel /Erklärung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253"/>
      </w:tblGrid>
      <w:tr w:rsidR="003C7596" w14:paraId="4BC6E8BF" w14:textId="276155D5" w:rsidTr="00721797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65D6DF15" w14:textId="2A4F5C80" w:rsidR="003C7596" w:rsidRPr="00BA28FC" w:rsidRDefault="003C7596" w:rsidP="001554E7">
            <w:pPr>
              <w:rPr>
                <w:lang w:val="de-DE"/>
              </w:rPr>
            </w:pPr>
            <w:permStart w:id="286091768" w:edGrp="everyone" w:colFirst="1" w:colLast="1"/>
            <w:r>
              <w:rPr>
                <w:lang w:val="de-DE"/>
              </w:rPr>
              <w:t>Firma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7F391426" w14:textId="77777777" w:rsidR="003C7596" w:rsidRPr="00BA28FC" w:rsidRDefault="003C7596" w:rsidP="001554E7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</w:tcPr>
          <w:p w14:paraId="5C269595" w14:textId="77777777" w:rsidR="003C7596" w:rsidRPr="00BA28FC" w:rsidRDefault="003C7596" w:rsidP="001554E7">
            <w:pPr>
              <w:rPr>
                <w:lang w:val="de-DE"/>
              </w:rPr>
            </w:pPr>
          </w:p>
        </w:tc>
      </w:tr>
      <w:tr w:rsidR="003C7596" w14:paraId="31B0F988" w14:textId="4F4560BA" w:rsidTr="00721797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B371" w14:textId="23FEE279" w:rsidR="003C7596" w:rsidRPr="00BA28FC" w:rsidRDefault="003C7596" w:rsidP="001554E7">
            <w:pPr>
              <w:rPr>
                <w:lang w:val="de-DE"/>
              </w:rPr>
            </w:pPr>
            <w:permStart w:id="1181504829" w:edGrp="everyone" w:colFirst="1" w:colLast="1"/>
            <w:permEnd w:id="286091768"/>
            <w:r>
              <w:rPr>
                <w:lang w:val="de-DE"/>
              </w:rPr>
              <w:t>Vorname,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FB78B" w14:textId="77777777" w:rsidR="003C7596" w:rsidRPr="00BA28FC" w:rsidRDefault="003C7596" w:rsidP="001554E7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C931E" w14:textId="77777777" w:rsidR="003C7596" w:rsidRPr="003C7596" w:rsidRDefault="003C7596" w:rsidP="001554E7">
            <w:pPr>
              <w:rPr>
                <w:sz w:val="14"/>
                <w:szCs w:val="14"/>
                <w:lang w:val="de-DE"/>
              </w:rPr>
            </w:pPr>
          </w:p>
        </w:tc>
      </w:tr>
      <w:tr w:rsidR="003C7596" w14:paraId="18A058FE" w14:textId="18C4ADAF" w:rsidTr="00721797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AC6C" w14:textId="5B015580" w:rsidR="003C7596" w:rsidRPr="00BA28FC" w:rsidRDefault="003C7596" w:rsidP="001554E7">
            <w:pPr>
              <w:rPr>
                <w:lang w:val="de-DE"/>
              </w:rPr>
            </w:pPr>
            <w:permStart w:id="655649142" w:edGrp="everyone" w:colFirst="1" w:colLast="1"/>
            <w:permEnd w:id="1181504829"/>
            <w:r>
              <w:rPr>
                <w:lang w:val="de-DE"/>
              </w:rPr>
              <w:t>Telefon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09927" w14:textId="77777777" w:rsidR="003C7596" w:rsidRPr="00BA28FC" w:rsidRDefault="003C7596" w:rsidP="001554E7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7C680" w14:textId="77777777" w:rsidR="003C7596" w:rsidRPr="003C7596" w:rsidRDefault="003C7596" w:rsidP="001554E7">
            <w:pPr>
              <w:rPr>
                <w:sz w:val="14"/>
                <w:szCs w:val="14"/>
                <w:lang w:val="de-DE"/>
              </w:rPr>
            </w:pPr>
          </w:p>
        </w:tc>
      </w:tr>
      <w:tr w:rsidR="003C7596" w14:paraId="3EF95F4E" w14:textId="7896F19E" w:rsidTr="00721797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A5C" w14:textId="1C8860F7" w:rsidR="003C7596" w:rsidRPr="00BA28FC" w:rsidRDefault="003C7596" w:rsidP="001554E7">
            <w:pPr>
              <w:rPr>
                <w:lang w:val="de-DE"/>
              </w:rPr>
            </w:pPr>
            <w:permStart w:id="950757394" w:edGrp="everyone" w:colFirst="1" w:colLast="1"/>
            <w:permEnd w:id="655649142"/>
            <w:r>
              <w:rPr>
                <w:lang w:val="de-DE"/>
              </w:rPr>
              <w:t>Email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A0D34" w14:textId="77777777" w:rsidR="003C7596" w:rsidRPr="00BA28FC" w:rsidRDefault="003C7596" w:rsidP="001554E7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0216D" w14:textId="77777777" w:rsidR="003C7596" w:rsidRPr="003C7596" w:rsidRDefault="003C7596" w:rsidP="001554E7">
            <w:pPr>
              <w:rPr>
                <w:sz w:val="14"/>
                <w:szCs w:val="14"/>
                <w:lang w:val="de-DE"/>
              </w:rPr>
            </w:pPr>
          </w:p>
        </w:tc>
      </w:tr>
      <w:tr w:rsidR="003C7596" w14:paraId="2CA9BCA9" w14:textId="52CF2325" w:rsidTr="00721797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FDE3" w14:textId="31448384" w:rsidR="003C7596" w:rsidRPr="00BA28FC" w:rsidRDefault="003C7596" w:rsidP="0058501B">
            <w:pPr>
              <w:rPr>
                <w:lang w:val="de-DE"/>
              </w:rPr>
            </w:pPr>
            <w:permStart w:id="998848700" w:edGrp="everyone" w:colFirst="1" w:colLast="1"/>
            <w:permEnd w:id="950757394"/>
            <w:r>
              <w:rPr>
                <w:lang w:val="de-DE"/>
              </w:rPr>
              <w:t>Gebäudetyp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DE368" w14:textId="77777777" w:rsidR="003C7596" w:rsidRPr="00BA28FC" w:rsidRDefault="003C7596" w:rsidP="0058501B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42665" w14:textId="31A3863B" w:rsidR="003C7596" w:rsidRPr="003C7596" w:rsidRDefault="003C7596" w:rsidP="0058501B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MFH, EFH, Gewerbegebäude, Mischnutzung, Bürogebäude</w:t>
            </w:r>
          </w:p>
        </w:tc>
      </w:tr>
      <w:tr w:rsidR="003C7596" w14:paraId="29A21D4E" w14:textId="77777777" w:rsidTr="00721797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4CAC" w14:textId="409D44D7" w:rsidR="003C7596" w:rsidRDefault="003C7596" w:rsidP="0058501B">
            <w:pPr>
              <w:rPr>
                <w:lang w:val="de-DE"/>
              </w:rPr>
            </w:pPr>
            <w:permStart w:id="2050243083" w:edGrp="everyone" w:colFirst="1" w:colLast="1"/>
            <w:permEnd w:id="998848700"/>
            <w:r>
              <w:rPr>
                <w:lang w:val="de-DE"/>
              </w:rPr>
              <w:t>Strasse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F2FD0" w14:textId="77777777" w:rsidR="003C7596" w:rsidRPr="00BA28FC" w:rsidRDefault="003C7596" w:rsidP="0058501B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A036D" w14:textId="77777777" w:rsidR="003C7596" w:rsidRPr="003C7596" w:rsidRDefault="003C7596" w:rsidP="0058501B">
            <w:pPr>
              <w:rPr>
                <w:sz w:val="14"/>
                <w:szCs w:val="14"/>
                <w:lang w:val="de-DE"/>
              </w:rPr>
            </w:pPr>
          </w:p>
        </w:tc>
      </w:tr>
      <w:tr w:rsidR="003C7596" w14:paraId="473AFB74" w14:textId="3BC1D65F" w:rsidTr="00721797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7BDD" w14:textId="480EA198" w:rsidR="003C7596" w:rsidRPr="00BA28FC" w:rsidRDefault="003C7596" w:rsidP="0058501B">
            <w:pPr>
              <w:rPr>
                <w:lang w:val="de-DE"/>
              </w:rPr>
            </w:pPr>
            <w:permStart w:id="547815657" w:edGrp="everyone" w:colFirst="1" w:colLast="1"/>
            <w:permEnd w:id="2050243083"/>
            <w:r>
              <w:rPr>
                <w:lang w:val="de-DE"/>
              </w:rPr>
              <w:t>PLZ,Ort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776F2" w14:textId="77777777" w:rsidR="003C7596" w:rsidRPr="00BA28FC" w:rsidRDefault="003C7596" w:rsidP="0058501B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49C0B9" w14:textId="77777777" w:rsidR="003C7596" w:rsidRPr="003C7596" w:rsidRDefault="003C7596" w:rsidP="0058501B">
            <w:pPr>
              <w:rPr>
                <w:sz w:val="14"/>
                <w:szCs w:val="14"/>
                <w:lang w:val="de-DE"/>
              </w:rPr>
            </w:pPr>
          </w:p>
        </w:tc>
      </w:tr>
      <w:tr w:rsidR="003C7596" w14:paraId="060CF7AD" w14:textId="77777777" w:rsidTr="00721797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13AF" w14:textId="602D3BFA" w:rsidR="003C7596" w:rsidRDefault="003C7596" w:rsidP="0058501B">
            <w:pPr>
              <w:rPr>
                <w:lang w:val="de-DE"/>
              </w:rPr>
            </w:pPr>
            <w:permStart w:id="1820094227" w:edGrp="everyone" w:colFirst="1" w:colLast="1"/>
            <w:permEnd w:id="547815657"/>
            <w:r>
              <w:rPr>
                <w:lang w:val="de-DE"/>
              </w:rPr>
              <w:t>Messpunktbe-zeichnung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B0DE6" w14:textId="77777777" w:rsidR="003C7596" w:rsidRPr="00BA28FC" w:rsidRDefault="003C7596" w:rsidP="0058501B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60161" w14:textId="77777777" w:rsidR="003C7596" w:rsidRPr="003C7596" w:rsidRDefault="003C7596" w:rsidP="003C7596">
            <w:pPr>
              <w:rPr>
                <w:sz w:val="14"/>
                <w:szCs w:val="14"/>
              </w:rPr>
            </w:pPr>
            <w:r w:rsidRPr="003C7596">
              <w:rPr>
                <w:sz w:val="14"/>
                <w:szCs w:val="14"/>
              </w:rPr>
              <w:t>Zu finden auf Ihrer Stromrechnung: 33-stellige alphanumerische, eindeutige Messpunktnummer</w:t>
            </w:r>
          </w:p>
          <w:p w14:paraId="622FD5F4" w14:textId="77777777" w:rsidR="003C7596" w:rsidRPr="003C7596" w:rsidRDefault="003C7596" w:rsidP="003C7596">
            <w:pPr>
              <w:rPr>
                <w:sz w:val="14"/>
                <w:szCs w:val="14"/>
              </w:rPr>
            </w:pPr>
            <w:r w:rsidRPr="003C7596">
              <w:rPr>
                <w:sz w:val="14"/>
                <w:szCs w:val="14"/>
              </w:rPr>
              <w:t>Beispiel einer Messpunktbezeichnung:</w:t>
            </w:r>
          </w:p>
          <w:p w14:paraId="602FEB2C" w14:textId="209C2CBE" w:rsidR="003C7596" w:rsidRPr="003C7596" w:rsidRDefault="003C7596" w:rsidP="003C7596">
            <w:pPr>
              <w:rPr>
                <w:sz w:val="14"/>
                <w:szCs w:val="14"/>
              </w:rPr>
            </w:pPr>
            <w:r w:rsidRPr="003C7596">
              <w:rPr>
                <w:sz w:val="14"/>
                <w:szCs w:val="14"/>
              </w:rPr>
              <w:t xml:space="preserve">C H 9 8 7 6 5 0 1 2 3 4 5 0 0 A </w:t>
            </w:r>
            <w:r w:rsidR="00721797">
              <w:rPr>
                <w:sz w:val="14"/>
                <w:szCs w:val="14"/>
              </w:rPr>
              <w:t>……..</w:t>
            </w:r>
          </w:p>
          <w:p w14:paraId="5FC0E48E" w14:textId="295DE8A7" w:rsidR="003C7596" w:rsidRPr="003C7596" w:rsidRDefault="003C7596" w:rsidP="003C7596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Bei einem Gebäude mit mehreren Stromzählern (z.B. MFH) genügt die Angabe der Messpunktbezeichnung eines einzelnen Zählers</w:t>
            </w:r>
          </w:p>
        </w:tc>
      </w:tr>
      <w:permEnd w:id="1820094227"/>
    </w:tbl>
    <w:p w14:paraId="1553E9C9" w14:textId="2E7DCAAB" w:rsidR="0058501B" w:rsidRDefault="0058501B" w:rsidP="0058501B">
      <w:pPr>
        <w:rPr>
          <w:b/>
          <w:bCs/>
          <w:lang w:val="de-DE"/>
        </w:rPr>
      </w:pPr>
    </w:p>
    <w:p w14:paraId="1F764D05" w14:textId="50DC4F88" w:rsidR="00721797" w:rsidRPr="003C38D3" w:rsidRDefault="00721797" w:rsidP="00721797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lastRenderedPageBreak/>
        <w:t xml:space="preserve">Standort </w:t>
      </w:r>
      <w:r>
        <w:rPr>
          <w:b/>
          <w:bCs/>
          <w:lang w:val="de-DE"/>
        </w:rPr>
        <w:t>2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Beispiel /Erklärung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253"/>
      </w:tblGrid>
      <w:tr w:rsidR="00721797" w14:paraId="6F271A8F" w14:textId="77777777" w:rsidTr="008D3710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187575A9" w14:textId="77777777" w:rsidR="00721797" w:rsidRPr="00BA28FC" w:rsidRDefault="00721797" w:rsidP="008D3710">
            <w:pPr>
              <w:rPr>
                <w:lang w:val="de-DE"/>
              </w:rPr>
            </w:pPr>
            <w:permStart w:id="732977395" w:edGrp="everyone" w:colFirst="1" w:colLast="1"/>
            <w:r>
              <w:rPr>
                <w:lang w:val="de-DE"/>
              </w:rPr>
              <w:t>Firma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6D2F9AC0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</w:tcPr>
          <w:p w14:paraId="5650A718" w14:textId="77777777" w:rsidR="00721797" w:rsidRPr="00BA28FC" w:rsidRDefault="00721797" w:rsidP="008D3710">
            <w:pPr>
              <w:rPr>
                <w:lang w:val="de-DE"/>
              </w:rPr>
            </w:pPr>
          </w:p>
        </w:tc>
      </w:tr>
      <w:tr w:rsidR="00721797" w14:paraId="50F32677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CDCB" w14:textId="77777777" w:rsidR="00721797" w:rsidRPr="00BA28FC" w:rsidRDefault="00721797" w:rsidP="008D3710">
            <w:pPr>
              <w:rPr>
                <w:lang w:val="de-DE"/>
              </w:rPr>
            </w:pPr>
            <w:permStart w:id="34801587" w:edGrp="everyone" w:colFirst="1" w:colLast="1"/>
            <w:permEnd w:id="732977395"/>
            <w:r>
              <w:rPr>
                <w:lang w:val="de-DE"/>
              </w:rPr>
              <w:t>Vorname,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DC9AD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EBF07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15F19BE8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828B" w14:textId="77777777" w:rsidR="00721797" w:rsidRPr="00BA28FC" w:rsidRDefault="00721797" w:rsidP="008D3710">
            <w:pPr>
              <w:rPr>
                <w:lang w:val="de-DE"/>
              </w:rPr>
            </w:pPr>
            <w:permStart w:id="889276715" w:edGrp="everyone" w:colFirst="1" w:colLast="1"/>
            <w:permEnd w:id="34801587"/>
            <w:r>
              <w:rPr>
                <w:lang w:val="de-DE"/>
              </w:rPr>
              <w:t>Telefon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7C3C4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E3C07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3232DBE1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D212" w14:textId="77777777" w:rsidR="00721797" w:rsidRPr="00BA28FC" w:rsidRDefault="00721797" w:rsidP="008D3710">
            <w:pPr>
              <w:rPr>
                <w:lang w:val="de-DE"/>
              </w:rPr>
            </w:pPr>
            <w:permStart w:id="502148632" w:edGrp="everyone" w:colFirst="1" w:colLast="1"/>
            <w:permEnd w:id="889276715"/>
            <w:r>
              <w:rPr>
                <w:lang w:val="de-DE"/>
              </w:rPr>
              <w:t>Email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5DE9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A4AC2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47299B9D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13B0" w14:textId="77777777" w:rsidR="00721797" w:rsidRPr="00BA28FC" w:rsidRDefault="00721797" w:rsidP="008D3710">
            <w:pPr>
              <w:rPr>
                <w:lang w:val="de-DE"/>
              </w:rPr>
            </w:pPr>
            <w:permStart w:id="1316514007" w:edGrp="everyone" w:colFirst="1" w:colLast="1"/>
            <w:permEnd w:id="502148632"/>
            <w:r>
              <w:rPr>
                <w:lang w:val="de-DE"/>
              </w:rPr>
              <w:t>Gebäudetyp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235A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23FE2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MFH, EFH, Gewerbegebäude, Mischnutzung, Bürogebäude</w:t>
            </w:r>
          </w:p>
        </w:tc>
      </w:tr>
      <w:tr w:rsidR="00721797" w14:paraId="20EA56C6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C010" w14:textId="77777777" w:rsidR="00721797" w:rsidRDefault="00721797" w:rsidP="008D3710">
            <w:pPr>
              <w:rPr>
                <w:lang w:val="de-DE"/>
              </w:rPr>
            </w:pPr>
            <w:permStart w:id="2123636804" w:edGrp="everyone" w:colFirst="1" w:colLast="1"/>
            <w:permEnd w:id="1316514007"/>
            <w:r>
              <w:rPr>
                <w:lang w:val="de-DE"/>
              </w:rPr>
              <w:t>Strasse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BDA1D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B5C21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31FDA22C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BC46" w14:textId="77777777" w:rsidR="00721797" w:rsidRPr="00BA28FC" w:rsidRDefault="00721797" w:rsidP="008D3710">
            <w:pPr>
              <w:rPr>
                <w:lang w:val="de-DE"/>
              </w:rPr>
            </w:pPr>
            <w:permStart w:id="1134317945" w:edGrp="everyone" w:colFirst="1" w:colLast="1"/>
            <w:permEnd w:id="2123636804"/>
            <w:r>
              <w:rPr>
                <w:lang w:val="de-DE"/>
              </w:rPr>
              <w:t>PLZ,Ort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BB2C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567C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1AD7D107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44A1" w14:textId="77777777" w:rsidR="00721797" w:rsidRDefault="00721797" w:rsidP="008D3710">
            <w:pPr>
              <w:rPr>
                <w:lang w:val="de-DE"/>
              </w:rPr>
            </w:pPr>
            <w:permStart w:id="1899786867" w:edGrp="everyone" w:colFirst="1" w:colLast="1"/>
            <w:permEnd w:id="1134317945"/>
            <w:r>
              <w:rPr>
                <w:lang w:val="de-DE"/>
              </w:rPr>
              <w:t>Messpunktbe-zeichnung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CBBBE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90454" w14:textId="2EE3F511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permEnd w:id="1899786867"/>
    </w:tbl>
    <w:p w14:paraId="79E83E60" w14:textId="77777777" w:rsidR="00721797" w:rsidRDefault="00721797" w:rsidP="003C38D3">
      <w:pPr>
        <w:spacing w:after="0"/>
        <w:rPr>
          <w:b/>
          <w:bCs/>
          <w:lang w:val="de-DE"/>
        </w:rPr>
      </w:pPr>
    </w:p>
    <w:p w14:paraId="65442757" w14:textId="77777777" w:rsidR="00721797" w:rsidRDefault="00721797" w:rsidP="003C38D3">
      <w:pPr>
        <w:spacing w:after="0"/>
        <w:rPr>
          <w:b/>
          <w:bCs/>
          <w:lang w:val="de-DE"/>
        </w:rPr>
      </w:pPr>
    </w:p>
    <w:p w14:paraId="02CE53A7" w14:textId="6ECAA8CB" w:rsidR="00721797" w:rsidRPr="003C38D3" w:rsidRDefault="00721797" w:rsidP="00721797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 xml:space="preserve">Standort </w:t>
      </w:r>
      <w:r>
        <w:rPr>
          <w:b/>
          <w:bCs/>
          <w:lang w:val="de-DE"/>
        </w:rPr>
        <w:t>3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Beispiel /Erklärung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253"/>
      </w:tblGrid>
      <w:tr w:rsidR="00721797" w14:paraId="0C37577C" w14:textId="77777777" w:rsidTr="008D3710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406BDD66" w14:textId="77777777" w:rsidR="00721797" w:rsidRPr="00BA28FC" w:rsidRDefault="00721797" w:rsidP="008D3710">
            <w:pPr>
              <w:rPr>
                <w:lang w:val="de-DE"/>
              </w:rPr>
            </w:pPr>
            <w:permStart w:id="1894147301" w:edGrp="everyone" w:colFirst="1" w:colLast="1"/>
            <w:r>
              <w:rPr>
                <w:lang w:val="de-DE"/>
              </w:rPr>
              <w:t>Firma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5196096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</w:tcPr>
          <w:p w14:paraId="399B0C65" w14:textId="77777777" w:rsidR="00721797" w:rsidRPr="00BA28FC" w:rsidRDefault="00721797" w:rsidP="008D3710">
            <w:pPr>
              <w:rPr>
                <w:lang w:val="de-DE"/>
              </w:rPr>
            </w:pPr>
          </w:p>
        </w:tc>
      </w:tr>
      <w:tr w:rsidR="00721797" w14:paraId="165686B7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ECE4" w14:textId="77777777" w:rsidR="00721797" w:rsidRPr="00BA28FC" w:rsidRDefault="00721797" w:rsidP="008D3710">
            <w:pPr>
              <w:rPr>
                <w:lang w:val="de-DE"/>
              </w:rPr>
            </w:pPr>
            <w:permStart w:id="183506541" w:edGrp="everyone" w:colFirst="1" w:colLast="1"/>
            <w:permEnd w:id="1894147301"/>
            <w:r>
              <w:rPr>
                <w:lang w:val="de-DE"/>
              </w:rPr>
              <w:t>Vorname,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3AD2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7D36A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4A4D9FBA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E20A" w14:textId="77777777" w:rsidR="00721797" w:rsidRPr="00BA28FC" w:rsidRDefault="00721797" w:rsidP="008D3710">
            <w:pPr>
              <w:rPr>
                <w:lang w:val="de-DE"/>
              </w:rPr>
            </w:pPr>
            <w:permStart w:id="898054338" w:edGrp="everyone" w:colFirst="1" w:colLast="1"/>
            <w:permEnd w:id="183506541"/>
            <w:r>
              <w:rPr>
                <w:lang w:val="de-DE"/>
              </w:rPr>
              <w:t>Telefon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E5F04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FFDEF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657AB4E5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7D9C" w14:textId="77777777" w:rsidR="00721797" w:rsidRPr="00BA28FC" w:rsidRDefault="00721797" w:rsidP="008D3710">
            <w:pPr>
              <w:rPr>
                <w:lang w:val="de-DE"/>
              </w:rPr>
            </w:pPr>
            <w:permStart w:id="125709868" w:edGrp="everyone" w:colFirst="1" w:colLast="1"/>
            <w:permEnd w:id="898054338"/>
            <w:r>
              <w:rPr>
                <w:lang w:val="de-DE"/>
              </w:rPr>
              <w:t>Email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097B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A5E91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5BF297CA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9553" w14:textId="77777777" w:rsidR="00721797" w:rsidRPr="00BA28FC" w:rsidRDefault="00721797" w:rsidP="008D3710">
            <w:pPr>
              <w:rPr>
                <w:lang w:val="de-DE"/>
              </w:rPr>
            </w:pPr>
            <w:permStart w:id="1974741958" w:edGrp="everyone" w:colFirst="1" w:colLast="1"/>
            <w:permEnd w:id="125709868"/>
            <w:r>
              <w:rPr>
                <w:lang w:val="de-DE"/>
              </w:rPr>
              <w:t>Gebäudetyp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F6CB8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A80F9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MFH, EFH, Gewerbegebäude, Mischnutzung, Bürogebäude</w:t>
            </w:r>
          </w:p>
        </w:tc>
      </w:tr>
      <w:tr w:rsidR="00721797" w14:paraId="7E461E99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73B" w14:textId="77777777" w:rsidR="00721797" w:rsidRDefault="00721797" w:rsidP="008D3710">
            <w:pPr>
              <w:rPr>
                <w:lang w:val="de-DE"/>
              </w:rPr>
            </w:pPr>
            <w:permStart w:id="41698124" w:edGrp="everyone" w:colFirst="1" w:colLast="1"/>
            <w:permEnd w:id="1974741958"/>
            <w:r>
              <w:rPr>
                <w:lang w:val="de-DE"/>
              </w:rPr>
              <w:t>Strasse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A338D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88D00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5668B00C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DF79" w14:textId="77777777" w:rsidR="00721797" w:rsidRPr="00BA28FC" w:rsidRDefault="00721797" w:rsidP="008D3710">
            <w:pPr>
              <w:rPr>
                <w:lang w:val="de-DE"/>
              </w:rPr>
            </w:pPr>
            <w:permStart w:id="229408189" w:edGrp="everyone" w:colFirst="1" w:colLast="1"/>
            <w:permEnd w:id="41698124"/>
            <w:r>
              <w:rPr>
                <w:lang w:val="de-DE"/>
              </w:rPr>
              <w:t>PLZ,Ort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A0398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8A181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79CEB40D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A291" w14:textId="77777777" w:rsidR="00721797" w:rsidRDefault="00721797" w:rsidP="008D3710">
            <w:pPr>
              <w:rPr>
                <w:lang w:val="de-DE"/>
              </w:rPr>
            </w:pPr>
            <w:permStart w:id="1113931618" w:edGrp="everyone" w:colFirst="1" w:colLast="1"/>
            <w:permEnd w:id="229408189"/>
            <w:r>
              <w:rPr>
                <w:lang w:val="de-DE"/>
              </w:rPr>
              <w:t>Messpunktbe-zeichnung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73EDD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361E1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permEnd w:id="1113931618"/>
    </w:tbl>
    <w:p w14:paraId="09DE4339" w14:textId="77777777" w:rsidR="00721797" w:rsidRDefault="00721797" w:rsidP="00721797">
      <w:pPr>
        <w:spacing w:after="0"/>
        <w:rPr>
          <w:b/>
          <w:bCs/>
          <w:lang w:val="de-DE"/>
        </w:rPr>
      </w:pPr>
    </w:p>
    <w:p w14:paraId="37991C2E" w14:textId="77777777" w:rsidR="00721797" w:rsidRDefault="00721797" w:rsidP="003C38D3">
      <w:pPr>
        <w:spacing w:after="0"/>
        <w:rPr>
          <w:b/>
          <w:bCs/>
          <w:lang w:val="de-DE"/>
        </w:rPr>
      </w:pPr>
    </w:p>
    <w:p w14:paraId="6FBA6410" w14:textId="37EF666D" w:rsidR="00721797" w:rsidRPr="003C38D3" w:rsidRDefault="00721797" w:rsidP="00721797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 xml:space="preserve">Standort </w:t>
      </w:r>
      <w:r>
        <w:rPr>
          <w:b/>
          <w:bCs/>
          <w:lang w:val="de-DE"/>
        </w:rPr>
        <w:t>4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Beispiel /Erklärung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253"/>
      </w:tblGrid>
      <w:tr w:rsidR="00721797" w14:paraId="10741CF4" w14:textId="77777777" w:rsidTr="008D3710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5C9D9E71" w14:textId="77777777" w:rsidR="00721797" w:rsidRPr="00BA28FC" w:rsidRDefault="00721797" w:rsidP="008D3710">
            <w:pPr>
              <w:rPr>
                <w:lang w:val="de-DE"/>
              </w:rPr>
            </w:pPr>
            <w:permStart w:id="1196621895" w:edGrp="everyone" w:colFirst="1" w:colLast="1"/>
            <w:r>
              <w:rPr>
                <w:lang w:val="de-DE"/>
              </w:rPr>
              <w:t>Firma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25D42CCB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</w:tcPr>
          <w:p w14:paraId="57C7361F" w14:textId="77777777" w:rsidR="00721797" w:rsidRPr="00BA28FC" w:rsidRDefault="00721797" w:rsidP="008D3710">
            <w:pPr>
              <w:rPr>
                <w:lang w:val="de-DE"/>
              </w:rPr>
            </w:pPr>
          </w:p>
        </w:tc>
      </w:tr>
      <w:tr w:rsidR="00721797" w14:paraId="59D3D82F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8060" w14:textId="77777777" w:rsidR="00721797" w:rsidRPr="00BA28FC" w:rsidRDefault="00721797" w:rsidP="008D3710">
            <w:pPr>
              <w:rPr>
                <w:lang w:val="de-DE"/>
              </w:rPr>
            </w:pPr>
            <w:permStart w:id="2122544759" w:edGrp="everyone" w:colFirst="1" w:colLast="1"/>
            <w:permEnd w:id="1196621895"/>
            <w:r>
              <w:rPr>
                <w:lang w:val="de-DE"/>
              </w:rPr>
              <w:t>Vorname,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4C481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37CB5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52EF3654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7843" w14:textId="77777777" w:rsidR="00721797" w:rsidRPr="00BA28FC" w:rsidRDefault="00721797" w:rsidP="008D3710">
            <w:pPr>
              <w:rPr>
                <w:lang w:val="de-DE"/>
              </w:rPr>
            </w:pPr>
            <w:permStart w:id="629229366" w:edGrp="everyone" w:colFirst="1" w:colLast="1"/>
            <w:permEnd w:id="2122544759"/>
            <w:r>
              <w:rPr>
                <w:lang w:val="de-DE"/>
              </w:rPr>
              <w:t>Telefon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77F79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23CB2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0C4C3E46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2129" w14:textId="77777777" w:rsidR="00721797" w:rsidRPr="00BA28FC" w:rsidRDefault="00721797" w:rsidP="008D3710">
            <w:pPr>
              <w:rPr>
                <w:lang w:val="de-DE"/>
              </w:rPr>
            </w:pPr>
            <w:permStart w:id="363728616" w:edGrp="everyone" w:colFirst="1" w:colLast="1"/>
            <w:permEnd w:id="629229366"/>
            <w:r>
              <w:rPr>
                <w:lang w:val="de-DE"/>
              </w:rPr>
              <w:t>Email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90A45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BD3E2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0991FB93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CD9B" w14:textId="77777777" w:rsidR="00721797" w:rsidRPr="00BA28FC" w:rsidRDefault="00721797" w:rsidP="008D3710">
            <w:pPr>
              <w:rPr>
                <w:lang w:val="de-DE"/>
              </w:rPr>
            </w:pPr>
            <w:permStart w:id="1422750285" w:edGrp="everyone" w:colFirst="1" w:colLast="1"/>
            <w:permEnd w:id="363728616"/>
            <w:r>
              <w:rPr>
                <w:lang w:val="de-DE"/>
              </w:rPr>
              <w:t>Gebäudetyp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5ACC5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1C5E7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MFH, EFH, Gewerbegebäude, Mischnutzung, Bürogebäude</w:t>
            </w:r>
          </w:p>
        </w:tc>
      </w:tr>
      <w:tr w:rsidR="00721797" w14:paraId="4CBF7223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2E9" w14:textId="77777777" w:rsidR="00721797" w:rsidRDefault="00721797" w:rsidP="008D3710">
            <w:pPr>
              <w:rPr>
                <w:lang w:val="de-DE"/>
              </w:rPr>
            </w:pPr>
            <w:permStart w:id="97612093" w:edGrp="everyone" w:colFirst="1" w:colLast="1"/>
            <w:permEnd w:id="1422750285"/>
            <w:r>
              <w:rPr>
                <w:lang w:val="de-DE"/>
              </w:rPr>
              <w:t>Strasse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9DA70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4DD3B4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73D9FA03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8912" w14:textId="77777777" w:rsidR="00721797" w:rsidRPr="00BA28FC" w:rsidRDefault="00721797" w:rsidP="008D3710">
            <w:pPr>
              <w:rPr>
                <w:lang w:val="de-DE"/>
              </w:rPr>
            </w:pPr>
            <w:permStart w:id="446520429" w:edGrp="everyone" w:colFirst="1" w:colLast="1"/>
            <w:permEnd w:id="97612093"/>
            <w:r>
              <w:rPr>
                <w:lang w:val="de-DE"/>
              </w:rPr>
              <w:t>PLZ,Ort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96802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7E0DB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7A774D24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7BC" w14:textId="77777777" w:rsidR="00721797" w:rsidRDefault="00721797" w:rsidP="008D3710">
            <w:pPr>
              <w:rPr>
                <w:lang w:val="de-DE"/>
              </w:rPr>
            </w:pPr>
            <w:permStart w:id="97206729" w:edGrp="everyone" w:colFirst="1" w:colLast="1"/>
            <w:permEnd w:id="446520429"/>
            <w:r>
              <w:rPr>
                <w:lang w:val="de-DE"/>
              </w:rPr>
              <w:t>Messpunktbe-zeichnung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BD77A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6354B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permEnd w:id="97206729"/>
    </w:tbl>
    <w:p w14:paraId="4DD7688C" w14:textId="77777777" w:rsidR="00721797" w:rsidRDefault="00721797" w:rsidP="00721797">
      <w:pPr>
        <w:spacing w:after="0"/>
        <w:rPr>
          <w:b/>
          <w:bCs/>
          <w:lang w:val="de-DE"/>
        </w:rPr>
      </w:pPr>
    </w:p>
    <w:p w14:paraId="1CD60DCC" w14:textId="5ADBFE6F" w:rsidR="00721797" w:rsidRDefault="00721797" w:rsidP="00721797">
      <w:pPr>
        <w:rPr>
          <w:b/>
          <w:bCs/>
          <w:lang w:val="de-DE"/>
        </w:rPr>
      </w:pPr>
      <w:r>
        <w:rPr>
          <w:b/>
          <w:bCs/>
          <w:lang w:val="de-DE"/>
        </w:rPr>
        <w:br w:type="page"/>
      </w:r>
    </w:p>
    <w:p w14:paraId="32A4EBD8" w14:textId="4AEC1EBD" w:rsidR="00721797" w:rsidRPr="003C38D3" w:rsidRDefault="00721797" w:rsidP="00721797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lastRenderedPageBreak/>
        <w:t xml:space="preserve">Standort </w:t>
      </w:r>
      <w:r>
        <w:rPr>
          <w:b/>
          <w:bCs/>
          <w:lang w:val="de-DE"/>
        </w:rPr>
        <w:t>5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Beispiel /Erklärung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253"/>
      </w:tblGrid>
      <w:tr w:rsidR="00721797" w14:paraId="0BFD6AD6" w14:textId="77777777" w:rsidTr="008D3710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7BF8926F" w14:textId="77777777" w:rsidR="00721797" w:rsidRPr="00BA28FC" w:rsidRDefault="00721797" w:rsidP="008D3710">
            <w:pPr>
              <w:rPr>
                <w:lang w:val="de-DE"/>
              </w:rPr>
            </w:pPr>
            <w:permStart w:id="1465582253" w:edGrp="everyone" w:colFirst="1" w:colLast="1"/>
            <w:r>
              <w:rPr>
                <w:lang w:val="de-DE"/>
              </w:rPr>
              <w:t>Firma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0A16ABC8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</w:tcPr>
          <w:p w14:paraId="22C8CA16" w14:textId="77777777" w:rsidR="00721797" w:rsidRPr="00BA28FC" w:rsidRDefault="00721797" w:rsidP="008D3710">
            <w:pPr>
              <w:rPr>
                <w:lang w:val="de-DE"/>
              </w:rPr>
            </w:pPr>
          </w:p>
        </w:tc>
      </w:tr>
      <w:tr w:rsidR="00721797" w14:paraId="43F152CB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5A1A" w14:textId="77777777" w:rsidR="00721797" w:rsidRPr="00BA28FC" w:rsidRDefault="00721797" w:rsidP="008D3710">
            <w:pPr>
              <w:rPr>
                <w:lang w:val="de-DE"/>
              </w:rPr>
            </w:pPr>
            <w:permStart w:id="1651573588" w:edGrp="everyone" w:colFirst="1" w:colLast="1"/>
            <w:permEnd w:id="1465582253"/>
            <w:r>
              <w:rPr>
                <w:lang w:val="de-DE"/>
              </w:rPr>
              <w:t>Vorname,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5606D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10C4B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12B685A0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FC68" w14:textId="77777777" w:rsidR="00721797" w:rsidRPr="00BA28FC" w:rsidRDefault="00721797" w:rsidP="008D3710">
            <w:pPr>
              <w:rPr>
                <w:lang w:val="de-DE"/>
              </w:rPr>
            </w:pPr>
            <w:permStart w:id="1838500411" w:edGrp="everyone" w:colFirst="1" w:colLast="1"/>
            <w:permEnd w:id="1651573588"/>
            <w:r>
              <w:rPr>
                <w:lang w:val="de-DE"/>
              </w:rPr>
              <w:t>Telefon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CE046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4A3A4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0A439224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3B1" w14:textId="77777777" w:rsidR="00721797" w:rsidRPr="00BA28FC" w:rsidRDefault="00721797" w:rsidP="008D3710">
            <w:pPr>
              <w:rPr>
                <w:lang w:val="de-DE"/>
              </w:rPr>
            </w:pPr>
            <w:permStart w:id="1603093000" w:edGrp="everyone" w:colFirst="1" w:colLast="1"/>
            <w:permEnd w:id="1838500411"/>
            <w:r>
              <w:rPr>
                <w:lang w:val="de-DE"/>
              </w:rPr>
              <w:t>Email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7A2D3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E4681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5F7D0A9F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294C" w14:textId="77777777" w:rsidR="00721797" w:rsidRPr="00BA28FC" w:rsidRDefault="00721797" w:rsidP="008D3710">
            <w:pPr>
              <w:rPr>
                <w:lang w:val="de-DE"/>
              </w:rPr>
            </w:pPr>
            <w:permStart w:id="1858756193" w:edGrp="everyone" w:colFirst="1" w:colLast="1"/>
            <w:permEnd w:id="1603093000"/>
            <w:r>
              <w:rPr>
                <w:lang w:val="de-DE"/>
              </w:rPr>
              <w:t>Gebäudetyp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F279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FBE87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MFH, EFH, Gewerbegebäude, Mischnutzung, Bürogebäude</w:t>
            </w:r>
          </w:p>
        </w:tc>
      </w:tr>
      <w:tr w:rsidR="00721797" w14:paraId="3B96EC34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6956" w14:textId="77777777" w:rsidR="00721797" w:rsidRDefault="00721797" w:rsidP="008D3710">
            <w:pPr>
              <w:rPr>
                <w:lang w:val="de-DE"/>
              </w:rPr>
            </w:pPr>
            <w:permStart w:id="77465136" w:edGrp="everyone" w:colFirst="1" w:colLast="1"/>
            <w:permEnd w:id="1858756193"/>
            <w:r>
              <w:rPr>
                <w:lang w:val="de-DE"/>
              </w:rPr>
              <w:t>Strasse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EFC3C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F442C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19AB2234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64C7" w14:textId="77777777" w:rsidR="00721797" w:rsidRPr="00BA28FC" w:rsidRDefault="00721797" w:rsidP="008D3710">
            <w:pPr>
              <w:rPr>
                <w:lang w:val="de-DE"/>
              </w:rPr>
            </w:pPr>
            <w:permStart w:id="1938973291" w:edGrp="everyone" w:colFirst="1" w:colLast="1"/>
            <w:permEnd w:id="77465136"/>
            <w:r>
              <w:rPr>
                <w:lang w:val="de-DE"/>
              </w:rPr>
              <w:t>PLZ,Ort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6F09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9E4CB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74504B97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F24A" w14:textId="77777777" w:rsidR="00721797" w:rsidRDefault="00721797" w:rsidP="008D3710">
            <w:pPr>
              <w:rPr>
                <w:lang w:val="de-DE"/>
              </w:rPr>
            </w:pPr>
            <w:permStart w:id="888106799" w:edGrp="everyone" w:colFirst="1" w:colLast="1"/>
            <w:permEnd w:id="1938973291"/>
            <w:r>
              <w:rPr>
                <w:lang w:val="de-DE"/>
              </w:rPr>
              <w:t>Messpunktbe-zeichnung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AF312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F2DA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permEnd w:id="888106799"/>
    </w:tbl>
    <w:p w14:paraId="4770DB1D" w14:textId="77777777" w:rsidR="00721797" w:rsidRDefault="00721797" w:rsidP="00721797">
      <w:pPr>
        <w:spacing w:after="0"/>
        <w:rPr>
          <w:b/>
          <w:bCs/>
          <w:lang w:val="de-DE"/>
        </w:rPr>
      </w:pPr>
    </w:p>
    <w:p w14:paraId="1AE15ADE" w14:textId="77777777" w:rsidR="00721797" w:rsidRDefault="00721797" w:rsidP="00721797">
      <w:pPr>
        <w:spacing w:after="0"/>
        <w:rPr>
          <w:b/>
          <w:bCs/>
          <w:lang w:val="de-DE"/>
        </w:rPr>
      </w:pPr>
    </w:p>
    <w:p w14:paraId="19244810" w14:textId="5CCD0C8C" w:rsidR="00721797" w:rsidRPr="003C38D3" w:rsidRDefault="00721797" w:rsidP="00721797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 xml:space="preserve">Standort </w:t>
      </w:r>
      <w:r>
        <w:rPr>
          <w:b/>
          <w:bCs/>
          <w:lang w:val="de-DE"/>
        </w:rPr>
        <w:t>6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Beispiel /Erklärung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253"/>
      </w:tblGrid>
      <w:tr w:rsidR="00721797" w14:paraId="29ED1B0B" w14:textId="77777777" w:rsidTr="008D3710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1FED4496" w14:textId="77777777" w:rsidR="00721797" w:rsidRPr="00BA28FC" w:rsidRDefault="00721797" w:rsidP="008D3710">
            <w:pPr>
              <w:rPr>
                <w:lang w:val="de-DE"/>
              </w:rPr>
            </w:pPr>
            <w:permStart w:id="32461705" w:edGrp="everyone" w:colFirst="1" w:colLast="1"/>
            <w:r>
              <w:rPr>
                <w:lang w:val="de-DE"/>
              </w:rPr>
              <w:t>Firma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6C6CFFDD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</w:tcPr>
          <w:p w14:paraId="2CA0A52B" w14:textId="77777777" w:rsidR="00721797" w:rsidRPr="00BA28FC" w:rsidRDefault="00721797" w:rsidP="008D3710">
            <w:pPr>
              <w:rPr>
                <w:lang w:val="de-DE"/>
              </w:rPr>
            </w:pPr>
          </w:p>
        </w:tc>
      </w:tr>
      <w:tr w:rsidR="00721797" w14:paraId="1BDEEE77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639" w14:textId="77777777" w:rsidR="00721797" w:rsidRPr="00BA28FC" w:rsidRDefault="00721797" w:rsidP="008D3710">
            <w:pPr>
              <w:rPr>
                <w:lang w:val="de-DE"/>
              </w:rPr>
            </w:pPr>
            <w:permStart w:id="1531401353" w:edGrp="everyone" w:colFirst="1" w:colLast="1"/>
            <w:permEnd w:id="32461705"/>
            <w:r>
              <w:rPr>
                <w:lang w:val="de-DE"/>
              </w:rPr>
              <w:t>Vorname,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9A84A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59DF79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546F00CD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05F9" w14:textId="77777777" w:rsidR="00721797" w:rsidRPr="00BA28FC" w:rsidRDefault="00721797" w:rsidP="008D3710">
            <w:pPr>
              <w:rPr>
                <w:lang w:val="de-DE"/>
              </w:rPr>
            </w:pPr>
            <w:permStart w:id="1259170898" w:edGrp="everyone" w:colFirst="1" w:colLast="1"/>
            <w:permEnd w:id="1531401353"/>
            <w:r>
              <w:rPr>
                <w:lang w:val="de-DE"/>
              </w:rPr>
              <w:t>Telefon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450AE3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4961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261572CC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AE43" w14:textId="77777777" w:rsidR="00721797" w:rsidRPr="00BA28FC" w:rsidRDefault="00721797" w:rsidP="008D3710">
            <w:pPr>
              <w:rPr>
                <w:lang w:val="de-DE"/>
              </w:rPr>
            </w:pPr>
            <w:permStart w:id="958202227" w:edGrp="everyone" w:colFirst="1" w:colLast="1"/>
            <w:permEnd w:id="1259170898"/>
            <w:r>
              <w:rPr>
                <w:lang w:val="de-DE"/>
              </w:rPr>
              <w:t>Email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0087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2C6E8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1E4FD24A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BEA6" w14:textId="77777777" w:rsidR="00721797" w:rsidRPr="00BA28FC" w:rsidRDefault="00721797" w:rsidP="008D3710">
            <w:pPr>
              <w:rPr>
                <w:lang w:val="de-DE"/>
              </w:rPr>
            </w:pPr>
            <w:permStart w:id="1736788058" w:edGrp="everyone" w:colFirst="1" w:colLast="1"/>
            <w:permEnd w:id="958202227"/>
            <w:r>
              <w:rPr>
                <w:lang w:val="de-DE"/>
              </w:rPr>
              <w:t>Gebäudetyp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BA52C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C4BAD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MFH, EFH, Gewerbegebäude, Mischnutzung, Bürogebäude</w:t>
            </w:r>
          </w:p>
        </w:tc>
      </w:tr>
      <w:tr w:rsidR="00721797" w14:paraId="7C2E7246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1B53" w14:textId="77777777" w:rsidR="00721797" w:rsidRDefault="00721797" w:rsidP="008D3710">
            <w:pPr>
              <w:rPr>
                <w:lang w:val="de-DE"/>
              </w:rPr>
            </w:pPr>
            <w:permStart w:id="286009129" w:edGrp="everyone" w:colFirst="1" w:colLast="1"/>
            <w:permEnd w:id="1736788058"/>
            <w:r>
              <w:rPr>
                <w:lang w:val="de-DE"/>
              </w:rPr>
              <w:t>Strasse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C3E91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92934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2C3C14C3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E516" w14:textId="77777777" w:rsidR="00721797" w:rsidRPr="00BA28FC" w:rsidRDefault="00721797" w:rsidP="008D3710">
            <w:pPr>
              <w:rPr>
                <w:lang w:val="de-DE"/>
              </w:rPr>
            </w:pPr>
            <w:permStart w:id="35920490" w:edGrp="everyone" w:colFirst="1" w:colLast="1"/>
            <w:permEnd w:id="286009129"/>
            <w:r>
              <w:rPr>
                <w:lang w:val="de-DE"/>
              </w:rPr>
              <w:t>PLZ,Ort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B47FF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5D4A8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0407F478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4D9E" w14:textId="77777777" w:rsidR="00721797" w:rsidRDefault="00721797" w:rsidP="008D3710">
            <w:pPr>
              <w:rPr>
                <w:lang w:val="de-DE"/>
              </w:rPr>
            </w:pPr>
            <w:permStart w:id="1667382254" w:edGrp="everyone" w:colFirst="1" w:colLast="1"/>
            <w:permEnd w:id="35920490"/>
            <w:r>
              <w:rPr>
                <w:lang w:val="de-DE"/>
              </w:rPr>
              <w:t>Messpunktbe-zeichnung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F5288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E04B9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permEnd w:id="1667382254"/>
    </w:tbl>
    <w:p w14:paraId="403A491B" w14:textId="77777777" w:rsidR="00721797" w:rsidRDefault="00721797" w:rsidP="00721797">
      <w:pPr>
        <w:spacing w:after="0"/>
        <w:rPr>
          <w:b/>
          <w:bCs/>
          <w:lang w:val="de-DE"/>
        </w:rPr>
      </w:pPr>
    </w:p>
    <w:p w14:paraId="71DBD26B" w14:textId="77777777" w:rsidR="00721797" w:rsidRDefault="00721797" w:rsidP="00721797">
      <w:pPr>
        <w:spacing w:after="0"/>
        <w:rPr>
          <w:b/>
          <w:bCs/>
          <w:lang w:val="de-DE"/>
        </w:rPr>
      </w:pPr>
    </w:p>
    <w:p w14:paraId="41673FFC" w14:textId="7498EBBB" w:rsidR="00721797" w:rsidRPr="003C38D3" w:rsidRDefault="00721797" w:rsidP="00721797">
      <w:pPr>
        <w:spacing w:after="0"/>
        <w:rPr>
          <w:b/>
          <w:bCs/>
          <w:lang w:val="de-DE"/>
        </w:rPr>
      </w:pPr>
      <w:r w:rsidRPr="003C38D3">
        <w:rPr>
          <w:b/>
          <w:bCs/>
          <w:lang w:val="de-DE"/>
        </w:rPr>
        <w:t xml:space="preserve">Standort </w:t>
      </w:r>
      <w:r>
        <w:rPr>
          <w:b/>
          <w:bCs/>
          <w:lang w:val="de-DE"/>
        </w:rPr>
        <w:t>7</w:t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</w:r>
      <w:r>
        <w:rPr>
          <w:b/>
          <w:bCs/>
          <w:lang w:val="de-DE"/>
        </w:rPr>
        <w:tab/>
        <w:t>Beispiel /Erklärung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3253"/>
      </w:tblGrid>
      <w:tr w:rsidR="00721797" w14:paraId="0A36B51D" w14:textId="77777777" w:rsidTr="008D3710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310E7A51" w14:textId="77777777" w:rsidR="00721797" w:rsidRPr="00BA28FC" w:rsidRDefault="00721797" w:rsidP="008D3710">
            <w:pPr>
              <w:rPr>
                <w:lang w:val="de-DE"/>
              </w:rPr>
            </w:pPr>
            <w:permStart w:id="1846218151" w:edGrp="everyone" w:colFirst="1" w:colLast="1"/>
            <w:r>
              <w:rPr>
                <w:lang w:val="de-DE"/>
              </w:rPr>
              <w:t>Firma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14:paraId="1377521D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left w:val="single" w:sz="4" w:space="0" w:color="auto"/>
              <w:bottom w:val="single" w:sz="4" w:space="0" w:color="auto"/>
            </w:tcBorders>
          </w:tcPr>
          <w:p w14:paraId="6395F075" w14:textId="77777777" w:rsidR="00721797" w:rsidRPr="00BA28FC" w:rsidRDefault="00721797" w:rsidP="008D3710">
            <w:pPr>
              <w:rPr>
                <w:lang w:val="de-DE"/>
              </w:rPr>
            </w:pPr>
          </w:p>
        </w:tc>
      </w:tr>
      <w:tr w:rsidR="00721797" w14:paraId="264C6BB4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CFA1" w14:textId="77777777" w:rsidR="00721797" w:rsidRPr="00BA28FC" w:rsidRDefault="00721797" w:rsidP="008D3710">
            <w:pPr>
              <w:rPr>
                <w:lang w:val="de-DE"/>
              </w:rPr>
            </w:pPr>
            <w:permStart w:id="1694193919" w:edGrp="everyone" w:colFirst="1" w:colLast="1"/>
            <w:permEnd w:id="1846218151"/>
            <w:r>
              <w:rPr>
                <w:lang w:val="de-DE"/>
              </w:rPr>
              <w:t>Vorname, Name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0593C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C357A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65D6AA3C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ED2" w14:textId="77777777" w:rsidR="00721797" w:rsidRPr="00BA28FC" w:rsidRDefault="00721797" w:rsidP="008D3710">
            <w:pPr>
              <w:rPr>
                <w:lang w:val="de-DE"/>
              </w:rPr>
            </w:pPr>
            <w:permStart w:id="419181304" w:edGrp="everyone" w:colFirst="1" w:colLast="1"/>
            <w:permEnd w:id="1694193919"/>
            <w:r>
              <w:rPr>
                <w:lang w:val="de-DE"/>
              </w:rPr>
              <w:t>Telefon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5D49A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9EA84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4161EE1C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A94B" w14:textId="77777777" w:rsidR="00721797" w:rsidRPr="00BA28FC" w:rsidRDefault="00721797" w:rsidP="008D3710">
            <w:pPr>
              <w:rPr>
                <w:lang w:val="de-DE"/>
              </w:rPr>
            </w:pPr>
            <w:permStart w:id="122700330" w:edGrp="everyone" w:colFirst="1" w:colLast="1"/>
            <w:permEnd w:id="419181304"/>
            <w:r>
              <w:rPr>
                <w:lang w:val="de-DE"/>
              </w:rPr>
              <w:t>Email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498DB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8F814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190A5BFC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6FA7" w14:textId="77777777" w:rsidR="00721797" w:rsidRPr="00BA28FC" w:rsidRDefault="00721797" w:rsidP="008D3710">
            <w:pPr>
              <w:rPr>
                <w:lang w:val="de-DE"/>
              </w:rPr>
            </w:pPr>
            <w:permStart w:id="1461143508" w:edGrp="everyone" w:colFirst="1" w:colLast="1"/>
            <w:permEnd w:id="122700330"/>
            <w:r>
              <w:rPr>
                <w:lang w:val="de-DE"/>
              </w:rPr>
              <w:t>Gebäudetyp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03E73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88105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  <w:r w:rsidRPr="003C7596">
              <w:rPr>
                <w:sz w:val="14"/>
                <w:szCs w:val="14"/>
              </w:rPr>
              <w:t>MFH, EFH, Gewerbegebäude, Mischnutzung, Bürogebäude</w:t>
            </w:r>
          </w:p>
        </w:tc>
      </w:tr>
      <w:tr w:rsidR="00721797" w14:paraId="78F1467D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ABE" w14:textId="77777777" w:rsidR="00721797" w:rsidRDefault="00721797" w:rsidP="008D3710">
            <w:pPr>
              <w:rPr>
                <w:lang w:val="de-DE"/>
              </w:rPr>
            </w:pPr>
            <w:permStart w:id="456215053" w:edGrp="everyone" w:colFirst="1" w:colLast="1"/>
            <w:permEnd w:id="1461143508"/>
            <w:r>
              <w:rPr>
                <w:lang w:val="de-DE"/>
              </w:rPr>
              <w:t>Strasse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27DB5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D44B3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158267FD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23D7" w14:textId="77777777" w:rsidR="00721797" w:rsidRPr="00BA28FC" w:rsidRDefault="00721797" w:rsidP="008D3710">
            <w:pPr>
              <w:rPr>
                <w:lang w:val="de-DE"/>
              </w:rPr>
            </w:pPr>
            <w:permStart w:id="1924943065" w:edGrp="everyone" w:colFirst="1" w:colLast="1"/>
            <w:permEnd w:id="456215053"/>
            <w:r>
              <w:rPr>
                <w:lang w:val="de-DE"/>
              </w:rPr>
              <w:t>PLZ,Ort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DE7D0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3084D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tr w:rsidR="00721797" w14:paraId="3DBD8675" w14:textId="77777777" w:rsidTr="008D3710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0BAF" w14:textId="77777777" w:rsidR="00721797" w:rsidRDefault="00721797" w:rsidP="008D3710">
            <w:pPr>
              <w:rPr>
                <w:lang w:val="de-DE"/>
              </w:rPr>
            </w:pPr>
            <w:permStart w:id="315586571" w:edGrp="everyone" w:colFirst="1" w:colLast="1"/>
            <w:permEnd w:id="1924943065"/>
            <w:r>
              <w:rPr>
                <w:lang w:val="de-DE"/>
              </w:rPr>
              <w:t>Messpunktbe-zeichnung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909F3" w14:textId="77777777" w:rsidR="00721797" w:rsidRPr="00BA28FC" w:rsidRDefault="00721797" w:rsidP="008D3710">
            <w:pPr>
              <w:rPr>
                <w:lang w:val="de-DE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F6CCC" w14:textId="77777777" w:rsidR="00721797" w:rsidRPr="003C7596" w:rsidRDefault="00721797" w:rsidP="008D3710">
            <w:pPr>
              <w:rPr>
                <w:sz w:val="14"/>
                <w:szCs w:val="14"/>
                <w:lang w:val="de-DE"/>
              </w:rPr>
            </w:pPr>
          </w:p>
        </w:tc>
      </w:tr>
      <w:permEnd w:id="315586571"/>
    </w:tbl>
    <w:p w14:paraId="2ADC17C3" w14:textId="77777777" w:rsidR="00721797" w:rsidRDefault="00721797" w:rsidP="00721797">
      <w:pPr>
        <w:spacing w:after="0"/>
        <w:rPr>
          <w:b/>
          <w:bCs/>
          <w:lang w:val="de-DE"/>
        </w:rPr>
      </w:pPr>
    </w:p>
    <w:bookmarkEnd w:id="0"/>
    <w:p w14:paraId="5713FECB" w14:textId="588864D6" w:rsidR="0058501B" w:rsidRDefault="0058501B" w:rsidP="0058501B">
      <w:pPr>
        <w:rPr>
          <w:b/>
          <w:bCs/>
          <w:lang w:val="de-DE"/>
        </w:rPr>
      </w:pPr>
    </w:p>
    <w:sectPr w:rsidR="0058501B" w:rsidSect="00BC3B8E">
      <w:headerReference w:type="default" r:id="rId8"/>
      <w:footerReference w:type="default" r:id="rId9"/>
      <w:headerReference w:type="first" r:id="rId10"/>
      <w:pgSz w:w="12240" w:h="15840"/>
      <w:pgMar w:top="1563" w:right="1800" w:bottom="1985" w:left="1800" w:header="454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2E511" w14:textId="77777777" w:rsidR="00B02947" w:rsidRPr="00E95CFD" w:rsidRDefault="00B02947" w:rsidP="00D60DFC">
      <w:pPr>
        <w:spacing w:after="0" w:line="240" w:lineRule="auto"/>
      </w:pPr>
      <w:r w:rsidRPr="00E95CFD">
        <w:separator/>
      </w:r>
    </w:p>
  </w:endnote>
  <w:endnote w:type="continuationSeparator" w:id="0">
    <w:p w14:paraId="6E325298" w14:textId="77777777" w:rsidR="00B02947" w:rsidRPr="00E95CFD" w:rsidRDefault="00B02947" w:rsidP="00D60DFC">
      <w:pPr>
        <w:spacing w:after="0" w:line="240" w:lineRule="auto"/>
      </w:pPr>
      <w:r w:rsidRPr="00E95C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823A" w14:textId="4BEA9DFB" w:rsidR="00CF1BC5" w:rsidRPr="00E95CFD" w:rsidRDefault="00CF1BC5" w:rsidP="00CF1BC5">
    <w:pPr>
      <w:pStyle w:val="Kopfzeile"/>
      <w:ind w:left="3480" w:hanging="3480"/>
      <w:rPr>
        <w:sz w:val="20"/>
        <w:szCs w:val="20"/>
      </w:rPr>
    </w:pPr>
    <w:r w:rsidRPr="00E95CFD">
      <w:rPr>
        <w:sz w:val="20"/>
        <w:szCs w:val="20"/>
      </w:rPr>
      <w:t>Elektro – und Wasserkorporation Wartau / Poststrasse 45 / 9478 Azmoos</w:t>
    </w:r>
  </w:p>
  <w:p w14:paraId="6D2E433B" w14:textId="1069714C" w:rsidR="00CF1BC5" w:rsidRPr="00E95CFD" w:rsidRDefault="00CF1BC5" w:rsidP="00CF1BC5">
    <w:pPr>
      <w:pStyle w:val="Kopfzeile"/>
      <w:ind w:left="3480" w:hanging="3480"/>
      <w:rPr>
        <w:sz w:val="20"/>
        <w:szCs w:val="20"/>
      </w:rPr>
    </w:pPr>
    <w:r w:rsidRPr="00E95CFD">
      <w:rPr>
        <w:sz w:val="20"/>
        <w:szCs w:val="20"/>
      </w:rPr>
      <w:t xml:space="preserve">+41 81 750 21 21 / </w:t>
    </w:r>
    <w:hyperlink r:id="rId1" w:history="1">
      <w:r w:rsidRPr="00E95CFD">
        <w:rPr>
          <w:rStyle w:val="Hyperlink"/>
          <w:sz w:val="20"/>
          <w:szCs w:val="20"/>
        </w:rPr>
        <w:t>info@ewwartau.ch</w:t>
      </w:r>
    </w:hyperlink>
    <w:r w:rsidRPr="00E95CFD">
      <w:rPr>
        <w:sz w:val="20"/>
        <w:szCs w:val="20"/>
      </w:rPr>
      <w:t xml:space="preserve"> / ewwartau.ch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2B346" w14:textId="77777777" w:rsidR="00B02947" w:rsidRPr="00E95CFD" w:rsidRDefault="00B02947" w:rsidP="00D60DFC">
      <w:pPr>
        <w:spacing w:after="0" w:line="240" w:lineRule="auto"/>
      </w:pPr>
      <w:r w:rsidRPr="00E95CFD">
        <w:separator/>
      </w:r>
    </w:p>
  </w:footnote>
  <w:footnote w:type="continuationSeparator" w:id="0">
    <w:p w14:paraId="118DF27E" w14:textId="77777777" w:rsidR="00B02947" w:rsidRPr="00E95CFD" w:rsidRDefault="00B02947" w:rsidP="00D60DFC">
      <w:pPr>
        <w:spacing w:after="0" w:line="240" w:lineRule="auto"/>
      </w:pPr>
      <w:r w:rsidRPr="00E95C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5DD0" w14:textId="43FEFFB5" w:rsidR="00BC3B8E" w:rsidRPr="00E95CFD" w:rsidRDefault="00BC3B8E" w:rsidP="00CF1BC5">
    <w:pPr>
      <w:pStyle w:val="Kopfzeile"/>
      <w:ind w:left="3480" w:hanging="3480"/>
      <w:rPr>
        <w:sz w:val="18"/>
        <w:szCs w:val="18"/>
      </w:rPr>
    </w:pPr>
    <w:r w:rsidRPr="00E95CFD">
      <w:rPr>
        <w:noProof/>
      </w:rPr>
      <w:drawing>
        <wp:inline distT="0" distB="0" distL="0" distR="0" wp14:anchorId="71B5C371" wp14:editId="6517AE33">
          <wp:extent cx="2200582" cy="266737"/>
          <wp:effectExtent l="0" t="0" r="9525" b="0"/>
          <wp:docPr id="136705247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05247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00582" cy="266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9C95" w14:textId="0407A858" w:rsidR="00BC3B8E" w:rsidRPr="00E95CFD" w:rsidRDefault="00BC3B8E">
    <w:pPr>
      <w:pStyle w:val="Kopfzeile"/>
    </w:pPr>
  </w:p>
  <w:p w14:paraId="314233D1" w14:textId="77777777" w:rsidR="00BC3B8E" w:rsidRPr="00E95CFD" w:rsidRDefault="00BC3B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E34249"/>
    <w:multiLevelType w:val="hybridMultilevel"/>
    <w:tmpl w:val="95CC372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1A6095"/>
    <w:multiLevelType w:val="hybridMultilevel"/>
    <w:tmpl w:val="E1BCA23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25DD9"/>
    <w:multiLevelType w:val="hybridMultilevel"/>
    <w:tmpl w:val="2D8803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D6071"/>
    <w:multiLevelType w:val="multilevel"/>
    <w:tmpl w:val="11BE0980"/>
    <w:lvl w:ilvl="0">
      <w:start w:val="1"/>
      <w:numFmt w:val="decimal"/>
      <w:lvlText w:val="%1"/>
      <w:lvlJc w:val="left"/>
      <w:pPr>
        <w:ind w:left="390" w:hanging="390"/>
      </w:pPr>
      <w:rPr>
        <w:rFonts w:eastAsiaTheme="majorEastAsia" w:cstheme="majorBidi" w:hint="default"/>
        <w:b/>
        <w:sz w:val="26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eastAsiaTheme="majorEastAsia" w:cstheme="majorBidi" w:hint="default"/>
        <w:b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cstheme="majorBidi"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cstheme="majorBidi"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cstheme="majorBidi"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ajorEastAsia" w:cstheme="majorBidi"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cstheme="majorBidi"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ajorEastAsia" w:cstheme="majorBidi"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ajorEastAsia" w:cstheme="majorBidi" w:hint="default"/>
        <w:b/>
        <w:sz w:val="26"/>
      </w:rPr>
    </w:lvl>
  </w:abstractNum>
  <w:abstractNum w:abstractNumId="13" w15:restartNumberingAfterBreak="0">
    <w:nsid w:val="35C05180"/>
    <w:multiLevelType w:val="hybridMultilevel"/>
    <w:tmpl w:val="79D09A1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A7E59"/>
    <w:multiLevelType w:val="hybridMultilevel"/>
    <w:tmpl w:val="22BAA15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90305"/>
    <w:multiLevelType w:val="hybridMultilevel"/>
    <w:tmpl w:val="0452FB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33E81"/>
    <w:multiLevelType w:val="hybridMultilevel"/>
    <w:tmpl w:val="525E70F8"/>
    <w:lvl w:ilvl="0" w:tplc="006EDF2C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70" w:hanging="360"/>
      </w:pPr>
    </w:lvl>
    <w:lvl w:ilvl="2" w:tplc="0807001B" w:tentative="1">
      <w:start w:val="1"/>
      <w:numFmt w:val="lowerRoman"/>
      <w:lvlText w:val="%3."/>
      <w:lvlJc w:val="right"/>
      <w:pPr>
        <w:ind w:left="2190" w:hanging="180"/>
      </w:pPr>
    </w:lvl>
    <w:lvl w:ilvl="3" w:tplc="0807000F" w:tentative="1">
      <w:start w:val="1"/>
      <w:numFmt w:val="decimal"/>
      <w:lvlText w:val="%4."/>
      <w:lvlJc w:val="left"/>
      <w:pPr>
        <w:ind w:left="2910" w:hanging="360"/>
      </w:pPr>
    </w:lvl>
    <w:lvl w:ilvl="4" w:tplc="08070019" w:tentative="1">
      <w:start w:val="1"/>
      <w:numFmt w:val="lowerLetter"/>
      <w:lvlText w:val="%5."/>
      <w:lvlJc w:val="left"/>
      <w:pPr>
        <w:ind w:left="3630" w:hanging="360"/>
      </w:pPr>
    </w:lvl>
    <w:lvl w:ilvl="5" w:tplc="0807001B" w:tentative="1">
      <w:start w:val="1"/>
      <w:numFmt w:val="lowerRoman"/>
      <w:lvlText w:val="%6."/>
      <w:lvlJc w:val="right"/>
      <w:pPr>
        <w:ind w:left="4350" w:hanging="180"/>
      </w:pPr>
    </w:lvl>
    <w:lvl w:ilvl="6" w:tplc="0807000F" w:tentative="1">
      <w:start w:val="1"/>
      <w:numFmt w:val="decimal"/>
      <w:lvlText w:val="%7."/>
      <w:lvlJc w:val="left"/>
      <w:pPr>
        <w:ind w:left="5070" w:hanging="360"/>
      </w:pPr>
    </w:lvl>
    <w:lvl w:ilvl="7" w:tplc="08070019" w:tentative="1">
      <w:start w:val="1"/>
      <w:numFmt w:val="lowerLetter"/>
      <w:lvlText w:val="%8."/>
      <w:lvlJc w:val="left"/>
      <w:pPr>
        <w:ind w:left="5790" w:hanging="360"/>
      </w:pPr>
    </w:lvl>
    <w:lvl w:ilvl="8" w:tplc="0807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5EF2289B"/>
    <w:multiLevelType w:val="hybridMultilevel"/>
    <w:tmpl w:val="FE06DC2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F48A3"/>
    <w:multiLevelType w:val="hybridMultilevel"/>
    <w:tmpl w:val="79D09A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C50925"/>
    <w:multiLevelType w:val="hybridMultilevel"/>
    <w:tmpl w:val="86F041F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C5B54"/>
    <w:multiLevelType w:val="multilevel"/>
    <w:tmpl w:val="BC3A6EC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398603E"/>
    <w:multiLevelType w:val="multilevel"/>
    <w:tmpl w:val="359CF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185243374">
    <w:abstractNumId w:val="8"/>
  </w:num>
  <w:num w:numId="2" w16cid:durableId="1500847447">
    <w:abstractNumId w:val="6"/>
  </w:num>
  <w:num w:numId="3" w16cid:durableId="908736384">
    <w:abstractNumId w:val="5"/>
  </w:num>
  <w:num w:numId="4" w16cid:durableId="105004732">
    <w:abstractNumId w:val="4"/>
  </w:num>
  <w:num w:numId="5" w16cid:durableId="1740862108">
    <w:abstractNumId w:val="7"/>
  </w:num>
  <w:num w:numId="6" w16cid:durableId="908073483">
    <w:abstractNumId w:val="3"/>
  </w:num>
  <w:num w:numId="7" w16cid:durableId="579944658">
    <w:abstractNumId w:val="2"/>
  </w:num>
  <w:num w:numId="8" w16cid:durableId="6299573">
    <w:abstractNumId w:val="1"/>
  </w:num>
  <w:num w:numId="9" w16cid:durableId="798062818">
    <w:abstractNumId w:val="0"/>
  </w:num>
  <w:num w:numId="10" w16cid:durableId="1777938515">
    <w:abstractNumId w:val="12"/>
  </w:num>
  <w:num w:numId="11" w16cid:durableId="579019624">
    <w:abstractNumId w:val="16"/>
  </w:num>
  <w:num w:numId="12" w16cid:durableId="552038922">
    <w:abstractNumId w:val="9"/>
  </w:num>
  <w:num w:numId="13" w16cid:durableId="1566262115">
    <w:abstractNumId w:val="19"/>
  </w:num>
  <w:num w:numId="14" w16cid:durableId="1407991898">
    <w:abstractNumId w:val="14"/>
  </w:num>
  <w:num w:numId="15" w16cid:durableId="473254215">
    <w:abstractNumId w:val="20"/>
  </w:num>
  <w:num w:numId="16" w16cid:durableId="2105880430">
    <w:abstractNumId w:val="13"/>
  </w:num>
  <w:num w:numId="17" w16cid:durableId="701444312">
    <w:abstractNumId w:val="17"/>
  </w:num>
  <w:num w:numId="18" w16cid:durableId="1440760136">
    <w:abstractNumId w:val="18"/>
  </w:num>
  <w:num w:numId="19" w16cid:durableId="1818375345">
    <w:abstractNumId w:val="11"/>
  </w:num>
  <w:num w:numId="20" w16cid:durableId="1564411719">
    <w:abstractNumId w:val="10"/>
  </w:num>
  <w:num w:numId="21" w16cid:durableId="506676760">
    <w:abstractNumId w:val="15"/>
  </w:num>
  <w:num w:numId="22" w16cid:durableId="5422529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wVHhgi+lWCISJ0SyWGQekBFpaA+oXdciqbuwN4bEmUL10PYuelbsA86YtykgkQWuMmK1MOULHR7rOcYbFpZhg==" w:salt="lhrKQbK9om15V2MtoBXhG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ABC"/>
    <w:rsid w:val="00034616"/>
    <w:rsid w:val="00034AE8"/>
    <w:rsid w:val="0005392C"/>
    <w:rsid w:val="0006063C"/>
    <w:rsid w:val="0007235F"/>
    <w:rsid w:val="00082569"/>
    <w:rsid w:val="00087309"/>
    <w:rsid w:val="000950A1"/>
    <w:rsid w:val="00096477"/>
    <w:rsid w:val="000A5E62"/>
    <w:rsid w:val="000B3942"/>
    <w:rsid w:val="000D39D3"/>
    <w:rsid w:val="000D6516"/>
    <w:rsid w:val="000E459E"/>
    <w:rsid w:val="000F16EF"/>
    <w:rsid w:val="00101FF9"/>
    <w:rsid w:val="001035C3"/>
    <w:rsid w:val="0011575A"/>
    <w:rsid w:val="00121DD1"/>
    <w:rsid w:val="00133BF4"/>
    <w:rsid w:val="00136761"/>
    <w:rsid w:val="001378A9"/>
    <w:rsid w:val="0014734B"/>
    <w:rsid w:val="0015074B"/>
    <w:rsid w:val="00160B68"/>
    <w:rsid w:val="00160FC9"/>
    <w:rsid w:val="00177B53"/>
    <w:rsid w:val="00181712"/>
    <w:rsid w:val="00191415"/>
    <w:rsid w:val="001A6A42"/>
    <w:rsid w:val="001B2953"/>
    <w:rsid w:val="00221A73"/>
    <w:rsid w:val="002236A3"/>
    <w:rsid w:val="00263A67"/>
    <w:rsid w:val="002662E0"/>
    <w:rsid w:val="002804D8"/>
    <w:rsid w:val="00282445"/>
    <w:rsid w:val="002938C1"/>
    <w:rsid w:val="0029639D"/>
    <w:rsid w:val="00297864"/>
    <w:rsid w:val="00297F19"/>
    <w:rsid w:val="002B288E"/>
    <w:rsid w:val="002C327A"/>
    <w:rsid w:val="002D2FDB"/>
    <w:rsid w:val="002D5437"/>
    <w:rsid w:val="0031098C"/>
    <w:rsid w:val="00324879"/>
    <w:rsid w:val="00326F90"/>
    <w:rsid w:val="003502D2"/>
    <w:rsid w:val="00351BE2"/>
    <w:rsid w:val="00363D43"/>
    <w:rsid w:val="00375E73"/>
    <w:rsid w:val="003A1EBF"/>
    <w:rsid w:val="003A38CC"/>
    <w:rsid w:val="003C38D3"/>
    <w:rsid w:val="003C7596"/>
    <w:rsid w:val="003D5DD3"/>
    <w:rsid w:val="003F2D34"/>
    <w:rsid w:val="003F731F"/>
    <w:rsid w:val="00410691"/>
    <w:rsid w:val="00413323"/>
    <w:rsid w:val="00422ACA"/>
    <w:rsid w:val="00435EEC"/>
    <w:rsid w:val="00444B8F"/>
    <w:rsid w:val="00450182"/>
    <w:rsid w:val="004515E2"/>
    <w:rsid w:val="00454733"/>
    <w:rsid w:val="0047370B"/>
    <w:rsid w:val="00484727"/>
    <w:rsid w:val="00491763"/>
    <w:rsid w:val="004B1B57"/>
    <w:rsid w:val="004F1D64"/>
    <w:rsid w:val="004F502C"/>
    <w:rsid w:val="00532297"/>
    <w:rsid w:val="00535B63"/>
    <w:rsid w:val="0055138C"/>
    <w:rsid w:val="00562A64"/>
    <w:rsid w:val="00564475"/>
    <w:rsid w:val="00580FF1"/>
    <w:rsid w:val="00581D93"/>
    <w:rsid w:val="0058501B"/>
    <w:rsid w:val="00593E3F"/>
    <w:rsid w:val="005A2F8F"/>
    <w:rsid w:val="005C050E"/>
    <w:rsid w:val="005C5787"/>
    <w:rsid w:val="005D22DA"/>
    <w:rsid w:val="005E1C10"/>
    <w:rsid w:val="005E20D6"/>
    <w:rsid w:val="00605265"/>
    <w:rsid w:val="0061034D"/>
    <w:rsid w:val="00635CC2"/>
    <w:rsid w:val="0064114B"/>
    <w:rsid w:val="00647BB6"/>
    <w:rsid w:val="006514C2"/>
    <w:rsid w:val="006544E0"/>
    <w:rsid w:val="00656FDC"/>
    <w:rsid w:val="00670484"/>
    <w:rsid w:val="00671563"/>
    <w:rsid w:val="0067491E"/>
    <w:rsid w:val="0067581C"/>
    <w:rsid w:val="00683AA7"/>
    <w:rsid w:val="00687CA9"/>
    <w:rsid w:val="006B4B14"/>
    <w:rsid w:val="006C0E24"/>
    <w:rsid w:val="006C6B7B"/>
    <w:rsid w:val="006D00B4"/>
    <w:rsid w:val="006D6563"/>
    <w:rsid w:val="006E7936"/>
    <w:rsid w:val="00706143"/>
    <w:rsid w:val="00714B39"/>
    <w:rsid w:val="00715484"/>
    <w:rsid w:val="00721797"/>
    <w:rsid w:val="007334C9"/>
    <w:rsid w:val="007337A2"/>
    <w:rsid w:val="00736BB9"/>
    <w:rsid w:val="007750F5"/>
    <w:rsid w:val="00784CB0"/>
    <w:rsid w:val="00786F0D"/>
    <w:rsid w:val="007A5CD1"/>
    <w:rsid w:val="007C4F61"/>
    <w:rsid w:val="007D7EB3"/>
    <w:rsid w:val="007E4739"/>
    <w:rsid w:val="0082562C"/>
    <w:rsid w:val="008604D9"/>
    <w:rsid w:val="00864C00"/>
    <w:rsid w:val="00873EEB"/>
    <w:rsid w:val="0088395C"/>
    <w:rsid w:val="00883F0B"/>
    <w:rsid w:val="008854B2"/>
    <w:rsid w:val="008A1217"/>
    <w:rsid w:val="008A79E3"/>
    <w:rsid w:val="008B126B"/>
    <w:rsid w:val="008B12FC"/>
    <w:rsid w:val="008D1F2C"/>
    <w:rsid w:val="008F2F3E"/>
    <w:rsid w:val="008F4F81"/>
    <w:rsid w:val="00901EF9"/>
    <w:rsid w:val="009506A7"/>
    <w:rsid w:val="009709D3"/>
    <w:rsid w:val="00970EA8"/>
    <w:rsid w:val="0097376E"/>
    <w:rsid w:val="00980A1E"/>
    <w:rsid w:val="009924FB"/>
    <w:rsid w:val="009A34E8"/>
    <w:rsid w:val="009B3DBF"/>
    <w:rsid w:val="009D4708"/>
    <w:rsid w:val="00A315B9"/>
    <w:rsid w:val="00A36EB8"/>
    <w:rsid w:val="00A40CED"/>
    <w:rsid w:val="00A42B03"/>
    <w:rsid w:val="00A45B40"/>
    <w:rsid w:val="00A47F83"/>
    <w:rsid w:val="00A849E2"/>
    <w:rsid w:val="00A93ED8"/>
    <w:rsid w:val="00AA1D8D"/>
    <w:rsid w:val="00AA3F12"/>
    <w:rsid w:val="00AA534D"/>
    <w:rsid w:val="00AB4628"/>
    <w:rsid w:val="00AE71D6"/>
    <w:rsid w:val="00B0152E"/>
    <w:rsid w:val="00B02947"/>
    <w:rsid w:val="00B06094"/>
    <w:rsid w:val="00B25228"/>
    <w:rsid w:val="00B433DA"/>
    <w:rsid w:val="00B44060"/>
    <w:rsid w:val="00B47730"/>
    <w:rsid w:val="00B509FE"/>
    <w:rsid w:val="00B55E86"/>
    <w:rsid w:val="00B72E4A"/>
    <w:rsid w:val="00BA28FC"/>
    <w:rsid w:val="00BB266B"/>
    <w:rsid w:val="00BB37FF"/>
    <w:rsid w:val="00BC10A0"/>
    <w:rsid w:val="00BC1476"/>
    <w:rsid w:val="00BC2760"/>
    <w:rsid w:val="00BC38B7"/>
    <w:rsid w:val="00BC3B8E"/>
    <w:rsid w:val="00BE670C"/>
    <w:rsid w:val="00BF63F5"/>
    <w:rsid w:val="00BF7BA0"/>
    <w:rsid w:val="00C07B84"/>
    <w:rsid w:val="00C35CA7"/>
    <w:rsid w:val="00C46902"/>
    <w:rsid w:val="00C54A02"/>
    <w:rsid w:val="00C71E40"/>
    <w:rsid w:val="00C7781E"/>
    <w:rsid w:val="00C82353"/>
    <w:rsid w:val="00C970AA"/>
    <w:rsid w:val="00CA2B2C"/>
    <w:rsid w:val="00CB0664"/>
    <w:rsid w:val="00CB2C99"/>
    <w:rsid w:val="00CD325B"/>
    <w:rsid w:val="00CD55AB"/>
    <w:rsid w:val="00CD70D6"/>
    <w:rsid w:val="00CE2C86"/>
    <w:rsid w:val="00CE4DE1"/>
    <w:rsid w:val="00CF1BC5"/>
    <w:rsid w:val="00CF535A"/>
    <w:rsid w:val="00D10593"/>
    <w:rsid w:val="00D22E3F"/>
    <w:rsid w:val="00D60DFC"/>
    <w:rsid w:val="00D65D0E"/>
    <w:rsid w:val="00DA0E29"/>
    <w:rsid w:val="00DA354E"/>
    <w:rsid w:val="00DE5A96"/>
    <w:rsid w:val="00E0361B"/>
    <w:rsid w:val="00E13600"/>
    <w:rsid w:val="00E13644"/>
    <w:rsid w:val="00E4232F"/>
    <w:rsid w:val="00E43D35"/>
    <w:rsid w:val="00E81C7D"/>
    <w:rsid w:val="00E95CFD"/>
    <w:rsid w:val="00ED486B"/>
    <w:rsid w:val="00ED78A2"/>
    <w:rsid w:val="00EE366C"/>
    <w:rsid w:val="00EE3CB2"/>
    <w:rsid w:val="00F242B5"/>
    <w:rsid w:val="00F46744"/>
    <w:rsid w:val="00F559BA"/>
    <w:rsid w:val="00F71919"/>
    <w:rsid w:val="00F8026D"/>
    <w:rsid w:val="00F95A31"/>
    <w:rsid w:val="00F976BA"/>
    <w:rsid w:val="00FB0715"/>
    <w:rsid w:val="00FB4D25"/>
    <w:rsid w:val="00FC693F"/>
    <w:rsid w:val="00FD4DDE"/>
    <w:rsid w:val="00FE2479"/>
    <w:rsid w:val="00FF18D8"/>
    <w:rsid w:val="00FF4A51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1C13A88"/>
  <w14:defaultImageDpi w14:val="330"/>
  <w15:docId w15:val="{D13B1440-ED35-4B1B-A6F7-8928C369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0E24"/>
    <w:rPr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F1B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1B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F1BC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1BC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1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CF1BC5"/>
    <w:pPr>
      <w:spacing w:line="240" w:lineRule="auto"/>
    </w:pPr>
    <w:rPr>
      <w:b/>
      <w:bCs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1BC5"/>
    <w:pPr>
      <w:outlineLvl w:val="9"/>
    </w:pPr>
  </w:style>
  <w:style w:type="table" w:styleId="Tabellenraster">
    <w:name w:val="Table Grid"/>
    <w:basedOn w:val="NormaleTabelle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14734B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4734B"/>
    <w:rPr>
      <w:color w:val="0000FF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14734B"/>
    <w:pPr>
      <w:spacing w:after="100"/>
      <w:ind w:left="220"/>
    </w:pPr>
  </w:style>
  <w:style w:type="table" w:styleId="Gitternetztabelle4Akzent2">
    <w:name w:val="Grid Table 4 Accent 2"/>
    <w:basedOn w:val="NormaleTabelle"/>
    <w:uiPriority w:val="49"/>
    <w:rsid w:val="00D1059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itternetztabelle2Akzent1">
    <w:name w:val="Grid Table 2 Accent 1"/>
    <w:basedOn w:val="NormaleTabelle"/>
    <w:uiPriority w:val="47"/>
    <w:rsid w:val="00D1059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itternetztabelle6farbig">
    <w:name w:val="Grid Table 6 Colorful"/>
    <w:basedOn w:val="NormaleTabelle"/>
    <w:uiPriority w:val="51"/>
    <w:rsid w:val="00D105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99"/>
    <w:rsid w:val="00D105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4">
    <w:name w:val="List Table 4"/>
    <w:basedOn w:val="NormaleTabelle"/>
    <w:uiPriority w:val="49"/>
    <w:rsid w:val="00D1059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">
    <w:name w:val="List Table 6 Colorful"/>
    <w:basedOn w:val="NormaleTabelle"/>
    <w:uiPriority w:val="51"/>
    <w:rsid w:val="00D1059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infacheTabelle3">
    <w:name w:val="Plain Table 3"/>
    <w:basedOn w:val="NormaleTabelle"/>
    <w:uiPriority w:val="99"/>
    <w:rsid w:val="00D105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D105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1">
    <w:name w:val="Grid Table 1 Light Accent 1"/>
    <w:basedOn w:val="NormaleTabelle"/>
    <w:uiPriority w:val="46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4">
    <w:name w:val="Grid Table 4"/>
    <w:basedOn w:val="NormaleTabelle"/>
    <w:uiPriority w:val="49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Akzent2">
    <w:name w:val="Grid Table 3 Accent 2"/>
    <w:basedOn w:val="NormaleTabelle"/>
    <w:uiPriority w:val="48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BB266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unhideWhenUsed/>
    <w:rsid w:val="00C7781E"/>
    <w:pPr>
      <w:spacing w:after="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F1BC5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CE2C8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wwartau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F946F0-6979-4563-BF57-C508E21A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312</Words>
  <Characters>1970</Characters>
  <Application>Microsoft Office Word</Application>
  <DocSecurity>8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Thomas Nadig</cp:lastModifiedBy>
  <cp:revision>5</cp:revision>
  <cp:lastPrinted>2026-07-06T07:59:00Z</cp:lastPrinted>
  <dcterms:created xsi:type="dcterms:W3CDTF">2026-07-09T12:22:00Z</dcterms:created>
  <dcterms:modified xsi:type="dcterms:W3CDTF">2026-07-09T12:27:00Z</dcterms:modified>
  <cp:category/>
</cp:coreProperties>
</file>